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Concerts: Turtle Creek Chorale’s “Pride as Big as Texas” Triumph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culture should note: the Turtle Creek Chorale’s four-show Pride run proved that big voices and bigger hearts still fill concert halls across Dallas and beyond, blending Texas swagger, queer joy, and stirring choral craft in performances that sold out fast.</w:t>
      </w:r>
      <w:r/>
    </w:p>
    <w:p>
      <w:r/>
      <w:r>
        <w:t>Essential Takeaways</w:t>
      </w:r>
      <w:r/>
      <w:r/>
    </w:p>
    <w:p>
      <w:pPr>
        <w:pStyle w:val="ListBullet"/>
        <w:spacing w:line="240" w:lineRule="auto"/>
        <w:ind w:left="720"/>
      </w:pPr>
      <w:r/>
      <w:r>
        <w:rPr>
          <w:b/>
        </w:rPr>
        <w:t>Large-scale chorus:</w:t>
      </w:r>
      <w:r>
        <w:t xml:space="preserve"> The Turtle Creek Chorale is Texas’s largest male chorus, known for polished, energetic shows.</w:t>
      </w:r>
      <w:r/>
    </w:p>
    <w:p>
      <w:pPr>
        <w:pStyle w:val="ListBullet"/>
        <w:spacing w:line="240" w:lineRule="auto"/>
        <w:ind w:left="720"/>
      </w:pPr>
      <w:r/>
      <w:r>
        <w:rPr>
          <w:b/>
        </w:rPr>
        <w:t>Eclectic programme:</w:t>
      </w:r>
      <w:r>
        <w:t xml:space="preserve"> Setlists mixed contemporary Texas artists like Willie Nelson and Kacey Musgraves with Beyoncé and classic choral works, creating emotional contrast.</w:t>
      </w:r>
      <w:r/>
    </w:p>
    <w:p>
      <w:pPr>
        <w:pStyle w:val="ListBullet"/>
        <w:spacing w:line="240" w:lineRule="auto"/>
        <w:ind w:left="720"/>
      </w:pPr>
      <w:r/>
      <w:r>
        <w:rPr>
          <w:b/>
        </w:rPr>
        <w:t>Community reach:</w:t>
      </w:r>
      <w:r>
        <w:t xml:space="preserve"> Four performances included stops at Temple Emanu-El, First Presbyterian Church in Tyler, Broadway Baptist Church in Fort Worth, and a major Meyerson staging.</w:t>
      </w:r>
      <w:r/>
    </w:p>
    <w:p>
      <w:pPr>
        <w:pStyle w:val="ListBullet"/>
        <w:spacing w:line="240" w:lineRule="auto"/>
        <w:ind w:left="720"/>
      </w:pPr>
      <w:r/>
      <w:r>
        <w:rPr>
          <w:b/>
        </w:rPr>
        <w:t>Visual intimacy:</w:t>
      </w:r>
      <w:r>
        <w:t xml:space="preserve"> Photographer Bret Redman captured rehearsals and backstage moments, showing both camaraderie and focus.</w:t>
      </w:r>
      <w:r/>
    </w:p>
    <w:p>
      <w:pPr>
        <w:pStyle w:val="ListBullet"/>
        <w:spacing w:line="240" w:lineRule="auto"/>
        <w:ind w:left="720"/>
      </w:pPr>
      <w:r/>
      <w:r>
        <w:rPr>
          <w:b/>
        </w:rPr>
        <w:t>Accessible vibe:</w:t>
      </w:r>
      <w:r>
        <w:t xml:space="preserve"> Shows felt celebratory yet reverent, suitable for longtime patrons and first-time audience members wanting a communal lift.</w:t>
      </w:r>
      <w:r/>
      <w:r/>
    </w:p>
    <w:p>
      <w:pPr>
        <w:pStyle w:val="Heading2"/>
      </w:pPr>
      <w:r>
        <w:t>A spectacle that smells of petrol and jasmine , Texas pride onstage</w:t>
      </w:r>
      <w:r/>
    </w:p>
    <w:p>
      <w:r/>
      <w:r>
        <w:t>Right up front: the Chorale’s Pride tour brought a warm, textured sound that matched the state-sized theme and filled venues with a lively, tactile energy. You could almost feel the collective grin when a Kacey Musgraves line landed, then hush when a choral passage drifted skyward. According to coverage, the run included four performances at venues across Dallas and nearby cities, and they moved quickly from rehearsal to full-throttle showmanship.</w:t>
      </w:r>
      <w:r/>
    </w:p>
    <w:p>
      <w:r/>
      <w:r>
        <w:t>This tour is built on a long tradition. The Turtle Creek Chorale has evolved into a cultural fixture whose concerts are part civic ritual, part party. Audiences know they’re in for tight harmonies and theatrical pacing, and photographers like Bret Redman get the behind-the-scenes moments that show how much preparation underpins those easy smiles.</w:t>
      </w:r>
      <w:r/>
    </w:p>
    <w:p>
      <w:pPr>
        <w:pStyle w:val="Heading2"/>
      </w:pPr>
      <w:r>
        <w:t>Mixing country, pop and classical , why the programme worked</w:t>
      </w:r>
      <w:r/>
    </w:p>
    <w:p>
      <w:r/>
      <w:r>
        <w:t>There’s a pleasing tension when you hear Willie Nelson next to Beyoncé, and that’s exactly what the Chorale exploited. Contemporary songs gave the evening immediacy and sing-along pleasure, while choral works supplied depth and resonance. That variety keeps longtime chorus fans engaged and draws in people who might come for one familiar song and leave fascinated by something new.</w:t>
      </w:r>
      <w:r/>
    </w:p>
    <w:p>
      <w:r/>
      <w:r>
        <w:t>If you’re choosing shows like this, consider the balance: pick concerts that mix genres to avoid a one-note experience. For listeners, expect both foot-tapping numbers and moments that demand silence, both are part of the theatrical arc.</w:t>
      </w:r>
      <w:r/>
    </w:p>
    <w:p>
      <w:pPr>
        <w:pStyle w:val="Heading2"/>
      </w:pPr>
      <w:r>
        <w:t>Sacred spaces, secular joy , performing in churches and a temple</w:t>
      </w:r>
      <w:r/>
    </w:p>
    <w:p>
      <w:r/>
      <w:r>
        <w:t>Three of the four performances sat inside religious buildings, from Temple Emanu-El to Broadway Baptist Church, with the Meyerson hosting the biggest night. That choice felt deliberate: it placed queer celebration in traditionally solemn spaces and reframed them as sites for communal affirmation. Audiences responded, and several seats quickly filled.</w:t>
      </w:r>
      <w:r/>
    </w:p>
    <w:p>
      <w:r/>
      <w:r>
        <w:t>There’s a practical upside, too. Churches and synagogues often have acoustics tailored to voices, giving the chorus a lush, resonant sound without fancy amplification. If you’re attending similar events, check venue type, church acoustics can transform the listening experience.</w:t>
      </w:r>
      <w:r/>
    </w:p>
    <w:p>
      <w:pPr>
        <w:pStyle w:val="Heading2"/>
      </w:pPr>
      <w:r>
        <w:t>Rehearsal to curtain: the human detail photographers captured</w:t>
      </w:r>
      <w:r/>
    </w:p>
    <w:p>
      <w:r/>
      <w:r>
        <w:t>Photographer Bret Redman’s gallery showed more than costumes and lights; it revealed ritual. Close-ups of singers tuning, conductors gesturing, and small backstage rituals made the performance feel handcrafted. That intimacy matters, these concerts are as much about relationships among singers as they are about the songs themselves.</w:t>
      </w:r>
      <w:r/>
    </w:p>
    <w:p>
      <w:r/>
      <w:r>
        <w:t>Such images remind us that big productions still depend on tiny, human acts: a quiet reassurance before a tricky harmony, a shared laugh during a break. For fans, galleries like this make the experience last longer than the two-hour run.</w:t>
      </w:r>
      <w:r/>
    </w:p>
    <w:p>
      <w:pPr>
        <w:pStyle w:val="Heading2"/>
      </w:pPr>
      <w:r>
        <w:t>Why this tour matters for the community and the calendar</w:t>
      </w:r>
      <w:r/>
    </w:p>
    <w:p>
      <w:r/>
      <w:r>
        <w:t>Beyond the music, the tour signalled visibility and connection across the region, from Dallas to Tyler to Fort Worth. The Chorale’s willingness to appear in varied venues suggests a strategic push to meet audiences where they are, and to make Pride celebrations civic as well as cultural.</w:t>
      </w:r>
      <w:r/>
    </w:p>
    <w:p>
      <w:r/>
      <w:r>
        <w:t>Looking ahead, keep an eye on their website and local listings for future dates; these shows sell out, and demand suggests the Chorale will keep experimenting with programming that blends pop, country, and choral tradition.</w:t>
      </w:r>
      <w:r/>
    </w:p>
    <w:p>
      <w:r/>
      <w:r>
        <w:t>It's a small change that can make every performance feel like a communal celebration.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[7]</w:t>
        </w:r>
      </w:hyperlink>
      <w:r>
        <w:t xml:space="preserve">- Paragraph 2: </w:t>
      </w:r>
      <w:hyperlink r:id="rId11">
        <w:r>
          <w:rPr>
            <w:color w:val="0000EE"/>
            <w:u w:val="single"/>
          </w:rPr>
          <w:t>[6]</w:t>
        </w:r>
      </w:hyperlink>
      <w:r>
        <w:t xml:space="preserve">, </w:t>
      </w:r>
      <w:hyperlink r:id="rId9">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[4]</w:t>
        </w:r>
      </w:hyperlink>
      <w:r>
        <w:t xml:space="preserve">- Paragraph 4: </w:t>
      </w:r>
      <w:hyperlink r:id="rId9">
        <w:r>
          <w:rPr>
            <w:color w:val="0000EE"/>
            <w:u w:val="single"/>
          </w:rPr>
          <w:t>[1]</w:t>
        </w:r>
      </w:hyperlink>
      <w:r>
        <w:t xml:space="preserve">, </w:t>
      </w:r>
      <w:hyperlink r:id="rId10">
        <w:r>
          <w:rPr>
            <w:color w:val="0000EE"/>
            <w:u w:val="single"/>
          </w:rPr>
          <w:t>[7]</w:t>
        </w:r>
      </w:hyperlink>
      <w:r>
        <w:t xml:space="preserve">- Paragraph 5: </w:t>
      </w:r>
      <w:hyperlink r:id="rId9">
        <w:r>
          <w:rPr>
            <w:color w:val="0000EE"/>
            <w:u w:val="single"/>
          </w:rPr>
          <w:t>[1]</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https://www.dmagazine.com/arts-entertainment/2026/07/turtle-creek-chorale-showcased-a-pride-as-big-as-texas/</w:t>
        </w:r>
      </w:hyperlink>
      <w:r>
        <w:t xml:space="preserve"> - Please view link - unable to able to access data</w:t>
      </w:r>
      <w:r/>
    </w:p>
    <w:p>
      <w:pPr>
        <w:pStyle w:val="ListNumber"/>
        <w:spacing w:line="240" w:lineRule="auto"/>
        <w:ind w:left="720"/>
      </w:pPr>
      <w:r/>
      <w:hyperlink r:id="rId9">
        <w:r>
          <w:rPr>
            <w:color w:val="0000EE"/>
            <w:u w:val="single"/>
          </w:rPr>
          <w:t>https://www.dmagazine.com/arts-entertainment/2026/07/turtle-creek-chorale-showcased-a-pride-as-big-as-texas/</w:t>
        </w:r>
      </w:hyperlink>
      <w:r>
        <w:t xml:space="preserve"> - An article from D Magazine detailing the Turtle Creek Chorale's 'Pride as Big as Texas' concert series, highlighting their performances at Temple Emanu-El, First Presbyterian Church in Tyler, and Broadway Baptist Church in Fort Worth, featuring songs by Willie Nelson, Kacey Musgraves, and Beyoncé.</w:t>
      </w:r>
      <w:r/>
    </w:p>
    <w:p>
      <w:pPr>
        <w:pStyle w:val="ListNumber"/>
        <w:spacing w:line="240" w:lineRule="auto"/>
        <w:ind w:left="720"/>
      </w:pPr>
      <w:r/>
      <w:hyperlink r:id="rId14">
        <w:r>
          <w:rPr>
            <w:color w:val="0000EE"/>
            <w:u w:val="single"/>
          </w:rPr>
          <w:t>https://www.kltv.com/2026/05/27/worlds-largest-mens-chorus-returns-tyler-pride-celebration/</w:t>
        </w:r>
      </w:hyperlink>
      <w:r>
        <w:t xml:space="preserve"> - KLTV reports on the Turtle Creek Chorale's return to Tyler for a Pride Month concert, featuring music by Texas artists like Beyoncé, Kacey Musgraves, and Willie Nelson, and highlighting the chorale's status as the world's largest men's chorus with nearly 300 singers.</w:t>
      </w:r>
      <w:r/>
    </w:p>
    <w:p>
      <w:pPr>
        <w:pStyle w:val="ListNumber"/>
        <w:spacing w:line="240" w:lineRule="auto"/>
        <w:ind w:left="720"/>
      </w:pPr>
      <w:r/>
      <w:hyperlink r:id="rId12">
        <w:r>
          <w:rPr>
            <w:color w:val="0000EE"/>
            <w:u w:val="single"/>
          </w:rPr>
          <w:t>https://www.dfwi.org/do/turtle-creek-chorales-pride-as-big-as-texas-concert-at-broadway-baptist</w:t>
        </w:r>
      </w:hyperlink>
      <w:r>
        <w:t xml:space="preserve"> - An event listing from Downtown Fort Worth, Inc. detailing the Turtle Creek Chorale's 'Pride as Big as Texas' concert at Broadway Baptist Church, featuring music from Texas icons and choral works by Marques L. A. Garrett and Victor C. Johnson.</w:t>
      </w:r>
      <w:r/>
    </w:p>
    <w:p>
      <w:pPr>
        <w:pStyle w:val="ListNumber"/>
        <w:spacing w:line="240" w:lineRule="auto"/>
        <w:ind w:left="720"/>
      </w:pPr>
      <w:r/>
      <w:hyperlink r:id="rId13">
        <w:r>
          <w:rPr>
            <w:color w:val="0000EE"/>
            <w:u w:val="single"/>
          </w:rPr>
          <w:t>https://www.dallasites101.com/event/turtle-creek-chorale%E2%80%99s-pride-as-big-as-texas-concert-at-temple-emanu-el/16218/</w:t>
        </w:r>
      </w:hyperlink>
      <w:r>
        <w:t xml:space="preserve"> - Dallasites101 provides information on the Turtle Creek Chorale's 'Pride as Big as Texas' concert at Temple Emanu-El, celebrating Pride month with music by Texas artists and choral works by Marques L. A. Garrett and Victor C. Johnson.</w:t>
      </w:r>
      <w:r/>
    </w:p>
    <w:p>
      <w:pPr>
        <w:pStyle w:val="ListNumber"/>
        <w:spacing w:line="240" w:lineRule="auto"/>
        <w:ind w:left="720"/>
      </w:pPr>
      <w:r/>
      <w:hyperlink r:id="rId11">
        <w:r>
          <w:rPr>
            <w:color w:val="0000EE"/>
            <w:u w:val="single"/>
          </w:rPr>
          <w:t>https://www.turtlecreekchorale.com/history</w:t>
        </w:r>
      </w:hyperlink>
      <w:r>
        <w:t xml:space="preserve"> - The Turtle Creek Chorale's official history page, detailing its formation in 1980, growth to over 250 members, and status as the most recorded male chorus in the world with 38 CDs and two feature-length documentaries.</w:t>
      </w:r>
      <w:r/>
    </w:p>
    <w:p>
      <w:pPr>
        <w:pStyle w:val="ListNumber"/>
        <w:spacing w:line="240" w:lineRule="auto"/>
        <w:ind w:left="720"/>
      </w:pPr>
      <w:r/>
      <w:hyperlink r:id="rId10">
        <w:r>
          <w:rPr>
            <w:color w:val="0000EE"/>
            <w:u w:val="single"/>
          </w:rPr>
          <w:t>https://www.turtlecreekchorale.com/</w:t>
        </w:r>
      </w:hyperlink>
      <w:r>
        <w:t xml:space="preserve"> - The official website of the Turtle Creek Chorale, providing information on their mission, performances, and community outreach, including their annual mainstage concert series at venues like the Moody Performance Hall and Meyerson Symphony Center.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magazine.com/arts-entertainment/2026/07/turtle-creek-chorale-showcased-a-pride-as-big-as-texas/" TargetMode="External"/><Relationship Id="rId10" Type="http://schemas.openxmlformats.org/officeDocument/2006/relationships/hyperlink" Target="https://www.turtlecreekchorale.com/" TargetMode="External"/><Relationship Id="rId11" Type="http://schemas.openxmlformats.org/officeDocument/2006/relationships/hyperlink" Target="https://www.turtlecreekchorale.com/history" TargetMode="External"/><Relationship Id="rId12" Type="http://schemas.openxmlformats.org/officeDocument/2006/relationships/hyperlink" Target="https://www.dfwi.org/do/turtle-creek-chorales-pride-as-big-as-texas-concert-at-broadway-baptist" TargetMode="External"/><Relationship Id="rId13" Type="http://schemas.openxmlformats.org/officeDocument/2006/relationships/hyperlink" Target="https://www.dallasites101.com/event/turtle-creek-chorale%E2%80%99s-pride-as-big-as-texas-concert-at-temple-emanu-el/16218/" TargetMode="External"/><Relationship Id="rId14" Type="http://schemas.openxmlformats.org/officeDocument/2006/relationships/hyperlink" Target="https://www.kltv.com/2026/05/27/worlds-largest-mens-chorus-returns-tyler-pride-celebr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