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OUTSOUTH Queer Film Festival Picks and Why Durham’s Cinema Scene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cinema and queer culture are flocking to Durham: OUTSOUTH Queer Film Festival returns as a packed, international celebration of LGBTQ+ storytelling, community connection, and rarely seen films , and it’s one of the most important festival stops in the Southeastern US.</w:t>
      </w:r>
      <w:r/>
    </w:p>
    <w:p>
      <w:r/>
      <w:r>
        <w:t>Essential Takeaways</w:t>
      </w:r>
      <w:r/>
      <w:r/>
    </w:p>
    <w:p>
      <w:pPr>
        <w:pStyle w:val="ListBullet"/>
        <w:spacing w:line="240" w:lineRule="auto"/>
        <w:ind w:left="720"/>
      </w:pPr>
      <w:r/>
      <w:r>
        <w:rPr>
          <w:b/>
        </w:rPr>
        <w:t>Historic scope:</w:t>
      </w:r>
      <w:r>
        <w:t xml:space="preserve"> The festival began in 1995 and celebrates its 31st edition in 2026, now branded as OUTSOUTH Queer Film Festival. </w:t>
      </w:r>
      <w:r/>
    </w:p>
    <w:p>
      <w:pPr>
        <w:pStyle w:val="ListBullet"/>
        <w:spacing w:line="240" w:lineRule="auto"/>
        <w:ind w:left="720"/>
      </w:pPr>
      <w:r/>
      <w:r>
        <w:rPr>
          <w:b/>
        </w:rPr>
        <w:t>International programming:</w:t>
      </w:r>
      <w:r>
        <w:t xml:space="preserve"> Features, shorts and documentaries come from around the world, with recent lineups including Italy, Romania, Mexico and Canada , diverse voices, fresh perspectives. </w:t>
      </w:r>
      <w:r/>
    </w:p>
    <w:p>
      <w:pPr>
        <w:pStyle w:val="ListBullet"/>
        <w:spacing w:line="240" w:lineRule="auto"/>
        <w:ind w:left="720"/>
      </w:pPr>
      <w:r/>
      <w:r>
        <w:rPr>
          <w:b/>
        </w:rPr>
        <w:t>Home base:</w:t>
      </w:r>
      <w:r>
        <w:t xml:space="preserve"> The Carolina Theatre in Durham hosts every year, offering a classic big‑screen experience and consistently full houses. </w:t>
      </w:r>
      <w:r/>
    </w:p>
    <w:p>
      <w:pPr>
        <w:pStyle w:val="ListBullet"/>
        <w:spacing w:line="240" w:lineRule="auto"/>
        <w:ind w:left="720"/>
      </w:pPr>
      <w:r/>
      <w:r>
        <w:rPr>
          <w:b/>
        </w:rPr>
        <w:t>Awards and recognition:</w:t>
      </w:r>
      <w:r>
        <w:t xml:space="preserve"> Jury prizes cover gay, lesbian and trans/intersex categories; longtime programmers like Chuck Wheeler have earned national recognition. </w:t>
      </w:r>
      <w:r/>
    </w:p>
    <w:p>
      <w:pPr>
        <w:pStyle w:val="ListBullet"/>
        <w:spacing w:line="240" w:lineRule="auto"/>
        <w:ind w:left="720"/>
      </w:pPr>
      <w:r/>
      <w:r>
        <w:rPr>
          <w:b/>
        </w:rPr>
        <w:t>Community impact:</w:t>
      </w:r>
      <w:r>
        <w:t xml:space="preserve"> Filmmakers report strong hospitality, networking opportunities and practical exposure that leads to more screenings elsewhere.</w:t>
      </w:r>
      <w:r/>
      <w:r/>
    </w:p>
    <w:p>
      <w:pPr>
        <w:pStyle w:val="Heading2"/>
      </w:pPr>
      <w:r>
        <w:t>A long-running celebration that still feels intimate</w:t>
      </w:r>
      <w:r/>
    </w:p>
    <w:p>
      <w:r/>
      <w:r>
        <w:t>Durham’s Carolina Theatre has been the festival’s living room since the mid‑90s, and there’s a warm, slightly buzzy feel when the auditorium fills. According to venue listings, the festival runs on familiar turf and continues to draw thousands, which keeps screenings lively and conversations flowing. Organisers stress that seeing these films on a big screen , with the crowd reacting in real time , is part of the joy.</w:t>
      </w:r>
      <w:r/>
    </w:p>
    <w:p>
      <w:r/>
      <w:r>
        <w:t>The festival’s longevity explains that comfort. What began as NCGLFF evolved into OUTSOUTH in 2020 to broaden its queer remit while keeping its curatorial DNA intact. That balance of history and refreshment helps the event remain both rooted and relevant.</w:t>
      </w:r>
      <w:r/>
    </w:p>
    <w:p>
      <w:pPr>
        <w:pStyle w:val="Heading2"/>
      </w:pPr>
      <w:r>
        <w:t>Why international selections matter for local audiences</w:t>
      </w:r>
      <w:r/>
    </w:p>
    <w:p>
      <w:r/>
      <w:r>
        <w:t>OUTSOUTH’s program is deliberately global, and you’ll find films here you probably won’t catch on Netflix or at multiplexes. Festival directors point out that many titles never land distribution deals, so the screening is often the only chance for a wide audience to see them. That rarity makes each discovery feel special , sometimes challenging, sometimes consoling, and usually conversation‑starting.</w:t>
      </w:r>
      <w:r/>
    </w:p>
    <w:p>
      <w:r/>
      <w:r>
        <w:t>If you’re picking screenings, aim for a mix: a feature for scope, a documentary for context, and a short block to sample new voices. That variety reflects the festival’s aim to expand what queer cinema can be, beyond familiar tropes.</w:t>
      </w:r>
      <w:r/>
    </w:p>
    <w:p>
      <w:pPr>
        <w:pStyle w:val="Heading2"/>
      </w:pPr>
      <w:r>
        <w:t>Awards, programming curators and why names still matter</w:t>
      </w:r>
      <w:r/>
    </w:p>
    <w:p>
      <w:r/>
      <w:r>
        <w:t>The festival keeps a structured awards lineup, splitting recognition across gay, lesbian and trans/intersex categories and across international and US work. These jury prizes give films credibility and help with future bookings. Longstanding figures such as Chuck Wheeler , recently named to Out Magazine’s OUT100 , underline the festival’s commitment to consistent curation.</w:t>
      </w:r>
      <w:r/>
    </w:p>
    <w:p>
      <w:r/>
      <w:r>
        <w:t>Organisers emphasize that awards are about amplification, not just trophies. For filmmakers, a nod at OUTSOUTH often translates into more festival invites and a wider audience, which is exactly the practical support an indie filmmaker needs.</w:t>
      </w:r>
      <w:r/>
    </w:p>
    <w:p>
      <w:pPr>
        <w:pStyle w:val="Heading2"/>
      </w:pPr>
      <w:r>
        <w:t>Practical tips for attendees and filmmakers</w:t>
      </w:r>
      <w:r/>
    </w:p>
    <w:p>
      <w:r/>
      <w:r>
        <w:t>If you’re going to OUTSOUTH, buy tickets early , screenings often sell out. Check the Carolina Theatre schedule for passes, single tickets and any virtual options they might offer. For filmmakers, the festival uses FilmFreeway for submissions; timelines close months ahead, so plan submissions well in advance.</w:t>
      </w:r>
      <w:r/>
    </w:p>
    <w:p>
      <w:r/>
      <w:r>
        <w:t>Festival veterans recommend planning for social time. The in‑person networking , casual conversations in lobby spaces, Q&amp;As after screenings , is where collaborations and bookings often begin. Bring business cards or a digital link list; the hospitality of staff and other attendees makes follow‑ups feel natural.</w:t>
      </w:r>
      <w:r/>
    </w:p>
    <w:p>
      <w:pPr>
        <w:pStyle w:val="Heading2"/>
      </w:pPr>
      <w:r>
        <w:t>The outlook: why OUTSOUTH still matters in 2026</w:t>
      </w:r>
      <w:r/>
    </w:p>
    <w:p>
      <w:r/>
      <w:r>
        <w:t>Even after three decades, OUTSOUTH remains one of the Southeast’s largest queer film gatherings and a vital showcase for work that might otherwise go unseen. The rebrand to OUTSOUTH signalled growth in scope without losing the festival’s original heart: community, discovery and cinematic risk. As streaming consolidates and distribution narrows, festivals like this are where new queer filmmaking continues to get noticed.</w:t>
      </w:r>
      <w:r/>
    </w:p>
    <w:p>
      <w:r/>
      <w:r>
        <w:t>If you care about queer stories, independent film, or simply a lively cultural weekend in Durham, this festival is worth a place on your calendar.</w:t>
      </w:r>
      <w:r/>
    </w:p>
    <w:p>
      <w:r/>
      <w:r>
        <w:t>It's a small cinema pilgrimage that pays off , bring your curiosity and a comfy jacket.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[4]</w:t>
        </w:r>
      </w:hyperlink>
      <w:r>
        <w:t xml:space="preserve">- Paragraph 4: </w:t>
      </w:r>
      <w:hyperlink r:id="rId14">
        <w:r>
          <w:rPr>
            <w:color w:val="0000EE"/>
            <w:u w:val="single"/>
          </w:rPr>
          <w:t>[6]</w:t>
        </w:r>
      </w:hyperlink>
      <w:r>
        <w:t xml:space="preserve">, </w:t>
      </w:r>
      <w:hyperlink r:id="rId9">
        <w:r>
          <w:rPr>
            <w:color w:val="0000EE"/>
            <w:u w:val="single"/>
          </w:rPr>
          <w:t>[1]</w:t>
        </w:r>
      </w:hyperlink>
      <w:r>
        <w:t xml:space="preserve">- Paragraph 5: </w:t>
      </w:r>
      <w:hyperlink r:id="rId13">
        <w:r>
          <w:rPr>
            <w:color w:val="0000EE"/>
            <w:u w:val="single"/>
          </w:rPr>
          <w:t>[4]</w:t>
        </w:r>
      </w:hyperlink>
      <w:r>
        <w:t xml:space="preserve">, </w:t>
      </w:r>
      <w:hyperlink r:id="rId10">
        <w:r>
          <w:rPr>
            <w:color w:val="0000EE"/>
            <w:u w:val="single"/>
          </w:rPr>
          <w:t>[2]</w:t>
        </w:r>
      </w:hyperlink>
      <w:r>
        <w:t xml:space="preserve">- Paragraph 6: </w:t>
      </w:r>
      <w:hyperlink r:id="rId9">
        <w:r>
          <w:rPr>
            <w:color w:val="0000EE"/>
            <w:u w:val="single"/>
          </w:rPr>
          <w:t>[1]</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https://filmdaily.co/craft/north-carolina-gay-and-lesbian-film-festival/</w:t>
        </w:r>
      </w:hyperlink>
      <w:r>
        <w:t xml:space="preserve"> - Please view link - unable to able to access data</w:t>
      </w:r>
      <w:r/>
    </w:p>
    <w:p>
      <w:pPr>
        <w:pStyle w:val="ListNumber"/>
        <w:spacing w:line="240" w:lineRule="auto"/>
        <w:ind w:left="720"/>
      </w:pPr>
      <w:r/>
      <w:hyperlink r:id="rId10">
        <w:r>
          <w:rPr>
            <w:color w:val="0000EE"/>
            <w:u w:val="single"/>
          </w:rPr>
          <w:t>https://carolinatheatre.org/festival/outsouth/</w:t>
        </w:r>
      </w:hyperlink>
      <w:r>
        <w:t xml:space="preserve"> - The OUTSOUTH Queer Film Festival, formerly known as the North Carolina Gay &amp; Lesbian Film Festival, is the second largest LGBTQ+ film festival in the Southeastern United States. Held annually at the Carolina Theatre in Durham, North Carolina, the festival showcases a diverse array of shorts, documentaries, and feature films from around the world. It serves as a significant platform for LGBTQ+ cinema, fostering community connections and celebrating queer storytelling. The 2026 edition is scheduled for August 13–16, 2026. (</w:t>
      </w:r>
      <w:hyperlink r:id="rId16">
        <w:r>
          <w:rPr>
            <w:color w:val="0000EE"/>
            <w:u w:val="single"/>
          </w:rPr>
          <w:t>carolinatheatre.org</w:t>
        </w:r>
      </w:hyperlink>
      <w:r>
        <w:t>)</w:t>
      </w:r>
      <w:r/>
    </w:p>
    <w:p>
      <w:pPr>
        <w:pStyle w:val="ListNumber"/>
        <w:spacing w:line="240" w:lineRule="auto"/>
        <w:ind w:left="720"/>
      </w:pPr>
      <w:r/>
      <w:hyperlink r:id="rId12">
        <w:r>
          <w:rPr>
            <w:color w:val="0000EE"/>
            <w:u w:val="single"/>
          </w:rPr>
          <w:t>https://en.wikipedia.org/wiki/OUTSOUTH_Queer_Film_Festival</w:t>
        </w:r>
      </w:hyperlink>
      <w:r>
        <w:t xml:space="preserve"> - The OUTSOUTH Queer Film Festival, established in 1995 as the Q Film Fest and later rebranded in 2020, is an annual LGBTQ+ film festival held in Durham, North Carolina. It is recognised as the second largest LGBTQ+ film festival in the Southeastern United States. The festival features a mix of shorts, documentaries, and narrative features from around the world, with jury awards covering categories such as Best Gay Themed International Feature Film and Best Lesbian Themed U.S. Short Film. (</w:t>
      </w:r>
      <w:hyperlink r:id="rId17">
        <w:r>
          <w:rPr>
            <w:color w:val="0000EE"/>
            <w:u w:val="single"/>
          </w:rPr>
          <w:t>en.wikipedia.org</w:t>
        </w:r>
      </w:hyperlink>
      <w:r>
        <w:t>)</w:t>
      </w:r>
      <w:r/>
    </w:p>
    <w:p>
      <w:pPr>
        <w:pStyle w:val="ListNumber"/>
        <w:spacing w:line="240" w:lineRule="auto"/>
        <w:ind w:left="720"/>
      </w:pPr>
      <w:r/>
      <w:hyperlink r:id="rId13">
        <w:r>
          <w:rPr>
            <w:color w:val="0000EE"/>
            <w:u w:val="single"/>
          </w:rPr>
          <w:t>https://filmfreeway.com/OUTSOUTHQueerFilmFestival</w:t>
        </w:r>
      </w:hyperlink>
      <w:r>
        <w:t xml:space="preserve"> - The OUTSOUTH Queer Film Festival, formerly known as the North Carolina Gay &amp; Lesbian Film Festival, is an annual LGBTQ+ film festival held in Durham, North Carolina. The festival accepts submissions in various categories, including Narrative Short Film, Documentary Short Film, and Feature Film, with specific deadlines for each category. The 2026 edition is scheduled for August 13–20, 2026. (</w:t>
      </w:r>
      <w:hyperlink r:id="rId18">
        <w:r>
          <w:rPr>
            <w:color w:val="0000EE"/>
            <w:u w:val="single"/>
          </w:rPr>
          <w:t>filmfreeway.com</w:t>
        </w:r>
      </w:hyperlink>
      <w:r>
        <w:t>)</w:t>
      </w:r>
      <w:r/>
    </w:p>
    <w:p>
      <w:pPr>
        <w:pStyle w:val="ListNumber"/>
        <w:spacing w:line="240" w:lineRule="auto"/>
        <w:ind w:left="720"/>
      </w:pPr>
      <w:r/>
      <w:hyperlink r:id="rId15">
        <w:r>
          <w:rPr>
            <w:color w:val="0000EE"/>
            <w:u w:val="single"/>
          </w:rPr>
          <w:t>https://www.newsobserver.com/entertainment/article249019019.html</w:t>
        </w:r>
      </w:hyperlink>
      <w:r>
        <w:t xml:space="preserve"> - Jim Carl, the festival director of the OUTSOUTH Queer Film Festival, has described the event as one of the few Southeastern venues that regularly brings international titles to the big screen before wider distribution. He noted that many of these films will never find distributors or be sold to major streaming platforms. (</w:t>
      </w:r>
      <w:hyperlink r:id="rId16">
        <w:r>
          <w:rPr>
            <w:color w:val="0000EE"/>
            <w:u w:val="single"/>
          </w:rPr>
          <w:t>carolinatheatre.org</w:t>
        </w:r>
      </w:hyperlink>
      <w:r>
        <w:t>)</w:t>
      </w:r>
      <w:r/>
    </w:p>
    <w:p>
      <w:pPr>
        <w:pStyle w:val="ListNumber"/>
        <w:spacing w:line="240" w:lineRule="auto"/>
        <w:ind w:left="720"/>
      </w:pPr>
      <w:r/>
      <w:hyperlink r:id="rId14">
        <w:r>
          <w:rPr>
            <w:color w:val="0000EE"/>
            <w:u w:val="single"/>
          </w:rPr>
          <w:t>https://www.out.com/entertainment/2024/11/25/chuck-wheeler-named-out100-2024</w:t>
        </w:r>
      </w:hyperlink>
      <w:r>
        <w:t xml:space="preserve"> - Chuck Wheeler, head of men's film programming since 1996, was named to Out Magazine's 2024 OUT100 list for his sustained contributions to the OUTSOUTH Queer Film Festival. Wheeler has emphasised that the festival exists to affirm artists' resolve and to restore a sense of community that might otherwise erode. (</w:t>
      </w:r>
      <w:hyperlink r:id="rId16">
        <w:r>
          <w:rPr>
            <w:color w:val="0000EE"/>
            <w:u w:val="single"/>
          </w:rPr>
          <w:t>carolinatheatre.org</w:t>
        </w:r>
      </w:hyperlink>
      <w:r>
        <w:t>)</w:t>
      </w:r>
      <w:r/>
    </w:p>
    <w:p>
      <w:pPr>
        <w:pStyle w:val="ListNumber"/>
        <w:spacing w:line="240" w:lineRule="auto"/>
        <w:ind w:left="720"/>
      </w:pPr>
      <w:r/>
      <w:hyperlink r:id="rId11">
        <w:r>
          <w:rPr>
            <w:color w:val="0000EE"/>
            <w:u w:val="single"/>
          </w:rPr>
          <w:t>https://www.carolinatheatre.org/ncglff</w:t>
        </w:r>
      </w:hyperlink>
      <w:r>
        <w:t xml:space="preserve"> - The Carolina Theatre in Durham has hosted every edition of the OUTSOUTH Queer Film Festival, formerly known as the North Carolina Gay &amp; Lesbian Film Festival, since its inception in 1995. The venue continues to serve as the primary location for the festival, which is recognised as the second largest LGBTQ+ film festival in the Southeastern United States. (</w:t>
      </w:r>
      <w:hyperlink r:id="rId16">
        <w:r>
          <w:rPr>
            <w:color w:val="0000EE"/>
            <w:u w:val="single"/>
          </w:rPr>
          <w:t>carolinatheatre.org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ilmdaily.co/craft/north-carolina-gay-and-lesbian-film-festival/" TargetMode="External"/><Relationship Id="rId10" Type="http://schemas.openxmlformats.org/officeDocument/2006/relationships/hyperlink" Target="https://carolinatheatre.org/festival/outsouth/" TargetMode="External"/><Relationship Id="rId11" Type="http://schemas.openxmlformats.org/officeDocument/2006/relationships/hyperlink" Target="https://www.carolinatheatre.org/ncglff" TargetMode="External"/><Relationship Id="rId12" Type="http://schemas.openxmlformats.org/officeDocument/2006/relationships/hyperlink" Target="https://en.wikipedia.org/wiki/OUTSOUTH_Queer_Film_Festival" TargetMode="External"/><Relationship Id="rId13" Type="http://schemas.openxmlformats.org/officeDocument/2006/relationships/hyperlink" Target="https://filmfreeway.com/OUTSOUTHQueerFilmFestival" TargetMode="External"/><Relationship Id="rId14" Type="http://schemas.openxmlformats.org/officeDocument/2006/relationships/hyperlink" Target="https://www.out.com/entertainment/2024/11/25/chuck-wheeler-named-out100-2024" TargetMode="External"/><Relationship Id="rId15" Type="http://schemas.openxmlformats.org/officeDocument/2006/relationships/hyperlink" Target="https://www.newsobserver.com/entertainment/article249019019.html" TargetMode="External"/><Relationship Id="rId16" Type="http://schemas.openxmlformats.org/officeDocument/2006/relationships/hyperlink" Target="https://carolinatheatre.org/festival/outsouth/?utm_source=openai" TargetMode="External"/><Relationship Id="rId17" Type="http://schemas.openxmlformats.org/officeDocument/2006/relationships/hyperlink" Target="https://en.wikipedia.org/wiki/OUTSOUTH_Queer_Film_Festival?utm_source=openai" TargetMode="External"/><Relationship Id="rId18" Type="http://schemas.openxmlformats.org/officeDocument/2006/relationships/hyperlink" Target="https://filmfreeway.com/OUTSOUTHQueerFilmFestival?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