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Outfest Moments and Why Los Angeles Still Needs Its Oldest LGBTQI Film Festival</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culture and cinema-goers are returning to Outfest in new ways; the Los Angeles festival founded by UCLA students in 1982 has reshaped itself into focused events and year-round programming that keep queer and trans stories visible, preserved, and relevant. This matters because Outfest now pairs film celebration with archival rescue and emerging talent pipelines across 2025–2026.</w:t>
      </w:r>
      <w:r/>
    </w:p>
    <w:p>
      <w:r/>
      <w:r>
        <w:t>Essential Takeaways</w:t>
      </w:r>
      <w:r/>
      <w:r/>
    </w:p>
    <w:p>
      <w:pPr>
        <w:pStyle w:val="ListBullet"/>
        <w:spacing w:line="240" w:lineRule="auto"/>
        <w:ind w:left="720"/>
      </w:pPr>
      <w:r/>
      <w:r>
        <w:rPr>
          <w:b/>
        </w:rPr>
        <w:t>Historic legacy:</w:t>
      </w:r>
      <w:r>
        <w:t xml:space="preserve"> Outfest began in 1982 and has built the largest collection of LGBTQI moving images, with over 42,000 archive holdings.</w:t>
      </w:r>
      <w:r/>
    </w:p>
    <w:p>
      <w:pPr>
        <w:pStyle w:val="ListBullet"/>
        <w:spacing w:line="240" w:lineRule="auto"/>
        <w:ind w:left="720"/>
      </w:pPr>
      <w:r/>
      <w:r>
        <w:rPr>
          <w:b/>
        </w:rPr>
        <w:t>New format:</w:t>
      </w:r>
      <w:r>
        <w:t xml:space="preserve"> The multi-week flagship is paused for 2026; programming is concentrated into OutfestNEXT and year-round Cinema Series screenings that feel more intimate and curated.</w:t>
      </w:r>
      <w:r/>
    </w:p>
    <w:p>
      <w:pPr>
        <w:pStyle w:val="ListBullet"/>
        <w:spacing w:line="240" w:lineRule="auto"/>
        <w:ind w:left="720"/>
      </w:pPr>
      <w:r/>
      <w:r>
        <w:rPr>
          <w:b/>
        </w:rPr>
        <w:t>Preservation-first:</w:t>
      </w:r>
      <w:r>
        <w:t xml:space="preserve"> The Legacy Project restores classics from Paris Is Burning to Different from the Others, protecting films at risk of deterioration.</w:t>
      </w:r>
      <w:r/>
    </w:p>
    <w:p>
      <w:pPr>
        <w:pStyle w:val="ListBullet"/>
        <w:spacing w:line="240" w:lineRule="auto"/>
        <w:ind w:left="720"/>
      </w:pPr>
      <w:r/>
      <w:r>
        <w:rPr>
          <w:b/>
        </w:rPr>
        <w:t>Diverse spotlight:</w:t>
      </w:r>
      <w:r>
        <w:t xml:space="preserve"> Outfest Fusion (now Fusion QTBIPOC) remains a key platform for queer and trans filmmakers of colour, with targeted showcases and community programmes.</w:t>
      </w:r>
      <w:r/>
    </w:p>
    <w:p>
      <w:pPr>
        <w:pStyle w:val="ListBullet"/>
        <w:spacing w:line="240" w:lineRule="auto"/>
        <w:ind w:left="720"/>
      </w:pPr>
      <w:r/>
      <w:r>
        <w:rPr>
          <w:b/>
        </w:rPr>
        <w:t>Talent pipeline:</w:t>
      </w:r>
      <w:r>
        <w:t xml:space="preserve"> OutSet and labs continue to mentor young filmmakers via workshops, one-minute contests, screenwriting and producing labs.</w:t>
      </w:r>
      <w:r/>
      <w:r/>
    </w:p>
    <w:p>
      <w:pPr>
        <w:pStyle w:val="Heading2"/>
      </w:pPr>
      <w:r>
        <w:t>Why Outfest’s pivot feels exciting, not defeated</w:t>
      </w:r>
      <w:r/>
    </w:p>
    <w:p>
      <w:r/>
      <w:r>
        <w:t>Outfest has never been just a party; it’s a repository and a workshop, and you can feel that in the way programming has tightened. The switch from a sprawling multi-week festival to concentrated events like OutfestNEXT gives screenings a quieter, brighter focus , films don’t get lost in a sea of listings, and audience conversations matter more. For lovers of queer cinema this means higher-quality encounters: a lively Q&amp;A after a short, a filmmaker you can actually meet, a programme curated to show thematic through-lines rather than fill dates.</w:t>
      </w:r>
      <w:r/>
    </w:p>
    <w:p>
      <w:r/>
      <w:r>
        <w:t>This reshaping comes after a period of organisational recovery, and it’s practical as well as cultural. Audiences are changing how they consume film, venues are adapting, and festivals everywhere are experimenting with formats. Outfest’s move recognises that attention is scarce, so it spends it where it most counts.</w:t>
      </w:r>
      <w:r/>
    </w:p>
    <w:p>
      <w:pPr>
        <w:pStyle w:val="Heading2"/>
      </w:pPr>
      <w:r>
        <w:t>The archive: why preservation is the festival’s quiet superpower</w:t>
      </w:r>
      <w:r/>
    </w:p>
    <w:p>
      <w:r/>
      <w:r>
        <w:t>If you think of Outfest as just a festival, you’re missing half the story. The Legacy Project has become a global guardian for queer moving images, stewarding more than 42,000 items and restoring titles that could otherwise vanish. Restorations of Paris Is Burning and efforts on Different from the Others preserve both artistry and social history; watching these films today is like hearing an essential conversation across generations.</w:t>
      </w:r>
      <w:r/>
    </w:p>
    <w:p>
      <w:r/>
      <w:r>
        <w:t>Preservation matters beyond nostalgia. Restored prints allow new filmmakers to study technique and representation, and they give activists context for how struggles and joy have been filmed before. If you care about cinematic memory, Outfest is one of the places doing the heavy-lifting.</w:t>
      </w:r>
      <w:r/>
    </w:p>
    <w:p>
      <w:pPr>
        <w:pStyle w:val="Heading2"/>
      </w:pPr>
      <w:r>
        <w:t>Fusion QTBIPOC: where representation is curated, not borrowed</w:t>
      </w:r>
      <w:r/>
    </w:p>
    <w:p>
      <w:r/>
      <w:r>
        <w:t>Outfest Fusion has long been the festival’s concentrated effort to foreground queer and trans filmmakers of colour, and that mission is more necessary than ever. Programmes continue to prioritise African, Asian diaspora, Latinx and African American perspectives, with short and feature line-ups that spotlight stories you won’t see elsewhere.</w:t>
      </w:r>
      <w:r/>
    </w:p>
    <w:p>
      <w:r/>
      <w:r>
        <w:t>Practically, Fusion’s targeted programming helps emerging artists build momentum: a win at Fusion can lead to festival bookings, development lab invitations, and connections with producers. For audiences it’s a guarantee of discovery , films that are specific in voice but universal in feeling.</w:t>
      </w:r>
      <w:r/>
    </w:p>
    <w:p>
      <w:pPr>
        <w:pStyle w:val="Heading2"/>
      </w:pPr>
      <w:r>
        <w:t>OutfestNEXT and the year-round Cinema Series: more frequent touchpoints</w:t>
      </w:r>
      <w:r/>
    </w:p>
    <w:p>
      <w:r/>
      <w:r>
        <w:t>OutfestNEXT, running as a focused four-day showcase, is designed to deliver maximum impact in a compact window. It’s a format that rewards curation, conversation, and close contact between creator and crowd. Meanwhile, the Cinema Series keeps queer film visible outside festival weeks, with monthly or seasonal screenings and themed programmes like the Bookends series.</w:t>
      </w:r>
      <w:r/>
    </w:p>
    <w:p>
      <w:r/>
      <w:r>
        <w:t>If you’re planning to catch something, check schedules early and sign up for mailing lists; limited venues mean events can sell out fast. These year-round touchpoints also let emerging filmmakers test work in front of engaged audiences without the pressure of the festival’s old marathon.</w:t>
      </w:r>
      <w:r/>
    </w:p>
    <w:p>
      <w:pPr>
        <w:pStyle w:val="Heading2"/>
      </w:pPr>
      <w:r>
        <w:t>Growing talent pipelines: OutSet, labs and community ties</w:t>
      </w:r>
      <w:r/>
    </w:p>
    <w:p>
      <w:r/>
      <w:r>
        <w:t>OutSet Young Filmmakers Project, the Screenwriting Lab and Producers Lab are where the next generation gets hands-on training and industry introductions. The programme’s presence at WeHo Pride and partnerships with the LA LGBT Center keep it rooted in community, and One-Minute Film Contest winners from Fusion can find their work showcased publicly.</w:t>
      </w:r>
      <w:r/>
    </w:p>
    <w:p>
      <w:r/>
      <w:r>
        <w:t>If you’re an aspiring filmmaker, apply early and take every networking chance. The real value isn’t just tuition , it’s the mentors, the peer group, and the chance to have your work seen by programmers and producers who care about queer narratives.</w:t>
      </w:r>
      <w:r/>
    </w:p>
    <w:p>
      <w:pPr>
        <w:pStyle w:val="Heading2"/>
      </w:pPr>
      <w:r>
        <w:t>What’s next , rebuilding, resilience and reasons to watch</w:t>
      </w:r>
      <w:r/>
    </w:p>
    <w:p>
      <w:r/>
      <w:r>
        <w:t>Outfest’s pause on a traditional flagship event is a recalibration, not a rewind. The organisation is rehiring staff, consolidating programmes, and leaning into initiatives that can sustain visibility and preservation in a shifting cultural landscape. That’s reassuring: rather than shrink, Outfest is retooling for longevity.</w:t>
      </w:r>
      <w:r/>
    </w:p>
    <w:p>
      <w:r/>
      <w:r>
        <w:t>Expect more curated micro-festivals, steady cinema nights, and continued archival restorations. For anyone who loves queer cinema, that means better access to films old and new, and a clearer path for emerging voices to be seen.</w:t>
      </w:r>
      <w:r/>
    </w:p>
    <w:p>
      <w:r/>
      <w:r>
        <w:t>It's a small change that can make every screening feel intentional and every preservation effort count.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2">
        <w:r>
          <w:rPr>
            <w:color w:val="0000EE"/>
            <w:u w:val="single"/>
          </w:rPr>
          <w:t>[4]</w:t>
        </w:r>
      </w:hyperlink>
      <w:r>
        <w:t xml:space="preserve">- Paragraph 5: </w:t>
      </w:r>
      <w:hyperlink r:id="rId9">
        <w:r>
          <w:rPr>
            <w:color w:val="0000EE"/>
            <w:u w:val="single"/>
          </w:rPr>
          <w:t>[1]</w:t>
        </w:r>
      </w:hyperlink>
      <w:r>
        <w:t xml:space="preserve">, </w:t>
      </w:r>
      <w:hyperlink r:id="rId11">
        <w:r>
          <w:rPr>
            <w:color w:val="0000EE"/>
            <w:u w:val="single"/>
          </w:rPr>
          <w:t>[3]</w:t>
        </w:r>
      </w:hyperlink>
      <w:r>
        <w:t xml:space="preserve">- Paragraph 6: </w:t>
      </w:r>
      <w:hyperlink r:id="rId9">
        <w:r>
          <w:rPr>
            <w:color w:val="0000EE"/>
            <w:u w:val="single"/>
          </w:rPr>
          <w:t>[1]</w:t>
        </w:r>
      </w:hyperlink>
      <w:r>
        <w:t xml:space="preserve">, </w:t>
      </w:r>
      <w:hyperlink r:id="rId13">
        <w:r>
          <w:rPr>
            <w:color w:val="0000EE"/>
            <w:u w:val="single"/>
          </w:rPr>
          <w:t>[5]</w:t>
        </w:r>
      </w:hyperlink>
      <w:r>
        <w:t xml:space="preserve">- Paragraph 7: </w:t>
      </w:r>
      <w:hyperlink r:id="rId9">
        <w:r>
          <w:rPr>
            <w:color w:val="0000EE"/>
            <w:u w:val="single"/>
          </w:rPr>
          <w:t>[1]</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https://filmdaily.co/craft/outfest-oldest-lgbtqi-film-festival/</w:t>
        </w:r>
      </w:hyperlink>
      <w:r>
        <w:t xml:space="preserve"> - Please view link - unable to able to access data</w:t>
      </w:r>
      <w:r/>
    </w:p>
    <w:p>
      <w:pPr>
        <w:pStyle w:val="ListNumber"/>
        <w:spacing w:line="240" w:lineRule="auto"/>
        <w:ind w:left="720"/>
      </w:pPr>
      <w:r/>
      <w:hyperlink r:id="rId10">
        <w:r>
          <w:rPr>
            <w:color w:val="0000EE"/>
            <w:u w:val="single"/>
          </w:rPr>
          <w:t>https://en.wikipedia.org/wiki/Outfest</w:t>
        </w:r>
      </w:hyperlink>
      <w:r>
        <w:t xml:space="preserve"> - Outfest is an American non-profit organisation founded in 1982 by UCLA students John Ramirez and Stuart Timmons. It produces two film festivals, operates a movie streaming platform, and runs educational services for filmmakers in Los Angeles. Outfest is a key partner in the North American Queer Festival Alliance, an initiative to promote LGBT film. The organisation also collaborates with the UCLA Film &amp; Television Archive to preserve LGBTQ+ moving images, establishing the largest publicly accessible collection of such films worldwide.</w:t>
      </w:r>
      <w:r/>
    </w:p>
    <w:p>
      <w:pPr>
        <w:pStyle w:val="ListNumber"/>
        <w:spacing w:line="240" w:lineRule="auto"/>
        <w:ind w:left="720"/>
      </w:pPr>
      <w:r/>
      <w:hyperlink r:id="rId11">
        <w:r>
          <w:rPr>
            <w:color w:val="0000EE"/>
            <w:u w:val="single"/>
          </w:rPr>
          <w:t>https://www.outfest.org/screenings-events</w:t>
        </w:r>
      </w:hyperlink>
      <w:r>
        <w:t xml:space="preserve"> - Outfest organises various screenings and events, including the OutfestNEXT, a four-day event running from July 23-26, 2026, at the LA LGBT Center. This event showcases a vibrant spectrum of narrative and documentary features and shorts, celebrating queer and trans storytelling across generations. The full programme reflects the most impactful queer filmmaking of the year, inviting attendees to discover new voices and reconnect with their favourite film artists.</w:t>
      </w:r>
      <w:r/>
    </w:p>
    <w:p>
      <w:pPr>
        <w:pStyle w:val="ListNumber"/>
        <w:spacing w:line="240" w:lineRule="auto"/>
        <w:ind w:left="720"/>
      </w:pPr>
      <w:r/>
      <w:hyperlink r:id="rId12">
        <w:r>
          <w:rPr>
            <w:color w:val="0000EE"/>
            <w:u w:val="single"/>
          </w:rPr>
          <w:t>https://www.out.com/movies/2016/2/12/outfest-fusion-lgbt-people-color-film-festival-announces-lineup</w:t>
        </w:r>
      </w:hyperlink>
      <w:r>
        <w:t xml:space="preserve"> - The 2016 Outfest Fusion LGBT People of Color Film Festival, marking its 13th year, took place in Los Angeles. The festival featured screenings of films such as the 20th Anniversary screening of 'The Watermelon Woman', followed by a panel discussion with writer-director Cheryl Dunye. Other screenings included the GLAAD Media Award–nominated documentary 'Holler If You Hear Me: Black and Gay in the Church', Jake Witzenfeld's 'Oriented', and Flavio Florencio's 'Made in Bangkok'.</w:t>
      </w:r>
      <w:r/>
    </w:p>
    <w:p>
      <w:pPr>
        <w:pStyle w:val="ListNumber"/>
        <w:spacing w:line="240" w:lineRule="auto"/>
        <w:ind w:left="720"/>
      </w:pPr>
      <w:r/>
      <w:hyperlink r:id="rId13">
        <w:r>
          <w:rPr>
            <w:color w:val="0000EE"/>
            <w:u w:val="single"/>
          </w:rPr>
          <w:t>https://www.broadwayworld.com/bwwtv/article/Outfest-Announces-Lineup-for-the-2019-Outfest-Fusion-LGBTQ-People-of-Color-Film-Festival-20190208</w:t>
        </w:r>
      </w:hyperlink>
      <w:r>
        <w:t xml:space="preserve"> - Outfest announced the lineup for the 2019 Outfest Fusion LGBTQ People of Color Film Festival. The festival, dedicated to showcasing LGBTQ+ filmmakers of colour, featured a diverse selection of films and events. The announcement highlighted the festival's commitment to amplifying underrepresented voices within the LGBTQ+ community and providing a platform for filmmakers of colour to present their work to a broader audience.</w:t>
      </w:r>
      <w:r/>
    </w:p>
    <w:p>
      <w:pPr>
        <w:pStyle w:val="ListNumber"/>
        <w:spacing w:line="240" w:lineRule="auto"/>
        <w:ind w:left="720"/>
      </w:pPr>
      <w:r/>
      <w:hyperlink r:id="rId14">
        <w:r>
          <w:rPr>
            <w:color w:val="0000EE"/>
            <w:u w:val="single"/>
          </w:rPr>
          <w:t>https://www.filmfestivals.com/blog/editor/outfest_la_gay_and_lesbian_film_fest_presents_fusion</w:t>
        </w:r>
      </w:hyperlink>
      <w:r>
        <w:t xml:space="preserve"> - Outfest presented Fusion, the only multicultural gender-inclusive LGBT People of Color Film Festival, for the third consecutive year in 2005. The three-day festival, held in Los Angeles, featured 14 programmes of documentary, narrative, and short films and videos. Highlights included the new Margaret Cho narrative film 'Bam Bam and Celeste', which served as the Closing Night Gala, and a range of films representing various racial and ethnic communities, as well as a range of gender identities.</w:t>
      </w:r>
      <w:r/>
    </w:p>
    <w:p>
      <w:pPr>
        <w:pStyle w:val="ListNumber"/>
        <w:spacing w:line="240" w:lineRule="auto"/>
        <w:ind w:left="720"/>
      </w:pPr>
      <w:r/>
      <w:hyperlink r:id="rId15">
        <w:r>
          <w:rPr>
            <w:color w:val="0000EE"/>
            <w:u w:val="single"/>
          </w:rPr>
          <w:t>https://www.youtube.com/watch?v=VZCo60mxQdo</w:t>
        </w:r>
      </w:hyperlink>
      <w:r>
        <w:t xml:space="preserve"> - A video showcasing the 2016 Outfest Fusion LGBT People of Color Film Festival. The festival, held from March 4-16, 2016, brought together Los Angeles's diverse communities to celebrate LGBT people of colour and amplify their voices through media images and storytelling. The video provides an overview of the festival's events, including film screenings, filmmaker Q&amp;A sessions, workshops, master classes, industry networking, and a One Minute Film Contest.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ilmdaily.co/craft/outfest-oldest-lgbtqi-film-festival/" TargetMode="External"/><Relationship Id="rId10" Type="http://schemas.openxmlformats.org/officeDocument/2006/relationships/hyperlink" Target="https://en.wikipedia.org/wiki/Outfest" TargetMode="External"/><Relationship Id="rId11" Type="http://schemas.openxmlformats.org/officeDocument/2006/relationships/hyperlink" Target="https://www.outfest.org/screenings-events" TargetMode="External"/><Relationship Id="rId12" Type="http://schemas.openxmlformats.org/officeDocument/2006/relationships/hyperlink" Target="https://www.out.com/movies/2016/2/12/outfest-fusion-lgbt-people-color-film-festival-announces-lineup" TargetMode="External"/><Relationship Id="rId13" Type="http://schemas.openxmlformats.org/officeDocument/2006/relationships/hyperlink" Target="https://www.broadwayworld.com/bwwtv/article/Outfest-Announces-Lineup-for-the-2019-Outfest-Fusion-LGBTQ-People-of-Color-Film-Festival-20190208" TargetMode="External"/><Relationship Id="rId14" Type="http://schemas.openxmlformats.org/officeDocument/2006/relationships/hyperlink" Target="https://www.filmfestivals.com/blog/editor/outfest_la_gay_and_lesbian_film_fest_presents_fusion" TargetMode="External"/><Relationship Id="rId15" Type="http://schemas.openxmlformats.org/officeDocument/2006/relationships/hyperlink" Target="https://www.youtube.com/watch?v=VZCo60mxQd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