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Out on Film Guide: Why Atlanta’s LGBTQI Festival Still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queer cinema in Atlanta: Out on Film has grown from a local community experiment into one of the United States’ most influential LGBTQI film festivals, offering year-round events, industry pathways like Oscar and BAFTA qualification, and a friendly, festival‑goer vibe that makes seeing new queer stories feel like a communal celebration.</w:t>
      </w:r>
      <w:r/>
    </w:p>
    <w:p>
      <w:r/>
      <w:r>
        <w:t>Essential Takeaways</w:t>
      </w:r>
      <w:r/>
      <w:r/>
    </w:p>
    <w:p>
      <w:pPr>
        <w:pStyle w:val="ListBullet"/>
        <w:spacing w:line="240" w:lineRule="auto"/>
        <w:ind w:left="720"/>
      </w:pPr>
      <w:r/>
      <w:r>
        <w:rPr>
          <w:b/>
        </w:rPr>
        <w:t>Long history:</w:t>
      </w:r>
      <w:r>
        <w:t xml:space="preserve"> Founded in 1987 and run by an LGBTQI non‑profit since 2008, the festival is a regional institution. </w:t>
      </w:r>
      <w:r/>
    </w:p>
    <w:p>
      <w:pPr>
        <w:pStyle w:val="ListBullet"/>
        <w:spacing w:line="240" w:lineRule="auto"/>
        <w:ind w:left="720"/>
      </w:pPr>
      <w:r/>
      <w:r>
        <w:rPr>
          <w:b/>
        </w:rPr>
        <w:t>Big slate:</w:t>
      </w:r>
      <w:r>
        <w:t xml:space="preserve"> Around 150 narratives, documentaries, shorts and web series appear across the main fall festival and supplemental programming. </w:t>
      </w:r>
      <w:r/>
    </w:p>
    <w:p>
      <w:pPr>
        <w:pStyle w:val="ListBullet"/>
        <w:spacing w:line="240" w:lineRule="auto"/>
        <w:ind w:left="720"/>
      </w:pPr>
      <w:r/>
      <w:r>
        <w:rPr>
          <w:b/>
        </w:rPr>
        <w:t>Industry clout:</w:t>
      </w:r>
      <w:r>
        <w:t xml:space="preserve"> Winners can earn Oscar and BAFTA qualifying status for short films, raising the festival’s profile. </w:t>
      </w:r>
      <w:r/>
    </w:p>
    <w:p>
      <w:pPr>
        <w:pStyle w:val="ListBullet"/>
        <w:spacing w:line="240" w:lineRule="auto"/>
        <w:ind w:left="720"/>
      </w:pPr>
      <w:r/>
      <w:r>
        <w:rPr>
          <w:b/>
        </w:rPr>
        <w:t>Year‑round presence:</w:t>
      </w:r>
      <w:r>
        <w:t xml:space="preserve"> A spring mini‑fest and a planned industry summit keep the calendar active and networking strong. </w:t>
      </w:r>
      <w:r/>
    </w:p>
    <w:p>
      <w:pPr>
        <w:pStyle w:val="ListBullet"/>
        <w:spacing w:line="240" w:lineRule="auto"/>
        <w:ind w:left="720"/>
      </w:pPr>
      <w:r/>
      <w:r>
        <w:rPr>
          <w:b/>
        </w:rPr>
        <w:t>Warm atmosphere:</w:t>
      </w:r>
      <w:r>
        <w:t xml:space="preserve"> Filmmakers and audiences consistently praise the festival’s hospitable, creative energy.</w:t>
      </w:r>
      <w:r/>
      <w:r/>
    </w:p>
    <w:p>
      <w:pPr>
        <w:pStyle w:val="Heading2"/>
      </w:pPr>
      <w:r>
        <w:t>What makes Out on Film still worth your time?</w:t>
      </w:r>
      <w:r/>
    </w:p>
    <w:p>
      <w:r/>
      <w:r>
        <w:t>Out on Film feels intimate but ambitious, with a welcoming, buzzy atmosphere that smells faintly of popcorn and anticipation. According to the festival’s organisers, it began as a community initiative and steadily professionalised, now running an eleven‑day core event that attracts both local crowds and visiting creatives. That continuity, nearly four decades of programming, means you’re seeing work in a context that understands queer histories and current conversations.</w:t>
      </w:r>
      <w:r/>
    </w:p>
    <w:p>
      <w:r/>
      <w:r>
        <w:t>The programming mixes international fare and local premieres, which helps the festival stay lively and unpredictable. For ticket‑buyers, that variety means you can catch a gritty indie drama one night and a joyful short‑film programme the next. If you’re choosing what to see, look for premieres and jury picks; they often signal films that will travel onward to other festivals and awards.</w:t>
      </w:r>
      <w:r/>
    </w:p>
    <w:p>
      <w:pPr>
        <w:pStyle w:val="Heading2"/>
      </w:pPr>
      <w:r>
        <w:t>How Out on Film builds industry bridges</w:t>
      </w:r>
      <w:r/>
    </w:p>
    <w:p>
      <w:r/>
      <w:r>
        <w:t>Out on Film isn’t just for audiences; it’s a stepping stone for filmmakers aiming at bigger platforms. The festival’s Oscar and BAFTA qualifying status for short films is concrete proof, success here can open doors to the Academy and beyond. That kind of recognition attracts filmmakers who want both an audience and an industry response.</w:t>
      </w:r>
      <w:r/>
    </w:p>
    <w:p>
      <w:r/>
      <w:r>
        <w:t>Organisers also run networking events and a planned Queer Film Summit, which puts programmers, directors and producers in the same room. If you’re a filmmaker, submitting through FilmFreeway is straightforward, and the festival will consider entries for either the main fall festival or smaller showcases. Pro tip: submit early and highlight festival‑ready elements like runtime and premiere status to boost consideration.</w:t>
      </w:r>
      <w:r/>
    </w:p>
    <w:p>
      <w:pPr>
        <w:pStyle w:val="Heading2"/>
      </w:pPr>
      <w:r>
        <w:t>Year‑round programming: more than just a September event</w:t>
      </w:r>
      <w:r/>
    </w:p>
    <w:p>
      <w:r/>
      <w:r>
        <w:t>Out on Film has expanded with additional programming so the festival’s energy isn’t confined to autumn. A spring mini‑fest gives Atlanta audiences fresh work in March, while screenings and special events scatter through the year. That steady presence means locals can engage with queer cinema outside the rush of the main slate, and it helps filmmakers keep momentum after a premiere.</w:t>
      </w:r>
      <w:r/>
    </w:p>
    <w:p>
      <w:r/>
      <w:r>
        <w:t>For visitors, planning a trip around both the spring and autumn events is a great way to experience different flavours of the festival: the mini‑fest is typically more curated and intimate, while the main festival brings scale and awards buzz. Keep an eye on the festival website for ticket releases and special programmes.</w:t>
      </w:r>
      <w:r/>
    </w:p>
    <w:p>
      <w:pPr>
        <w:pStyle w:val="Heading2"/>
      </w:pPr>
      <w:r>
        <w:t>Awards, recognition and why they matter to filmmakers</w:t>
      </w:r>
      <w:r/>
    </w:p>
    <w:p>
      <w:r/>
      <w:r>
        <w:t>Out on Film hands out both audience and jury awards across categories such as Best Narrative Feature, Best Documentary and Best Drama Short. Those prizes are meaningful because they reflect two kinds of success: crowd affection and critical judgement. Being named in either can boost a film’s visibility for distribution or further festival bookings.</w:t>
      </w:r>
      <w:r/>
    </w:p>
    <w:p>
      <w:r/>
      <w:r>
        <w:t>The festival’s reputation has even earned public recognition; readers named it a top US festival in national polls, which amplifies press coverage for winners. For filmmakers, that means a positive review here can translate into invitations to other festivals and an uptick in media interest.</w:t>
      </w:r>
      <w:r/>
    </w:p>
    <w:p>
      <w:pPr>
        <w:pStyle w:val="Heading2"/>
      </w:pPr>
      <w:r>
        <w:t>Practical tips for first‑timers and regulars</w:t>
      </w:r>
      <w:r/>
    </w:p>
    <w:p>
      <w:r/>
      <w:r>
        <w:t>If it’s your first visit, arrive early to screenings, the smaller venues can fill fast, and the socializing in lobbies is half the fun. Bring cash or card for local bars and the occasional pop‑up merch stall, and wear sensible shoes; you’ll be hopping between cinemas and events. For filmmakers submitting, check eligibility on FilmFreeway and make sure your film’s completion date fits the festival’s window.</w:t>
      </w:r>
      <w:r/>
    </w:p>
    <w:p>
      <w:r/>
      <w:r>
        <w:t>And for anyone seeking community, plan to stay for a Q&amp;A session after films, those conversations are where audiences and creators connect, and they’re often warm, revealing and surprisingly funny.</w:t>
      </w:r>
      <w:r/>
    </w:p>
    <w:p>
      <w:r/>
      <w:r>
        <w:t>It's a small change that can make every festival visit feel like finding a new favourite film.</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2">
        <w:r>
          <w:rPr>
            <w:color w:val="0000EE"/>
            <w:u w:val="single"/>
          </w:rPr>
          <w:t>[6]</w:t>
        </w:r>
      </w:hyperlink>
      <w:r>
        <w:t xml:space="preserve">- Paragraph 4: </w:t>
      </w:r>
      <w:hyperlink r:id="rId11">
        <w:r>
          <w:rPr>
            <w:color w:val="0000EE"/>
            <w:u w:val="single"/>
          </w:rPr>
          <w:t>[3]</w:t>
        </w:r>
      </w:hyperlink>
      <w:r>
        <w:t xml:space="preserve">, </w:t>
      </w:r>
      <w:hyperlink r:id="rId13">
        <w:r>
          <w:rPr>
            <w:color w:val="0000EE"/>
            <w:u w:val="single"/>
          </w:rPr>
          <w:t>[5]</w:t>
        </w:r>
      </w:hyperlink>
      <w:r>
        <w:t xml:space="preserve">- Paragraph 5: </w:t>
      </w:r>
      <w:hyperlink r:id="rId9">
        <w:r>
          <w:rPr>
            <w:color w:val="0000EE"/>
            <w:u w:val="single"/>
          </w:rPr>
          <w:t>[1]</w:t>
        </w:r>
      </w:hyperlink>
      <w:r>
        <w:t xml:space="preserve">, </w:t>
      </w:r>
      <w:hyperlink r:id="rId14">
        <w:r>
          <w:rPr>
            <w:color w:val="0000EE"/>
            <w:u w:val="single"/>
          </w:rPr>
          <w:t>[7]</w:t>
        </w:r>
      </w:hyperlink>
      <w:r>
        <w:t xml:space="preserve">- Paragraph 6: </w:t>
      </w:r>
      <w:hyperlink r:id="rId15">
        <w:r>
          <w:rPr>
            <w:color w:val="0000EE"/>
            <w:u w:val="single"/>
          </w:rPr>
          <w:t>[4]</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https://filmdaily.co/craft/out-on-film-atlanta-lgbtqi-festival/</w:t>
        </w:r>
      </w:hyperlink>
      <w:r>
        <w:t xml:space="preserve"> - Please view link - unable to able to access data</w:t>
      </w:r>
      <w:r/>
    </w:p>
    <w:p>
      <w:pPr>
        <w:pStyle w:val="ListNumber"/>
        <w:spacing w:line="240" w:lineRule="auto"/>
        <w:ind w:left="720"/>
      </w:pPr>
      <w:r/>
      <w:hyperlink r:id="rId10">
        <w:r>
          <w:rPr>
            <w:color w:val="0000EE"/>
            <w:u w:val="single"/>
          </w:rPr>
          <w:t>https://en.wikipedia.org/wiki/Out_on_Film</w:t>
        </w:r>
      </w:hyperlink>
      <w:r>
        <w:t xml:space="preserve"> - Out on Film is Georgia's LGBTQIA+ film festival, established in 1987. It is one of the oldest and most acclaimed LGBTQIA+ film festivals in the United States, dedicated to the lesbian, gay, bisexual, and transgender community. The festival is held annually in Midtown Atlanta in late September and early October, with additional screenings and events throughout the year. As a non-profit 501(c)(3) organisation, Out on Film showcases films by, for, and about the LGBTQIA+ community and its allies.</w:t>
      </w:r>
      <w:r/>
    </w:p>
    <w:p>
      <w:pPr>
        <w:pStyle w:val="ListNumber"/>
        <w:spacing w:line="240" w:lineRule="auto"/>
        <w:ind w:left="720"/>
      </w:pPr>
      <w:r/>
      <w:hyperlink r:id="rId11">
        <w:r>
          <w:rPr>
            <w:color w:val="0000EE"/>
            <w:u w:val="single"/>
          </w:rPr>
          <w:t>https://outonfilm.org/history-mission</w:t>
        </w:r>
      </w:hyperlink>
      <w:r>
        <w:t xml:space="preserve"> - Out on Film, established in 1987 by Rebecca Ranson and other community leaders, became an independent 501(c)(3) organisation in 2008. The festival has grown from a five-day event to an eleven-day celebration of LGBTQIA+ stories and artists, featuring narrative features, documentaries, short films, and premieres. The mission is to inform, entertain, educate, and enrich the LGBTQIA+ culture by showcasing films by, for, and about the LGBTQIA+ community and its allies.</w:t>
      </w:r>
      <w:r/>
    </w:p>
    <w:p>
      <w:pPr>
        <w:pStyle w:val="ListNumber"/>
        <w:spacing w:line="240" w:lineRule="auto"/>
        <w:ind w:left="720"/>
      </w:pPr>
      <w:r/>
      <w:hyperlink r:id="rId15">
        <w:r>
          <w:rPr>
            <w:color w:val="0000EE"/>
            <w:u w:val="single"/>
          </w:rPr>
          <w:t>https://outonfilm.org/submit</w:t>
        </w:r>
      </w:hyperlink>
      <w:r>
        <w:t xml:space="preserve"> - Out on Film is an Oscar®-qualifying film festival, with the Best Drama Short award winner eligible for the Academy’s Live Action Short Film competition. The festival annually presents approximately 150 narratives, documentaries, shorts, and web series, from international features to local programming and retrospectives. The main event is an 11-day festival held each September in Atlanta, Georgia, complemented by year-round screenings and special events. Submissions for 2026 are open through FilmFreeway, with films completed in 2025 or later eligible for consideration.</w:t>
      </w:r>
      <w:r/>
    </w:p>
    <w:p>
      <w:pPr>
        <w:pStyle w:val="ListNumber"/>
        <w:spacing w:line="240" w:lineRule="auto"/>
        <w:ind w:left="720"/>
      </w:pPr>
      <w:r/>
      <w:hyperlink r:id="rId13">
        <w:r>
          <w:rPr>
            <w:color w:val="0000EE"/>
            <w:u w:val="single"/>
          </w:rPr>
          <w:t>https://roughdraftatlanta.com/2026/05/27/atlanta-lgbtq-film-festival-grants/</w:t>
        </w:r>
      </w:hyperlink>
      <w:r>
        <w:t xml:space="preserve"> - Out on Film, Atlanta’s non-profit LGBTQIA+ film festival, has announced the recipients of its third annual Filmmaker Fund, a grant supporting the completion of projects by queer filmmakers. The six recipients are Aphrodite Armstrong, River Gallo, Charlene Fisk, Mya-Breyana Morton, Joshua Hernandez, and Tierra Frost. Festival Director Jim Farmer emphasised the importance of supporting these filmmakers to bring dynamic queer stories to the community, especially as nonprofits and the arts nationwide face challenges.</w:t>
      </w:r>
      <w:r/>
    </w:p>
    <w:p>
      <w:pPr>
        <w:pStyle w:val="ListNumber"/>
        <w:spacing w:line="240" w:lineRule="auto"/>
        <w:ind w:left="720"/>
      </w:pPr>
      <w:r/>
      <w:hyperlink r:id="rId12">
        <w:r>
          <w:rPr>
            <w:color w:val="0000EE"/>
            <w:u w:val="single"/>
          </w:rPr>
          <w:t>https://filmfreeway.com/OutOnFilm</w:t>
        </w:r>
      </w:hyperlink>
      <w:r>
        <w:t xml:space="preserve"> - Out on Film is one of the most prominent LGBTQIA+ film festivals globally and an Oscar®-qualifying event. The festival is also a BAFTA-qualifying festival for the British Short Programme and an Iris Prize Partner Festival. Celebrating its 39th year in 2026, Out on Film annually presents approximately 150 narratives, documentaries, shorts, and web series, from international features to local programming and retrospectives. The main event is an 11-day festival held each September in Atlanta, Georgia, with year-round screenings and special events.</w:t>
      </w:r>
      <w:r/>
    </w:p>
    <w:p>
      <w:pPr>
        <w:pStyle w:val="ListNumber"/>
        <w:spacing w:line="240" w:lineRule="auto"/>
        <w:ind w:left="720"/>
      </w:pPr>
      <w:r/>
      <w:hyperlink r:id="rId14">
        <w:r>
          <w:rPr>
            <w:color w:val="0000EE"/>
            <w:u w:val="single"/>
          </w:rPr>
          <w:t>https://www.wfcn.co/festivalopendata/oofaslff</w:t>
        </w:r>
      </w:hyperlink>
      <w:r>
        <w:t xml:space="preserve"> - Out on Film, Atlanta's LGBTQIA+ film festival, is one of the leading LGBTQIA+ film festivals in the United States and an Oscar®-qualifying event. The festival showcases approximately 150 narratives, documentaries, and short films each year, featuring international fare, local programming, and retrospectives. The festival places a significant emphasis on working with filmmakers, with its visiting filmmaker series being one of the most respected in the industry. The 2024 festival is scheduled to take place from September 24 to October 4, 2024.</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craft/out-on-film-atlanta-lgbtqi-festival/" TargetMode="External"/><Relationship Id="rId10" Type="http://schemas.openxmlformats.org/officeDocument/2006/relationships/hyperlink" Target="https://en.wikipedia.org/wiki/Out_on_Film" TargetMode="External"/><Relationship Id="rId11" Type="http://schemas.openxmlformats.org/officeDocument/2006/relationships/hyperlink" Target="https://outonfilm.org/history-mission" TargetMode="External"/><Relationship Id="rId12" Type="http://schemas.openxmlformats.org/officeDocument/2006/relationships/hyperlink" Target="https://filmfreeway.com/OutOnFilm" TargetMode="External"/><Relationship Id="rId13" Type="http://schemas.openxmlformats.org/officeDocument/2006/relationships/hyperlink" Target="https://roughdraftatlanta.com/2026/05/27/atlanta-lgbtq-film-festival-grants/" TargetMode="External"/><Relationship Id="rId14" Type="http://schemas.openxmlformats.org/officeDocument/2006/relationships/hyperlink" Target="https://www.wfcn.co/festivalopendata/oofaslff" TargetMode="External"/><Relationship Id="rId15" Type="http://schemas.openxmlformats.org/officeDocument/2006/relationships/hyperlink" Target="https://outonfilm.org/subm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