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Comedy to Binge: Why Big Mistakes Feels Like Schitt’s Creek’s Cousin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streaming laughs are flocking to Big Mistakes , Dan Levy’s new Netflix comedy-drama , because it scratches the same bittersweet itch left by Schitt’s Creek while delivering a darker, more chaotic flavour. Fans, critics and streaming execs care because it’s funny, human and already renewed for a second season.</w:t>
      </w:r>
      <w:r/>
    </w:p>
    <w:p>
      <w:r/>
      <w:r>
        <w:t>Essential Takeaways</w:t>
      </w:r>
      <w:r/>
      <w:r/>
    </w:p>
    <w:p>
      <w:pPr>
        <w:pStyle w:val="ListBullet"/>
        <w:spacing w:line="240" w:lineRule="auto"/>
        <w:ind w:left="720"/>
      </w:pPr>
      <w:r/>
      <w:r>
        <w:rPr>
          <w:b/>
        </w:rPr>
        <w:t>Familiar creator energy:</w:t>
      </w:r>
      <w:r>
        <w:t xml:space="preserve"> Dan Levy stars, co-created and co-wrote Big Mistakes, bringing his distinctive voice and queer relatability to a new setting.</w:t>
      </w:r>
      <w:r/>
    </w:p>
    <w:p>
      <w:pPr>
        <w:pStyle w:val="ListBullet"/>
        <w:spacing w:line="240" w:lineRule="auto"/>
        <w:ind w:left="720"/>
      </w:pPr>
      <w:r/>
      <w:r>
        <w:rPr>
          <w:b/>
        </w:rPr>
        <w:t>Tone split:</w:t>
      </w:r>
      <w:r>
        <w:t xml:space="preserve"> The show mixes warm sitcom beats with bleak, morally messy comedy; it’s funny but delightfully compromised.</w:t>
      </w:r>
      <w:r/>
    </w:p>
    <w:p>
      <w:pPr>
        <w:pStyle w:val="ListBullet"/>
        <w:spacing w:line="240" w:lineRule="auto"/>
        <w:ind w:left="720"/>
      </w:pPr>
      <w:r/>
      <w:r>
        <w:rPr>
          <w:b/>
        </w:rPr>
        <w:t>Standout performances:</w:t>
      </w:r>
      <w:r>
        <w:t xml:space="preserve"> Laurie Metcalf and Taylor Ortega receive strong notices for their energy and emotional range.</w:t>
      </w:r>
      <w:r/>
    </w:p>
    <w:p>
      <w:pPr>
        <w:pStyle w:val="ListBullet"/>
        <w:spacing w:line="240" w:lineRule="auto"/>
        <w:ind w:left="720"/>
      </w:pPr>
      <w:r/>
      <w:r>
        <w:rPr>
          <w:b/>
        </w:rPr>
        <w:t>Already renewed:</w:t>
      </w:r>
      <w:r>
        <w:t xml:space="preserve"> Netflix greenlit a second season, signalling confidence and streaming momentum.</w:t>
      </w:r>
      <w:r/>
    </w:p>
    <w:p>
      <w:pPr>
        <w:pStyle w:val="ListBullet"/>
        <w:spacing w:line="240" w:lineRule="auto"/>
        <w:ind w:left="720"/>
      </w:pPr>
      <w:r/>
      <w:r>
        <w:rPr>
          <w:b/>
        </w:rPr>
        <w:t>Comfortably odd vibe:</w:t>
      </w:r>
      <w:r>
        <w:t xml:space="preserve"> Expect character-driven humour, small-town politics and a criminal subplot that keeps you hooked.</w:t>
      </w:r>
      <w:r/>
      <w:r/>
    </w:p>
    <w:p>
      <w:pPr>
        <w:pStyle w:val="Heading2"/>
      </w:pPr>
      <w:r>
        <w:t>Why Big Mistakes arrives at the perfect moment</w:t>
      </w:r>
      <w:r/>
    </w:p>
    <w:p>
      <w:r/>
      <w:r>
        <w:t>If you’ve been rewatching Schitt’s Creek clips and missing Catherine O’Hara’s incandescent comic energy, you’re not alone. According to ITV and widespread tributes across entertainment outlets, O’Hara’s recent death amplified nostalgia for that kind of family comedy. Dan Levy’s new series slots into that emotional gap, offering something recognisably familiar yet decidedly different. It’s soothing to see Levy back in a role with the same comic DNA, but you’ll notice a darker undertow this time , a richer palette of sin and sympathy.</w:t>
      </w:r>
      <w:r/>
    </w:p>
    <w:p>
      <w:pPr>
        <w:pStyle w:val="Heading2"/>
      </w:pPr>
      <w:r>
        <w:t>The cast makes the eccentric family feel real</w:t>
      </w:r>
      <w:r/>
    </w:p>
    <w:p>
      <w:r/>
      <w:r>
        <w:t>Big Mistakes centres on Nicky (Levy) and his sister Morgan (Taylor Ortega), a duo who tumble into a criminal tangle after a well‑meaning funeral gesture goes sideways. Laurie Metcalf’s magnetism as the hyper‑involved mother elevates scenes with a buzzy, slightly unhinged humour, while Ortega grounds the show with a weary, relatable ache. Support players , a Turkish‑American mini‑mart owner, a pushy boyfriend and a possibly enslaved crime boss , give the ensemble texture. Reviews and scene clips suggest the actors avoid caricature, instead delivering flawed, human people you’ll both laugh at and root for.</w:t>
      </w:r>
      <w:r/>
    </w:p>
    <w:p>
      <w:pPr>
        <w:pStyle w:val="Heading2"/>
      </w:pPr>
      <w:r>
        <w:t>It’s Schitt’s Creek-like, but don’t expect a carbon copy</w:t>
      </w:r>
      <w:r/>
    </w:p>
    <w:p>
      <w:r/>
      <w:r>
        <w:t>There’s no hiding the debt to Levy’s earlier work: the awkward social navigation, the snappy family dynamics and the warm queer centre point. That said, the new show swaps boutique pretension for pulpy suburban crime and a more cynical moral compass. Where Schitt’s Creek leaned into forgiveness and growth, Big Mistakes treats compromise as inevitable , and often funny. Fans should see it as a tonal cousin, not a reunion; if you adored Levy’s voice, you’ll likely enjoy this fresh take that still honours his knack for tender absurdity.</w:t>
      </w:r>
      <w:r/>
    </w:p>
    <w:p>
      <w:pPr>
        <w:pStyle w:val="Heading2"/>
      </w:pPr>
      <w:r>
        <w:t>What the renewal says about Netflix and viewers</w:t>
      </w:r>
      <w:r/>
    </w:p>
    <w:p>
      <w:r/>
      <w:r>
        <w:t>Netflix’s decision to renew Big Mistakes for a second season is a clear thumbs‑up: the platform sees both audience appetite and staying power. Industry coverage framed the move as a vote of confidence in character‑first comedies that blend laughs with serialized stakes. For viewers, that means the plot threads and character arcs you care about will get more space to breathe; binge now and you won’t be left hanging mid‑arc for long. It’s also a sign that niche, personality‑driven shows can still flourish in a crowded streaming landscape.</w:t>
      </w:r>
      <w:r/>
    </w:p>
    <w:p>
      <w:pPr>
        <w:pStyle w:val="Heading2"/>
      </w:pPr>
      <w:r>
        <w:t>How to watch it and what to expect from a binge</w:t>
      </w:r>
      <w:r/>
    </w:p>
    <w:p>
      <w:r/>
      <w:r>
        <w:t>Treat Big Mistakes like a comfortably messy dinner party: bring patience for moral ambiguity and a taste for sharp dialogue. If you liked the warm awkwardness of Schitt’s Creek, start here , but give the show room to surprise you with crime caper twists and darker humour. Watch with friends or queue it for a weekend binge; episodes reward close attention to the ensemble, and the series builds momentum as loyalties shift. And if you’re streaming in tribute to Catherine O’Hara’s legacy, expect moments that remind you why her work left such an impact.</w:t>
      </w:r>
      <w:r/>
    </w:p>
    <w:p>
      <w:r/>
      <w:r>
        <w:t>It’s an easy, human‑sized show to love , messy, funny and a little bit guilty.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[5]</w:t>
        </w:r>
      </w:hyperlink>
      <w:r>
        <w:t xml:space="preserve">- Paragraph 2: </w:t>
      </w:r>
      <w:hyperlink r:id="rId12">
        <w:r>
          <w:rPr>
            <w:color w:val="0000EE"/>
            <w:u w:val="single"/>
          </w:rPr>
          <w:t>[4]</w:t>
        </w:r>
      </w:hyperlink>
      <w:r>
        <w:t xml:space="preserve">, </w:t>
      </w:r>
      <w:hyperlink r:id="rId11">
        <w:r>
          <w:rPr>
            <w:color w:val="0000EE"/>
            <w:u w:val="single"/>
          </w:rPr>
          <w:t>[5]</w:t>
        </w:r>
      </w:hyperlink>
      <w:r>
        <w:t xml:space="preserve">- Paragraph 3: </w:t>
      </w:r>
      <w:hyperlink r:id="rId12">
        <w:r>
          <w:rPr>
            <w:color w:val="0000EE"/>
            <w:u w:val="single"/>
          </w:rPr>
          <w:t>[4]</w:t>
        </w:r>
      </w:hyperlink>
      <w:r>
        <w:t xml:space="preserve">, </w:t>
      </w:r>
      <w:hyperlink r:id="rId11">
        <w:r>
          <w:rPr>
            <w:color w:val="0000EE"/>
            <w:u w:val="single"/>
          </w:rPr>
          <w:t>[5]</w:t>
        </w:r>
      </w:hyperlink>
      <w:r>
        <w:t xml:space="preserve">- Paragraph 4: </w:t>
      </w:r>
      <w:hyperlink r:id="rId13">
        <w:r>
          <w:rPr>
            <w:color w:val="0000EE"/>
            <w:u w:val="single"/>
          </w:rPr>
          <w:t>[3]</w:t>
        </w:r>
      </w:hyperlink>
      <w:r>
        <w:t xml:space="preserve">, </w:t>
      </w:r>
      <w:hyperlink r:id="rId12">
        <w:r>
          <w:rPr>
            <w:color w:val="0000EE"/>
            <w:u w:val="single"/>
          </w:rPr>
          <w:t>[4]</w:t>
        </w:r>
      </w:hyperlink>
      <w:r>
        <w:t xml:space="preserve">- Paragraph 5: </w:t>
      </w:r>
      <w:hyperlink r:id="rId12">
        <w:r>
          <w:rPr>
            <w:color w:val="0000EE"/>
            <w:u w:val="single"/>
          </w:rPr>
          <w:t>[4]</w:t>
        </w:r>
      </w:hyperlink>
      <w:r>
        <w:t xml:space="preserve">, </w:t>
      </w:r>
      <w:hyperlink r:id="rId14">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https://www.washingtonblade.com/2026/07/09/queer-media-dominates-2026-emmy-nominations/?utm_source=rss&amp;utm_medium=rss&amp;utm_campaign=queer-media-dominates-2026-emmy-nominations</w:t>
        </w:r>
      </w:hyperlink>
      <w:r>
        <w:t xml:space="preserve"> - Please view link - unable to able to access data</w:t>
      </w:r>
      <w:r/>
    </w:p>
    <w:p>
      <w:pPr>
        <w:pStyle w:val="ListNumber"/>
        <w:spacing w:line="240" w:lineRule="auto"/>
        <w:ind w:left="720"/>
      </w:pPr>
      <w:r/>
      <w:hyperlink r:id="rId10">
        <w:r>
          <w:rPr>
            <w:color w:val="0000EE"/>
            <w:u w:val="single"/>
          </w:rPr>
          <w:t>https://www.itv.com/news/2026-01-30/catherine-ohara-star-of-schitts-creek-and-home-alone-dies-at-71</w:t>
        </w:r>
      </w:hyperlink>
      <w:r>
        <w:t xml:space="preserve"> - Catherine O'Hara, renowned for her roles in 'Schitt's Creek' and 'Home Alone', passed away at 71 following a brief illness. Tributes poured in from co-stars, including Macaulay Culkin, who expressed deep sorrow over her loss. O'Hara's contributions to television and film have left an indelible mark on the entertainment industry.</w:t>
      </w:r>
      <w:r/>
    </w:p>
    <w:p>
      <w:pPr>
        <w:pStyle w:val="ListNumber"/>
        <w:spacing w:line="240" w:lineRule="auto"/>
        <w:ind w:left="720"/>
      </w:pPr>
      <w:r/>
      <w:hyperlink r:id="rId13">
        <w:r>
          <w:rPr>
            <w:color w:val="0000EE"/>
            <w:u w:val="single"/>
          </w:rPr>
          <w:t>https://www.whats-on-netflix.com/news/big-mistakes-renewed-for-season-2-at-netflix/</w:t>
        </w:r>
      </w:hyperlink>
      <w:r>
        <w:t xml:space="preserve"> - Netflix has renewed 'Big Mistakes', a comedy series co-created by Dan Levy, for a second season. The show follows two siblings, Nicky and Morgan, who are drawn into the world of organised crime after a theft intended for their grandmother's funeral. The renewal reflects the series' success and growing popularity.</w:t>
      </w:r>
      <w:r/>
    </w:p>
    <w:p>
      <w:pPr>
        <w:pStyle w:val="ListNumber"/>
        <w:spacing w:line="240" w:lineRule="auto"/>
        <w:ind w:left="720"/>
      </w:pPr>
      <w:r/>
      <w:hyperlink r:id="rId12">
        <w:r>
          <w:rPr>
            <w:color w:val="0000EE"/>
            <w:u w:val="single"/>
          </w:rPr>
          <w:t>https://www.whats-on-netflix.com/news/dan-levy-rachel-sennott-netflix-comedy-series-big-mistakes-everything-we-know-03-2026/</w:t>
        </w:r>
      </w:hyperlink>
      <w:r>
        <w:t xml:space="preserve"> - Dan Levy's new Netflix comedy series, 'Big Mistakes', is set to premiere on April 9, 2026. Co-created with Rachel Sennott, the series stars Levy and Taylor Ortega as siblings entangled in a high-stakes crime thriller. The announcement has generated significant anticipation among fans.</w:t>
      </w:r>
      <w:r/>
    </w:p>
    <w:p>
      <w:pPr>
        <w:pStyle w:val="ListNumber"/>
        <w:spacing w:line="240" w:lineRule="auto"/>
        <w:ind w:left="720"/>
      </w:pPr>
      <w:r/>
      <w:hyperlink r:id="rId11">
        <w:r>
          <w:rPr>
            <w:color w:val="0000EE"/>
            <w:u w:val="single"/>
          </w:rPr>
          <w:t>https://www.cinemablend.com/television/eugene-levy-dan-levy-schitts-creek-alums-pay-tribute-catherine-ohara-after-death</w:t>
        </w:r>
      </w:hyperlink>
      <w:r>
        <w:t xml:space="preserve"> - Following Catherine O'Hara's passing, her 'Schitt's Creek' co-stars, including Eugene and Dan Levy, paid heartfelt tributes. They reflected on their long-standing friendship and the profound impact O'Hara had on their lives and careers, highlighting her brilliance and warmth.</w:t>
      </w:r>
      <w:r/>
    </w:p>
    <w:p>
      <w:pPr>
        <w:pStyle w:val="ListNumber"/>
        <w:spacing w:line="240" w:lineRule="auto"/>
        <w:ind w:left="720"/>
      </w:pPr>
      <w:r/>
      <w:hyperlink r:id="rId14">
        <w:r>
          <w:rPr>
            <w:color w:val="0000EE"/>
            <w:u w:val="single"/>
          </w:rPr>
          <w:t>https://www.youtube.com/watch?v=_TeI-iBBJfc</w:t>
        </w:r>
      </w:hyperlink>
      <w:r>
        <w:t xml:space="preserve"> - Saturday Night Live honoured Catherine O'Hara with a tribute card featuring her photo and name during an episode hosted by Alexander Skarsgård. The gesture acknowledged O'Hara's significant contributions to comedy and her enduring legacy in the entertainment industry.</w:t>
      </w:r>
      <w:r/>
    </w:p>
    <w:p>
      <w:pPr>
        <w:pStyle w:val="ListNumber"/>
        <w:spacing w:line="240" w:lineRule="auto"/>
        <w:ind w:left="720"/>
      </w:pPr>
      <w:r/>
      <w:hyperlink r:id="rId15">
        <w:r>
          <w:rPr>
            <w:color w:val="0000EE"/>
            <w:u w:val="single"/>
          </w:rPr>
          <w:t>https://www.youtube.com/watch?v=rDQTW9-pP2w</w:t>
        </w:r>
      </w:hyperlink>
      <w:r>
        <w:t xml:space="preserve"> - A tribute video celebrating the life and career of Catherine O'Hara, highlighting her roles in 'Home Alone' and 'Schitt's Creek'. The video showcases her impact on the entertainment industry and the joy she brought to audiences worldwide.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washingtonblade.com/2026/07/09/queer-media-dominates-2026-emmy-nominations/?utm_source=rss&amp;utm_medium=rss&amp;utm_campaign=queer-media-dominates-2026-emmy-nominations" TargetMode="External"/><Relationship Id="rId10" Type="http://schemas.openxmlformats.org/officeDocument/2006/relationships/hyperlink" Target="https://www.itv.com/news/2026-01-30/catherine-ohara-star-of-schitts-creek-and-home-alone-dies-at-71" TargetMode="External"/><Relationship Id="rId11" Type="http://schemas.openxmlformats.org/officeDocument/2006/relationships/hyperlink" Target="https://www.cinemablend.com/television/eugene-levy-dan-levy-schitts-creek-alums-pay-tribute-catherine-ohara-after-death" TargetMode="External"/><Relationship Id="rId12" Type="http://schemas.openxmlformats.org/officeDocument/2006/relationships/hyperlink" Target="https://www.whats-on-netflix.com/news/dan-levy-rachel-sennott-netflix-comedy-series-big-mistakes-everything-we-know-03-2026/" TargetMode="External"/><Relationship Id="rId13" Type="http://schemas.openxmlformats.org/officeDocument/2006/relationships/hyperlink" Target="https://www.whats-on-netflix.com/news/big-mistakes-renewed-for-season-2-at-netflix/" TargetMode="External"/><Relationship Id="rId14" Type="http://schemas.openxmlformats.org/officeDocument/2006/relationships/hyperlink" Target="https://www.youtube.com/watch?v=_TeI-iBBJfc" TargetMode="External"/><Relationship Id="rId15" Type="http://schemas.openxmlformats.org/officeDocument/2006/relationships/hyperlink" Target="https://www.youtube.com/watch?v=rDQTW9-pP2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