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Tennis Event in Texas: OLTA’s Texas Open Returns This September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racquet buzz: OLTA Dallas, one of the nation’s oldest LGBTQ+ tennis groups, is bringing the Texas Open to Arlington Tennis Center from 25–27 September, a welcome chance for players and spectators to celebrate competitive play, community and history right in the heart of North Texas.</w:t>
      </w:r>
      <w:r/>
    </w:p>
    <w:p>
      <w:r/>
      <w:r>
        <w:t>Essential Takeaways</w:t>
      </w:r>
      <w:r/>
      <w:r/>
    </w:p>
    <w:p>
      <w:pPr>
        <w:pStyle w:val="ListBullet"/>
        <w:spacing w:line="240" w:lineRule="auto"/>
        <w:ind w:left="720"/>
      </w:pPr>
      <w:r/>
      <w:r>
        <w:rPr>
          <w:b/>
        </w:rPr>
        <w:t>Dates and place:</w:t>
      </w:r>
      <w:r>
        <w:t xml:space="preserve"> The Texas Open runs 25–27 September at Arlington Tennis Center, a spacious public facility with 16 courts and a pro shop.</w:t>
      </w:r>
      <w:r/>
    </w:p>
    <w:p>
      <w:pPr>
        <w:pStyle w:val="ListBullet"/>
        <w:spacing w:line="240" w:lineRule="auto"/>
        <w:ind w:left="720"/>
      </w:pPr>
      <w:r/>
      <w:r>
        <w:rPr>
          <w:b/>
        </w:rPr>
        <w:t>Sign-up info:</w:t>
      </w:r>
      <w:r>
        <w:t xml:space="preserve"> Players register at GLTA.net by the entry deadline of 10 September.</w:t>
      </w:r>
      <w:r/>
    </w:p>
    <w:p>
      <w:pPr>
        <w:pStyle w:val="ListBullet"/>
        <w:spacing w:line="240" w:lineRule="auto"/>
        <w:ind w:left="720"/>
      </w:pPr>
      <w:r/>
      <w:r>
        <w:rPr>
          <w:b/>
        </w:rPr>
        <w:t>Heritage:</w:t>
      </w:r>
      <w:r>
        <w:t xml:space="preserve"> OLTA Dallas is in its 47th year and helped launch the national LGBTQ+ tennis movement.</w:t>
      </w:r>
      <w:r/>
    </w:p>
    <w:p>
      <w:pPr>
        <w:pStyle w:val="ListBullet"/>
        <w:spacing w:line="240" w:lineRule="auto"/>
        <w:ind w:left="720"/>
      </w:pPr>
      <w:r/>
      <w:r>
        <w:rPr>
          <w:b/>
        </w:rPr>
        <w:t>Accessibility:</w:t>
      </w:r>
      <w:r>
        <w:t xml:space="preserve"> Spectators are welcome; sponsors can contact OLTA via email for partnership opportunities.</w:t>
      </w:r>
      <w:r/>
    </w:p>
    <w:p>
      <w:pPr>
        <w:pStyle w:val="ListBullet"/>
        <w:spacing w:line="240" w:lineRule="auto"/>
        <w:ind w:left="720"/>
      </w:pPr>
      <w:r/>
      <w:r>
        <w:rPr>
          <w:b/>
        </w:rPr>
        <w:t>Local tip:</w:t>
      </w:r>
      <w:r>
        <w:t xml:space="preserve"> Check OLTA Dallas’s site for club play and the Arlington Parks pages for parking and facility details.</w:t>
      </w:r>
      <w:r/>
      <w:r/>
    </w:p>
    <w:p>
      <w:pPr>
        <w:pStyle w:val="Heading2"/>
      </w:pPr>
      <w:r>
        <w:t>Why this tournament matters now</w:t>
      </w:r>
      <w:r/>
    </w:p>
    <w:p>
      <w:r/>
      <w:r>
        <w:t>There’s a lively, festive feeling whenever OLTA runs a national event, and that’s no accident. OLTA Dallas has been building LGBTQ+ tennis culture for nearly five decades, so this Texas Open is more than matches , it’s a reunion of friends, rivals and newcomers. According to OLTA organizers, bringing the tourney to Arlington gives players room to play and fans comfortable viewing, with courts that feel modern and well maintained.</w:t>
      </w:r>
      <w:r/>
    </w:p>
    <w:p>
      <w:pPr>
        <w:pStyle w:val="Heading2"/>
      </w:pPr>
      <w:r>
        <w:t>A quick look at OLTA’s legacy</w:t>
      </w:r>
      <w:r/>
    </w:p>
    <w:p>
      <w:r/>
      <w:r>
        <w:t>OLTA Dallas helped kickstart national LGBTQ+ tennis competition and was a charter member of the Gay and Lesbian Tennis Alliance, which now oversees dozens of tournaments worldwide. That kind of history matters: it’s why the organisation draws players who want competitive matches and a welcoming environment. If you’ve ever wondered how LGBTQ+ sports networks grew, OLTA’s story is a clear chapter in that book.</w:t>
      </w:r>
      <w:r/>
    </w:p>
    <w:p>
      <w:pPr>
        <w:pStyle w:val="Heading2"/>
      </w:pPr>
      <w:r>
        <w:t>Practical details: how to enter and plan your weekend</w:t>
      </w:r>
      <w:r/>
    </w:p>
    <w:p>
      <w:r/>
      <w:r>
        <w:t>Want to play? Head to GLTA.net, search for the Texas Open and complete your entry before 10 September. If you’re coming to watch, plan for a weekend visit to the Arlington Tennis Center , the venue lists multiple courts and amenities on the city parks site, and there’s typically space for spectators and casual players. For teams and singles players, choose your level honestly; OLTA draws a range of abilities from social players to competitive veterans.</w:t>
      </w:r>
      <w:r/>
    </w:p>
    <w:p>
      <w:pPr>
        <w:pStyle w:val="Heading2"/>
      </w:pPr>
      <w:r>
        <w:t>What the venue offers players and fans</w:t>
      </w:r>
      <w:r/>
    </w:p>
    <w:p>
      <w:r/>
      <w:r>
        <w:t>Arlington Tennis Center is a public facility with numerous courts, a pro shop and support services, making it an easy choice for a mid-size national event. The grounds are roomy, so between matches you can enjoy shade, local food options, and a relaxed vibe. If you’re travelling for the tournament, check parking and local transport details on the Arlington parks pages to avoid last-minute scrambles.</w:t>
      </w:r>
      <w:r/>
    </w:p>
    <w:p>
      <w:pPr>
        <w:pStyle w:val="Heading2"/>
      </w:pPr>
      <w:r>
        <w:t>How to connect with OLTA beyond the tournament</w:t>
      </w:r>
      <w:r/>
    </w:p>
    <w:p>
      <w:r/>
      <w:r>
        <w:t>If you like the community spirit you find at the Texas Open, OLTA Dallas keeps things going year-round with club play and social events , details are on oltadallas.org. Sponsors curious about visibility or individuals wanting to play socially should use those channels; organisers are open to building long-term ties that keep the scene vibrant.</w:t>
      </w:r>
      <w:r/>
    </w:p>
    <w:p>
      <w:r/>
      <w:r>
        <w:t>It's a small change to your calendar that can make a big difference to your season, so consider signing up, watching a match or simply turning up to support local LGBTQ+ sport.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13">
        <w:r>
          <w:rPr>
            <w:color w:val="0000EE"/>
            <w:u w:val="single"/>
          </w:rPr>
          <w:t>[3]</w:t>
        </w:r>
      </w:hyperlink>
      <w:r>
        <w:t xml:space="preserve">, </w:t>
      </w:r>
      <w:hyperlink r:id="rId14">
        <w:r>
          <w:rPr>
            <w:color w:val="0000EE"/>
            <w:u w:val="single"/>
          </w:rPr>
          <w:t>[4]</w:t>
        </w:r>
      </w:hyperlink>
      <w:r>
        <w:t xml:space="preserve">- Paragraph 6: </w:t>
      </w:r>
      <w:hyperlink r:id="rId10">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https://meaws.com/news/olta-to-host-sept-tennis-tourney/104483</w:t>
        </w:r>
      </w:hyperlink>
      <w:r>
        <w:t xml:space="preserve"> - Please view link - unable to able to access data</w:t>
      </w:r>
      <w:r/>
    </w:p>
    <w:p>
      <w:pPr>
        <w:pStyle w:val="ListNumber"/>
        <w:spacing w:line="240" w:lineRule="auto"/>
        <w:ind w:left="720"/>
      </w:pPr>
      <w:r/>
      <w:hyperlink r:id="rId10">
        <w:r>
          <w:rPr>
            <w:color w:val="0000EE"/>
            <w:u w:val="single"/>
          </w:rPr>
          <w:t>https://www.oltadallas.org/about</w:t>
        </w:r>
      </w:hyperlink>
      <w:r>
        <w:t xml:space="preserve"> - The Oak Lawn Tennis Association (OLTA), established in 1979, began as a group of friends who enjoyed tennis. Over the years, it hosted the first LGBT tennis tournament in the United States and became a charter member of the Gay and Lesbian Tennis Alliance (GLTA). OLTA invites players of all identities and skill levels to participate in social and competitive tennis, as well as various social activities throughout the year. The organisation is a non-profit, with member dues covering court fees, club tournaments, social events, and administrative costs. Proceeds from some events support charities in the Dallas-Fort Worth area.</w:t>
      </w:r>
      <w:r/>
    </w:p>
    <w:p>
      <w:pPr>
        <w:pStyle w:val="ListNumber"/>
        <w:spacing w:line="240" w:lineRule="auto"/>
        <w:ind w:left="720"/>
      </w:pPr>
      <w:r/>
      <w:hyperlink r:id="rId13">
        <w:r>
          <w:rPr>
            <w:color w:val="0000EE"/>
            <w:u w:val="single"/>
          </w:rPr>
          <w:t>https://www.arlingtontx.gov/Parks-Places/Parks-Trails/Park-Finder/Arlington-Tennis-Center</w:t>
        </w:r>
      </w:hyperlink>
      <w:r>
        <w:t xml:space="preserve"> - The Arlington Tennis Center, located at 500 W. Mayfield Road in Arlington, Texas, is an award-winning public facility that opened in January 1995. It features 20 lighted outdoor tennis courts, 10 lighted outdoor pickleball courts, a full-service pro shop, concession area, and locker rooms with showers. The center offers classes, drills, and leagues for players of all ages and skill levels, from beginners to advanced. It also hosts numerous sanctioned tournaments, national events, and US Open Sectional Qualifying tournaments annually. The facility is fully owned and operated by the City of Arlington and is recognized by the United States Tennis Association (USTA).</w:t>
      </w:r>
      <w:r/>
    </w:p>
    <w:p>
      <w:pPr>
        <w:pStyle w:val="ListNumber"/>
        <w:spacing w:line="240" w:lineRule="auto"/>
        <w:ind w:left="720"/>
      </w:pPr>
      <w:r/>
      <w:hyperlink r:id="rId14">
        <w:r>
          <w:rPr>
            <w:color w:val="0000EE"/>
            <w:u w:val="single"/>
          </w:rPr>
          <w:t>https://www.arlingtontx.gov/Parks-Places/Facilities/Arlington-Tennis-Center</w:t>
        </w:r>
      </w:hyperlink>
      <w:r>
        <w:t xml:space="preserve"> - The Arlington Tennis Center, situated at 500 W. Mayfield Road in Arlington, Texas, is a premier public facility that opened in January 1995. It boasts 20 lighted outdoor tennis courts, 8 lighted outdoor pickleball courts, a fully stocked pro shop, concession area, and locker rooms with showers. The center's certified teaching staff offers classes, drills, and leagues for players of all ages and skill levels. It frequently hosts special events, including numerous local, regional, and national tournaments, such as those organized by the United States Tennis Association (USTA) and the Intercollegiate Tennis Association (ITA). The facility is fully owned and operated by the City of Arlington and partners with various organizations to provide diverse programs and events.</w:t>
      </w:r>
      <w:r/>
    </w:p>
    <w:p>
      <w:pPr>
        <w:pStyle w:val="ListNumber"/>
        <w:spacing w:line="240" w:lineRule="auto"/>
        <w:ind w:left="720"/>
      </w:pPr>
      <w:r/>
      <w:hyperlink r:id="rId15">
        <w:r>
          <w:rPr>
            <w:color w:val="0000EE"/>
            <w:u w:val="single"/>
          </w:rPr>
          <w:t>https://www.oltadallas.org/general-clean</w:t>
        </w:r>
      </w:hyperlink>
      <w:r>
        <w:t xml:space="preserve"> - The Texas Open 2026, organised by the Oak Lawn Tennis Association (OLTA), is scheduled for September 25-27, 2026, at the Arlington Tennis Center in Arlington, Texas. This event is set to be the largest Gay and Lesbian Tennis Alliance (GLTA) tournament in Texas. Registration for the tournament opened on April 23, 2026. OLTA is also seeking volunteers to assist in various roles during the tournament, offering opportunities for 2, 4, or 6 hours of participation. Volunteers will have access to drinks, snacks, lunches, and other items available to the players.</w:t>
      </w:r>
      <w:r/>
    </w:p>
    <w:p>
      <w:pPr>
        <w:pStyle w:val="ListNumber"/>
        <w:spacing w:line="240" w:lineRule="auto"/>
        <w:ind w:left="720"/>
      </w:pPr>
      <w:r/>
      <w:hyperlink r:id="rId12">
        <w:r>
          <w:rPr>
            <w:color w:val="0000EE"/>
            <w:u w:val="single"/>
          </w:rPr>
          <w:t>https://www.keranews.org/news/2026-06-24/history-gayborhood-gay-rights</w:t>
        </w:r>
      </w:hyperlink>
      <w:r>
        <w:t xml:space="preserve"> - The article explores the history of Oak Lawn, a Dallas neighbourhood that has become a central hub for the LGBTQ+ community. It highlights the 1972 pride parade, which began with 30 participants and grew to 300 by the time it reached City Hall. The piece also discusses the establishment of Union Jack, the first clothing store catering to gay men in Dallas, which opened in 1971 and relocated to Oak Lawn in 1972. The article provides insights into how Oak Lawn evolved into a vibrant 'gayborhood' and its significance in the LGBTQ+ rights movement.</w:t>
      </w:r>
      <w:r/>
    </w:p>
    <w:p>
      <w:pPr>
        <w:pStyle w:val="ListNumber"/>
        <w:spacing w:line="240" w:lineRule="auto"/>
        <w:ind w:left="720"/>
      </w:pPr>
      <w:r/>
      <w:hyperlink r:id="rId11">
        <w:r>
          <w:rPr>
            <w:color w:val="0000EE"/>
            <w:u w:val="single"/>
          </w:rPr>
          <w:t>https://www.arlington.org/listings/arlington-tennis-center-%26-pro-shop/394/</w:t>
        </w:r>
      </w:hyperlink>
      <w:r>
        <w:t xml:space="preserve"> - The Arlington Tennis Center, located at 500 W. Mayfield Road in Arlington, Texas, is a public facility that opened in January 1995. It features 20 lighted outdoor tennis courts, a full-service 3,000 square foot pro shop, and locker rooms with showers. The center's certified teaching staff offers classes, drills, and leagues for players of all ages and abilities, from beginners to advanced levels. The facility hosts frequent special events, including seven sanctioned tournaments each year, a National Open Championship, and a USTA Intersectional event, along with several non-sanctioned tournaments. Additionally, it serves as the host site for over 40 other tournaments and events annually.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olta-to-host-sept-tennis-tourney/104483" TargetMode="External"/><Relationship Id="rId10" Type="http://schemas.openxmlformats.org/officeDocument/2006/relationships/hyperlink" Target="https://www.oltadallas.org/about" TargetMode="External"/><Relationship Id="rId11" Type="http://schemas.openxmlformats.org/officeDocument/2006/relationships/hyperlink" Target="https://www.arlington.org/listings/arlington-tennis-center-%26-pro-shop/394/" TargetMode="External"/><Relationship Id="rId12" Type="http://schemas.openxmlformats.org/officeDocument/2006/relationships/hyperlink" Target="https://www.keranews.org/news/2026-06-24/history-gayborhood-gay-rights" TargetMode="External"/><Relationship Id="rId13" Type="http://schemas.openxmlformats.org/officeDocument/2006/relationships/hyperlink" Target="https://www.arlingtontx.gov/Parks-Places/Parks-Trails/Park-Finder/Arlington-Tennis-Center" TargetMode="External"/><Relationship Id="rId14" Type="http://schemas.openxmlformats.org/officeDocument/2006/relationships/hyperlink" Target="https://www.arlingtontx.gov/Parks-Places/Facilities/Arlington-Tennis-Center" TargetMode="External"/><Relationship Id="rId15" Type="http://schemas.openxmlformats.org/officeDocument/2006/relationships/hyperlink" Target="https://www.oltadallas.org/general-cle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