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Homobloc 2025 Guide: What to Expect at the End‑of‑Summer LGBTQ+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clubbers are already buzzing: Homobloc is moving from winter to a one‑off September party, bringing a huge popstar, 150+ performers and an ecstatic end‑of‑summer vibe to Depot Mayfield , tickets from £54.50 matter because this is one of the North West’s biggest queer gatherings.</w:t>
      </w:r>
      <w:r/>
    </w:p>
    <w:p>
      <w:r/>
      <w:r>
        <w:t>Essential Takeaways</w:t>
      </w:r>
      <w:r/>
      <w:r/>
    </w:p>
    <w:p>
      <w:pPr>
        <w:pStyle w:val="ListBullet"/>
        <w:spacing w:line="240" w:lineRule="auto"/>
        <w:ind w:left="720"/>
      </w:pPr>
      <w:r/>
      <w:r>
        <w:rPr>
          <w:b/>
        </w:rPr>
        <w:t>Headline act:</w:t>
      </w:r>
      <w:r>
        <w:t xml:space="preserve"> Grammy‑winning pop star Kim Petras tops a stacked bill of global queer and electronic talent.</w:t>
      </w:r>
      <w:r/>
    </w:p>
    <w:p>
      <w:pPr>
        <w:pStyle w:val="ListBullet"/>
        <w:spacing w:line="240" w:lineRule="auto"/>
        <w:ind w:left="720"/>
      </w:pPr>
      <w:r/>
      <w:r>
        <w:rPr>
          <w:b/>
        </w:rPr>
        <w:t>Big scale:</w:t>
      </w:r>
      <w:r>
        <w:t xml:space="preserve"> The festival fills Depot Mayfield across multiple stages, with over 150 performers and immersive drag, theatre and dance.</w:t>
      </w:r>
      <w:r/>
    </w:p>
    <w:p>
      <w:pPr>
        <w:pStyle w:val="ListBullet"/>
        <w:spacing w:line="240" w:lineRule="auto"/>
        <w:ind w:left="720"/>
      </w:pPr>
      <w:r/>
      <w:r>
        <w:rPr>
          <w:b/>
        </w:rPr>
        <w:t>Dates &amp; tickets:</w:t>
      </w:r>
      <w:r>
        <w:t xml:space="preserve"> Homobloc 2025 takes place on Saturday 26 September; pre‑sale and general sale windows start in July, with tickets from roughly £54.50.</w:t>
      </w:r>
      <w:r/>
    </w:p>
    <w:p>
      <w:pPr>
        <w:pStyle w:val="ListBullet"/>
        <w:spacing w:line="240" w:lineRule="auto"/>
        <w:ind w:left="720"/>
      </w:pPr>
      <w:r/>
      <w:r>
        <w:rPr>
          <w:b/>
        </w:rPr>
        <w:t>Charity impact:</w:t>
      </w:r>
      <w:r>
        <w:t xml:space="preserve"> Homobloc has raised substantial funds for LGBTQ+ causes and positions itself as a community‑centred celebration.</w:t>
      </w:r>
      <w:r/>
    </w:p>
    <w:p>
      <w:pPr>
        <w:pStyle w:val="ListBullet"/>
        <w:spacing w:line="240" w:lineRule="auto"/>
        <w:ind w:left="720"/>
      </w:pPr>
      <w:r/>
      <w:r>
        <w:rPr>
          <w:b/>
        </w:rPr>
        <w:t>Vibe:</w:t>
      </w:r>
      <w:r>
        <w:t xml:space="preserve"> Expect a club‑heavy, feel‑good block party atmosphere , loud, colourful and celebratory.</w:t>
      </w:r>
      <w:r/>
      <w:r/>
    </w:p>
    <w:p>
      <w:pPr>
        <w:pStyle w:val="Heading2"/>
      </w:pPr>
      <w:r>
        <w:t>Why the move to September feels like a statement</w:t>
      </w:r>
      <w:r/>
    </w:p>
    <w:p>
      <w:r/>
      <w:r>
        <w:t>This year’s Homobloc stepping into late September reads like a deliberate exhale , an “end of summer” send‑off that trades cold club nights for daylight spilling into Depot Mayfield’s cavernous spaces. The change isn’t just seasonal; it’s tonal. Organisers say they wanted a brighter, more festival‑style energy, and with sunlit warehouses and street‑party staging, that’s exactly the picture they’re painting. If you love queer carnival energy, this shift promises more flamboyance and bigger immersive moments than a traditional winter raver.</w:t>
      </w:r>
      <w:r/>
    </w:p>
    <w:p>
      <w:pPr>
        <w:pStyle w:val="Heading2"/>
      </w:pPr>
      <w:r>
        <w:t>The line‑up: popstar power plus underground credibility</w:t>
      </w:r>
      <w:r/>
    </w:p>
    <w:p>
      <w:r/>
      <w:r>
        <w:t>Kim Petras as headliner signals mainstream clout , she brings pop hooks and big production , but the rest of the bill keeps Homobloc rooted in club culture. Expect b2b DJ sets from Honey Dijon and Derrick Carter, cutting‑edge producers like Cobrah, plus collectives and female‑led lineups that lean into queer dancefloor history. It’s a neat balancing act: radio‑friendly moments alongside deep, vinyl‑first boxes of sound. That variety means you can go for the big name and stay for the unexpected discoveries.</w:t>
      </w:r>
      <w:r/>
    </w:p>
    <w:p>
      <w:pPr>
        <w:pStyle w:val="Heading2"/>
      </w:pPr>
      <w:r>
        <w:t>Depot Mayfield: massive venues, more stages, better flow</w:t>
      </w:r>
      <w:r/>
    </w:p>
    <w:p>
      <w:r/>
      <w:r>
        <w:t>Depot Mayfield’s sprawling footprint is perfect for the production Homobloc wants to deliver. The festival will use the three main rooms , Depot, Concourse and Archive , and sprinkle extra stages through the Plant Room, the Loft and the historic Star &amp; Garter Pub. That spread keeps things moving: you can stumble on a high‑energy DJ set in one corner, a theatrical drag performance in another, and a chilled bar with daytime sun in between. Tip: plan meeting points and check the running order early, because sites this size reward planning.</w:t>
      </w:r>
      <w:r/>
    </w:p>
    <w:p>
      <w:pPr>
        <w:pStyle w:val="Heading2"/>
      </w:pPr>
      <w:r>
        <w:t>Community, charity and why this still feels important</w:t>
      </w:r>
      <w:r/>
    </w:p>
    <w:p>
      <w:r/>
      <w:r>
        <w:t>Homobloc’s growth from a club night into an international festival hasn’t lost its roots; organisers emphasise community and fundraising. Since 2021 the event has contributed substantial sums to LGBTQ+ charities, and the narrative is clear: this is a party with purpose. For many attendees the draw isn’t just the music, it’s the collective relief of dancing together safely and proudly. That tension between spectacle and solidarity is what keeps Homobloc more than just another ticketed festival.</w:t>
      </w:r>
      <w:r/>
    </w:p>
    <w:p>
      <w:pPr>
        <w:pStyle w:val="Heading2"/>
      </w:pPr>
      <w:r>
        <w:t>How to buy and get the most from your day</w:t>
      </w:r>
      <w:r/>
    </w:p>
    <w:p>
      <w:r/>
      <w:r>
        <w:t>Presale opens in July, with general sale shortly after , set a reminder for those 10am drops and consider joining mailing lists for access codes. Tickets from about £54.50 sound reasonable on paper, but there’ll be tiers and add‑ons, so read the small print on re‑entry and bag policies. Practical tips: bring comfortable shoes for a big venue, layer up for evening chills, charge a power bank and agree on a phone battery‑saving plan with friends. Lastly, go with curiosity , the festival rewards wandering.</w:t>
      </w:r>
      <w:r/>
    </w:p>
    <w:p>
      <w:r/>
      <w:r>
        <w:t>It's a bold, bright reset for a party that began in clubs and now wants to own a whole weekend vibe.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https://www.liverpoolecho.co.uk/whats-on/music-nightlife-news/winter-festival-announces-first-summer-34259987</w:t>
        </w:r>
      </w:hyperlink>
      <w:r>
        <w:t xml:space="preserve"> - Please view link - unable to able to access data</w:t>
      </w:r>
      <w:r/>
    </w:p>
    <w:p>
      <w:pPr>
        <w:pStyle w:val="ListNumber"/>
        <w:spacing w:line="240" w:lineRule="auto"/>
        <w:ind w:left="720"/>
      </w:pPr>
      <w:r/>
      <w:hyperlink r:id="rId10">
        <w:r>
          <w:rPr>
            <w:color w:val="0000EE"/>
            <w:u w:val="single"/>
          </w:rPr>
          <w:t>https://www.manchestersfinest.com/events/homobloc-at-depot-mayfield/</w:t>
        </w:r>
      </w:hyperlink>
      <w:r>
        <w:t xml:space="preserve"> - Homobloc, a premier LGBTQ+ festival, is set to return to Manchester's Depot Mayfield on Saturday, December 6, 2025. The event will feature over 12 hours of performances from artists such as Sugababes, Honey Dijon, The Blessed Madonna, Peaches b2b Erol Alkan, and Hercules &amp; Love Affair. The festival will span multiple stages, including Depot, Concourse, Archive, Plant Room, the historic Star &amp; Garter Pub, and the Loft. Tickets are priced at £59.95 and are available for purchase online.</w:t>
      </w:r>
      <w:r/>
    </w:p>
    <w:p>
      <w:pPr>
        <w:pStyle w:val="ListNumber"/>
        <w:spacing w:line="240" w:lineRule="auto"/>
        <w:ind w:left="720"/>
      </w:pPr>
      <w:r/>
      <w:hyperlink r:id="rId12">
        <w:r>
          <w:rPr>
            <w:color w:val="0000EE"/>
            <w:u w:val="single"/>
          </w:rPr>
          <w:t>https://www.attitude.co.uk/culture/homobloc-2025-lineup-manchester-sugababes-blessed-madonna-494612/</w:t>
        </w:r>
      </w:hyperlink>
      <w:r>
        <w:t xml:space="preserve"> - Homobloc 2025, the iconic LGBTQ+ block party, is scheduled for December 6 at Manchester's Depot Mayfield. The lineup boasts Sugababes, The Blessed Madonna, Honey Dijon, Beth Ditto, Patrick Mason, Slayyyter, Peaches b2b Erol Alkan, Hercules &amp; Love Affair, and Todd Edwards. The event aims to unite artists, performers, and clubbers in a celebration of queer culture and electronic music. The festival will utilise various spaces within Depot Mayfield, including the main stages and additional areas like the Plant Room and the Star &amp; Garter Pub.</w:t>
      </w:r>
      <w:r/>
    </w:p>
    <w:p>
      <w:pPr>
        <w:pStyle w:val="ListNumber"/>
        <w:spacing w:line="240" w:lineRule="auto"/>
        <w:ind w:left="720"/>
      </w:pPr>
      <w:r/>
      <w:hyperlink r:id="rId13">
        <w:r>
          <w:rPr>
            <w:color w:val="0000EE"/>
            <w:u w:val="single"/>
          </w:rPr>
          <w:t>https://fault-magazine.com/2025/09/homobloc-2025-depot-mayfield-lineup/</w:t>
        </w:r>
      </w:hyperlink>
      <w:r>
        <w:t xml:space="preserve"> - Homobloc 2025 is set to take place on December 6 at Manchester's Depot Mayfield. The festival's lineup includes Sugababes, Honey Dijon, The Blessed Madonna, Beth Ditto, Patrick Mason, Slayyyter, Peaches b2b Erol Alkan, Hercules &amp; Love Affair, and Todd Edwards. The event will span multiple stages, including Depot, Concourse, Archive, Plant Room, and the rooftop Loft. Homobloc continues to raise funds for LGBTQ+ charities while providing a platform for visibility, creativity, and collective joy.</w:t>
      </w:r>
      <w:r/>
    </w:p>
    <w:p>
      <w:pPr>
        <w:pStyle w:val="ListNumber"/>
        <w:spacing w:line="240" w:lineRule="auto"/>
        <w:ind w:left="720"/>
      </w:pPr>
      <w:r/>
      <w:hyperlink r:id="rId11">
        <w:r>
          <w:rPr>
            <w:color w:val="0000EE"/>
            <w:u w:val="single"/>
          </w:rPr>
          <w:t>https://www.visitmanchester.com/event/homobloc/91944101/</w:t>
        </w:r>
      </w:hyperlink>
      <w:r>
        <w:t xml:space="preserve"> - Homobloc, the legendary all-inclusive block party, returns to Manchester's Depot Mayfield on Saturday, December 6, 2025. The event will feature a diverse lineup of artists and performers, including Sugababes, Honey Dijon, The Blessed Madonna, Beth Ditto, Patrick Mason, Slayyyter, Peaches b2b Erol Alkan, Hercules &amp; Love Affair, and Todd Edwards. The festival aims to unite artists, performers, spectators, and clubbers in a space where freedom and self-expression rule the dancefloor.</w:t>
      </w:r>
      <w:r/>
    </w:p>
    <w:p>
      <w:pPr>
        <w:pStyle w:val="ListNumber"/>
        <w:spacing w:line="240" w:lineRule="auto"/>
        <w:ind w:left="720"/>
      </w:pPr>
      <w:r/>
      <w:hyperlink r:id="rId14">
        <w:r>
          <w:rPr>
            <w:color w:val="0000EE"/>
            <w:u w:val="single"/>
          </w:rPr>
          <w:t>https://www.manchestersfinest.com/music/homobloc-returns-for-2025-with-sugababes-honey-dijon-and-beth-ditto-at-depot-mayfield/</w:t>
        </w:r>
      </w:hyperlink>
      <w:r>
        <w:t xml:space="preserve"> - Homobloc, the all-day queer block party, will return to Depot Mayfield on Saturday, December 6, 2025, for its sixth edition. The event will feature headliners Sugababes, Honey Dijon, The Blessed Madonna, Beth Ditto, Patrick Mason, Slayyyter, Peaches b2b Erol Alkan, Hercules &amp; Love Affair, and Todd Edwards. Performances will span multiple stages, including Depot, Concourse, Archive, Plant Room, the Star &amp; Garter Pub, and the Loft. The festival continues to raise funds for LGBTQ+ charities while providing a platform for visibility, creativity, and collective joy.</w:t>
      </w:r>
      <w:r/>
    </w:p>
    <w:p>
      <w:pPr>
        <w:pStyle w:val="ListNumber"/>
        <w:spacing w:line="240" w:lineRule="auto"/>
        <w:ind w:left="720"/>
      </w:pPr>
      <w:r/>
      <w:hyperlink r:id="rId15">
        <w:r>
          <w:rPr>
            <w:color w:val="0000EE"/>
            <w:u w:val="single"/>
          </w:rPr>
          <w:t>https://www.jambase.com/festival/homobloc-2025</w:t>
        </w:r>
      </w:hyperlink>
      <w:r>
        <w:t xml:space="preserve"> - Homobloc 2025 is scheduled for December 6, 2025, at Manchester's Depot Mayfield. The festival's lineup includes Sugababes, Honey Dijon, The Blessed Madonna, Beth Ditto, Patrick Mason, Slayyyter, Peaches b2b Erol Alkan, Hercules &amp; Love Affair, and Todd Edwards. The event will take place from 4 pm to 4 am and is open to attendees aged 18 and over. Tickets are available through the official Homobloc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verpoolecho.co.uk/whats-on/music-nightlife-news/winter-festival-announces-first-summer-34259987" TargetMode="External"/><Relationship Id="rId10" Type="http://schemas.openxmlformats.org/officeDocument/2006/relationships/hyperlink" Target="https://www.manchestersfinest.com/events/homobloc-at-depot-mayfield/" TargetMode="External"/><Relationship Id="rId11" Type="http://schemas.openxmlformats.org/officeDocument/2006/relationships/hyperlink" Target="https://www.visitmanchester.com/event/homobloc/91944101/" TargetMode="External"/><Relationship Id="rId12" Type="http://schemas.openxmlformats.org/officeDocument/2006/relationships/hyperlink" Target="https://www.attitude.co.uk/culture/homobloc-2025-lineup-manchester-sugababes-blessed-madonna-494612/" TargetMode="External"/><Relationship Id="rId13" Type="http://schemas.openxmlformats.org/officeDocument/2006/relationships/hyperlink" Target="https://fault-magazine.com/2025/09/homobloc-2025-depot-mayfield-lineup/" TargetMode="External"/><Relationship Id="rId14" Type="http://schemas.openxmlformats.org/officeDocument/2006/relationships/hyperlink" Target="https://www.manchestersfinest.com/music/homobloc-returns-for-2025-with-sugababes-honey-dijon-and-beth-ditto-at-depot-mayfield/" TargetMode="External"/><Relationship Id="rId15" Type="http://schemas.openxmlformats.org/officeDocument/2006/relationships/hyperlink" Target="https://www.jambase.com/festival/homobloc-2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