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FriGays Pride Night: How Toronto’s Rainbow Dance Turned Joy Into Action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clubbers alike flocked to Toronto’s FriGays Pride night, where pop, drag and community energy met real-world impact; BMO’s Rainbow Deposits turned every rainbow photo into a donation, making the night about celebration and safety for 2SLGBTQ+ people worldwide.</w:t>
      </w:r>
      <w:r/>
    </w:p>
    <w:p>
      <w:r/>
      <w:r>
        <w:t>Essential Takeaways</w:t>
      </w:r>
      <w:r/>
      <w:r/>
    </w:p>
    <w:p>
      <w:pPr>
        <w:pStyle w:val="ListBullet"/>
        <w:spacing w:line="240" w:lineRule="auto"/>
        <w:ind w:left="720"/>
      </w:pPr>
      <w:r/>
      <w:r>
        <w:rPr>
          <w:b/>
        </w:rPr>
        <w:t>Monthly mainstay:</w:t>
      </w:r>
      <w:r>
        <w:t xml:space="preserve"> FriGays has run for seven years as a packed monthly dance party at The National at The Well, drawing mostly 20-somethings. </w:t>
      </w:r>
      <w:r/>
    </w:p>
    <w:p>
      <w:pPr>
        <w:pStyle w:val="ListBullet"/>
        <w:spacing w:line="240" w:lineRule="auto"/>
        <w:ind w:left="720"/>
      </w:pPr>
      <w:r/>
      <w:r>
        <w:rPr>
          <w:b/>
        </w:rPr>
        <w:t>Star power:</w:t>
      </w:r>
      <w:r>
        <w:t xml:space="preserve"> Canadian pop star Rêve headlined the Pride night, supported by hosts and performers Star Doll and Kingchella, with DJ Sophie Jones spinning. </w:t>
      </w:r>
      <w:r/>
    </w:p>
    <w:p>
      <w:pPr>
        <w:pStyle w:val="ListBullet"/>
        <w:spacing w:line="240" w:lineRule="auto"/>
        <w:ind w:left="720"/>
      </w:pPr>
      <w:r/>
      <w:r>
        <w:rPr>
          <w:b/>
        </w:rPr>
        <w:t>Charity mechanic:</w:t>
      </w:r>
      <w:r>
        <w:t xml:space="preserve"> BMO’s Rainbow Deposits donates $1 per uploaded rainbow photo, up to $50,000 a year, helping Rainbow Railroad relocate at-risk LGBTQ+ people. </w:t>
      </w:r>
      <w:r/>
    </w:p>
    <w:p>
      <w:pPr>
        <w:pStyle w:val="ListBullet"/>
        <w:spacing w:line="240" w:lineRule="auto"/>
        <w:ind w:left="720"/>
      </w:pPr>
      <w:r/>
      <w:r>
        <w:rPr>
          <w:b/>
        </w:rPr>
        <w:t>Atmosphere:</w:t>
      </w:r>
      <w:r>
        <w:t xml:space="preserve"> The room felt electric and intimate, colourful costumes, a sturdy beat, and a communal glow that made snapping a rainbow photo feel meaningful. </w:t>
      </w:r>
      <w:r/>
    </w:p>
    <w:p>
      <w:pPr>
        <w:pStyle w:val="ListBullet"/>
        <w:spacing w:line="240" w:lineRule="auto"/>
        <w:ind w:left="720"/>
      </w:pPr>
      <w:r/>
      <w:r>
        <w:rPr>
          <w:b/>
        </w:rPr>
        <w:t>Look ahead:</w:t>
      </w:r>
      <w:r>
        <w:t xml:space="preserve"> Rêve teases new music and festival dates all summer; supporters can keep contributing via BMORainbowDeposits.com.</w:t>
      </w:r>
      <w:r/>
      <w:r/>
    </w:p>
    <w:p>
      <w:pPr>
        <w:pStyle w:val="Heading2"/>
      </w:pPr>
      <w:r>
        <w:t>A night that felt like Pride in technicolour</w:t>
      </w:r>
      <w:r/>
    </w:p>
    <w:p>
      <w:r/>
      <w:r>
        <w:t>FriGays at The National is one of those nights where the lighting, music and crowd sync up and something cinematic happens; it looks and sounds like a celebration. The room was thick with energy, sequins, laughter and a bassline that kept people moving, and that closeness made every cheer feel personal. For many it was a chance to be seen, to dance, and to connect with queer community in a safe, joyous space.</w:t>
      </w:r>
      <w:r/>
    </w:p>
    <w:p>
      <w:r/>
      <w:r>
        <w:t>This Pride edition had extra meaning because it wasn’t just partying for its own sake. BMO’s sponsorship meant each rainbow snap could become a donation to Rainbow Railroad, turning the fun into tangible support for people facing persecution. If you were there, your phone felt part of the choreography: a quick snap, an upload, a small but real contribution.</w:t>
      </w:r>
      <w:r/>
    </w:p>
    <w:p>
      <w:pPr>
        <w:pStyle w:val="Heading2"/>
      </w:pPr>
      <w:r>
        <w:t>Big names, intimate vibes , why the lineup mattered</w:t>
      </w:r>
      <w:r/>
    </w:p>
    <w:p>
      <w:r/>
      <w:r>
        <w:t>Rêve’s set proved why headline DJs and pop acts still matter in club rooms; she brought a festival-sized presence into an intimate setting and it landed. Her rainbow dress and a 20-minute backing-track set with two dancers gave fans an up-close moment that’s rarer at arena shows. Star Doll hosted with playful flair while Kingchella delivered a theatrically dark performance that had people talking.</w:t>
      </w:r>
      <w:r/>
    </w:p>
    <w:p>
      <w:r/>
      <w:r>
        <w:t>DJ Sophie Jones kept the tempo consistent, bridging pop and club cuts so the crowd rarely slowed. The mix of performers showcased how drag, pop and DJ culture overlap in queer nightlife, and why that overlap is such fertile ground for both celebration and advocacy.</w:t>
      </w:r>
      <w:r/>
    </w:p>
    <w:p>
      <w:pPr>
        <w:pStyle w:val="Heading2"/>
      </w:pPr>
      <w:r>
        <w:t>How BMO’s Rainbow Deposits turns selfies into support</w:t>
      </w:r>
      <w:r/>
    </w:p>
    <w:p>
      <w:r/>
      <w:r>
        <w:t>The campaign is beautifully simple: snap a rainbow shot, upload it, and BMO donates $1 per submission, up to $50,000 each year. Since 2022 the initiative has raised hundreds of thousands of dollars for Rainbow Railroad, which helps at-risk LGBTQ+ people reach safety. It’s a clever use of sponsorship, making corporate backing visible and directly tied to community benefit.</w:t>
      </w:r>
      <w:r/>
    </w:p>
    <w:p>
      <w:r/>
      <w:r>
        <w:t>If you missed the FriGays night, you can still contribute. The BMORainbowDeposits.com portal stays open through the summer, so every colourful photo shared from parades, parties or everyday pride can add up to meaningful help for people in danger.</w:t>
      </w:r>
      <w:r/>
    </w:p>
    <w:p>
      <w:pPr>
        <w:pStyle w:val="Heading2"/>
      </w:pPr>
      <w:r>
        <w:t>Why artists like Rêve amplify this work</w:t>
      </w:r>
      <w:r/>
    </w:p>
    <w:p>
      <w:r/>
      <w:r>
        <w:t>Rêve described the work of Rainbow Railroad as “life-changing” and made clear she leans into queer solidarity whenever she can. Artists performing at nights like FriGays do more than entertain; they give visibility to causes and funnel attention toward support mechanisms. When a crowd snaps a photo of a performer in a rainbow dress, it becomes an act of advocacy as well as fandom.</w:t>
      </w:r>
      <w:r/>
    </w:p>
    <w:p>
      <w:r/>
      <w:r>
        <w:t>Her forthcoming album and festival dates mean she’ll be on stages across Canada this summer, bringing that message to new crowds. For fans and allies, following her socials and attending shows is one way to keep the momentum going, and to keep donating through snapshots and social sharing.</w:t>
      </w:r>
      <w:r/>
    </w:p>
    <w:p>
      <w:pPr>
        <w:pStyle w:val="Heading2"/>
      </w:pPr>
      <w:r>
        <w:t>Planning to go next time? Here’s what to know</w:t>
      </w:r>
      <w:r/>
    </w:p>
    <w:p>
      <w:r/>
      <w:r>
        <w:t>If you want the FriGays experience, expect a packed, late-night dance floor and an audience that’s there to perform as much as to watch. Dress loud if you like; the house lighting and photographer will reward it. Bring a charged phone for photo uploads so your rainbow can count toward donation goals. And if a close, sweaty crowd isn’t your vibe, look for earlier arrival times when things are still building.</w:t>
      </w:r>
      <w:r/>
    </w:p>
    <w:p>
      <w:r/>
      <w:r>
        <w:t>For those wanting to do more beyond photos, check Rainbow Railroad’s site for volunteer and donation options. It’s the kind of hybrid night where dancing feeds the spirit and the campaign makes the movement practical.</w:t>
      </w:r>
      <w:r/>
    </w:p>
    <w:p>
      <w:r/>
      <w:r>
        <w:t>It's a small change that can make every dance matter.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[6]</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9">
        <w:r>
          <w:rPr>
            <w:color w:val="0000EE"/>
            <w:u w:val="single"/>
          </w:rPr>
          <w:t>[1]</w:t>
        </w:r>
      </w:hyperlink>
      <w:r>
        <w:t xml:space="preserve">, </w:t>
      </w:r>
      <w:hyperlink r:id="rId13">
        <w:r>
          <w:rPr>
            <w:color w:val="0000EE"/>
            <w:u w:val="single"/>
          </w:rPr>
          <w:t>[4]</w:t>
        </w:r>
      </w:hyperlink>
      <w:r>
        <w:t xml:space="preserve">- Paragraph 6: </w:t>
      </w:r>
      <w:hyperlink r:id="rId9">
        <w:r>
          <w:rPr>
            <w:color w:val="0000EE"/>
            <w:u w:val="single"/>
          </w:rPr>
          <w:t>[1]</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https://xtramagazine.com/culture/frigays-pride-dance-party-in-toronto-was-a-rainbow-of-reve-283218</w:t>
        </w:r>
      </w:hyperlink>
      <w:r>
        <w:t xml:space="preserve"> - Please view link - unable to able to access data</w:t>
      </w:r>
      <w:r/>
    </w:p>
    <w:p>
      <w:pPr>
        <w:pStyle w:val="ListNumber"/>
        <w:spacing w:line="240" w:lineRule="auto"/>
        <w:ind w:left="720"/>
      </w:pPr>
      <w:r/>
      <w:hyperlink r:id="rId10">
        <w:r>
          <w:rPr>
            <w:color w:val="0000EE"/>
            <w:u w:val="single"/>
          </w:rPr>
          <w:t>https://www.bmorainbowdeposits.com/</w:t>
        </w:r>
      </w:hyperlink>
      <w:r>
        <w:t xml:space="preserve"> - BMO's Rainbow Deposits campaign invites individuals to upload photos of rainbows, with BMO donating $1 for each submission to Rainbow Railroad, up to $50,000 CAD annually. Since 2022, the initiative has raised over $200,000, supporting at-risk 2SLGBTQ+ individuals globally. The campaign aims to turn moments of joy into meaningful support for the community.</w:t>
      </w:r>
      <w:r/>
    </w:p>
    <w:p>
      <w:pPr>
        <w:pStyle w:val="ListNumber"/>
        <w:spacing w:line="240" w:lineRule="auto"/>
        <w:ind w:left="720"/>
      </w:pPr>
      <w:r/>
      <w:hyperlink r:id="rId11">
        <w:r>
          <w:rPr>
            <w:color w:val="0000EE"/>
            <w:u w:val="single"/>
          </w:rPr>
          <w:t>https://www.rainbowrailroad.org/</w:t>
        </w:r>
      </w:hyperlink>
      <w:r>
        <w:t xml:space="preserve"> - Rainbow Railroad is a global non-profit organisation dedicated to helping at-risk 2SLGBTQ+ individuals escape persecution and violence. Since its inception, it has assisted thousands in finding safety through emergency relocation and other forms of support, ensuring that no one has to face discrimination or violence for being who they are.</w:t>
      </w:r>
      <w:r/>
    </w:p>
    <w:p>
      <w:pPr>
        <w:pStyle w:val="ListNumber"/>
        <w:spacing w:line="240" w:lineRule="auto"/>
        <w:ind w:left="720"/>
      </w:pPr>
      <w:r/>
      <w:hyperlink r:id="rId13">
        <w:r>
          <w:rPr>
            <w:color w:val="0000EE"/>
            <w:u w:val="single"/>
          </w:rPr>
          <w:t>https://www.instagram.com/revemtl/</w:t>
        </w:r>
      </w:hyperlink>
      <w:r>
        <w:t xml:space="preserve"> - Rêve is a Juno award-winning Montreal-based pop singer known for her vibrant performances and support of the 2SLGBTQ+ community. She actively participates in initiatives like BMO's Rainbow Deposits campaign, using her platform to raise awareness and funds for organisations such as Rainbow Railroad.</w:t>
      </w:r>
      <w:r/>
    </w:p>
    <w:p>
      <w:pPr>
        <w:pStyle w:val="ListNumber"/>
        <w:spacing w:line="240" w:lineRule="auto"/>
        <w:ind w:left="720"/>
      </w:pPr>
      <w:r/>
      <w:hyperlink r:id="rId14">
        <w:r>
          <w:rPr>
            <w:color w:val="0000EE"/>
            <w:u w:val="single"/>
          </w:rPr>
          <w:t>https://www.instagram.com/star_doll/</w:t>
        </w:r>
      </w:hyperlink>
      <w:r>
        <w:t xml:space="preserve"> - Star Doll is a prominent entertainer and host at Toronto's FriGays events. She plays a dual role as both host and performer, contributing to the vibrant atmosphere of the Pride-themed nights and supporting initiatives that advocate for equality, love, and safety within the 2SLGBTQ+ community.</w:t>
      </w:r>
      <w:r/>
    </w:p>
    <w:p>
      <w:pPr>
        <w:pStyle w:val="ListNumber"/>
        <w:spacing w:line="240" w:lineRule="auto"/>
        <w:ind w:left="720"/>
      </w:pPr>
      <w:r/>
      <w:hyperlink r:id="rId12">
        <w:r>
          <w:rPr>
            <w:color w:val="0000EE"/>
            <w:u w:val="single"/>
          </w:rPr>
          <w:t>https://www.instagram.com/kingchella/</w:t>
        </w:r>
      </w:hyperlink>
      <w:r>
        <w:t xml:space="preserve"> - Kingchella is a dynamic performer known for her captivating and macabre performances at Toronto's FriGays events. Her unique style adds to the diverse entertainment offerings, engaging the audience and enhancing the celebratory atmosphere of the Pride-themed nights.</w:t>
      </w:r>
      <w:r/>
    </w:p>
    <w:p>
      <w:pPr>
        <w:pStyle w:val="ListNumber"/>
        <w:spacing w:line="240" w:lineRule="auto"/>
        <w:ind w:left="720"/>
      </w:pPr>
      <w:r/>
      <w:hyperlink r:id="rId15">
        <w:r>
          <w:rPr>
            <w:color w:val="0000EE"/>
            <w:u w:val="single"/>
          </w:rPr>
          <w:t>https://www.djsophiejones.com/</w:t>
        </w:r>
      </w:hyperlink>
      <w:r>
        <w:t xml:space="preserve"> - DJ Sophie Jones is a renowned DJ who has been a key figure in Toronto's nightlife scene, particularly at events like FriGays. Her energetic sets and deep connection with the crowd have made her a staple in the city's music and dance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xtramagazine.com/culture/frigays-pride-dance-party-in-toronto-was-a-rainbow-of-reve-283218" TargetMode="External"/><Relationship Id="rId10" Type="http://schemas.openxmlformats.org/officeDocument/2006/relationships/hyperlink" Target="https://www.bmorainbowdeposits.com/" TargetMode="External"/><Relationship Id="rId11" Type="http://schemas.openxmlformats.org/officeDocument/2006/relationships/hyperlink" Target="https://www.rainbowrailroad.org/" TargetMode="External"/><Relationship Id="rId12" Type="http://schemas.openxmlformats.org/officeDocument/2006/relationships/hyperlink" Target="https://www.instagram.com/kingchella/" TargetMode="External"/><Relationship Id="rId13" Type="http://schemas.openxmlformats.org/officeDocument/2006/relationships/hyperlink" Target="https://www.instagram.com/revemtl/" TargetMode="External"/><Relationship Id="rId14" Type="http://schemas.openxmlformats.org/officeDocument/2006/relationships/hyperlink" Target="https://www.instagram.com/star_doll/" TargetMode="External"/><Relationship Id="rId15" Type="http://schemas.openxmlformats.org/officeDocument/2006/relationships/hyperlink" Target="https://www.djsophiejones.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