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on G Flip and Chrishell Stause: What Their Wedding Means for Queer Celebrity Culture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buzzing over the wedding everyone’s talking about, G Flip and Chrishell Stause tied the knot in a moment that’s part pop spectacle, part sweet authenticity, and very much trending for queer fans who want representation that feels joyful and real. Here’s what happened, why it matters, and what to notice next.</w:t>
      </w:r>
      <w:r/>
    </w:p>
    <w:p>
      <w:r/>
      <w:r>
        <w:t>Essential Takeaways</w:t>
      </w:r>
      <w:r/>
      <w:r/>
    </w:p>
    <w:p>
      <w:pPr>
        <w:pStyle w:val="ListBullet"/>
        <w:spacing w:line="240" w:lineRule="auto"/>
        <w:ind w:left="720"/>
      </w:pPr>
      <w:r/>
      <w:r>
        <w:rPr>
          <w:b/>
        </w:rPr>
        <w:t>Big moment:</w:t>
      </w:r>
      <w:r>
        <w:t xml:space="preserve"> G Flip and Chrishell Stause got married in a widely shared ceremony that sparked celebrity headlines and fan celebration.</w:t>
      </w:r>
      <w:r/>
    </w:p>
    <w:p>
      <w:pPr>
        <w:pStyle w:val="ListBullet"/>
        <w:spacing w:line="240" w:lineRule="auto"/>
        <w:ind w:left="720"/>
      </w:pPr>
      <w:r/>
      <w:r>
        <w:rPr>
          <w:b/>
        </w:rPr>
        <w:t>Simple style, loud feeling:</w:t>
      </w:r>
      <w:r>
        <w:t xml:space="preserve"> The couple kept elements personal, hair, music choices, and emotional moments, overched for flash.</w:t>
      </w:r>
      <w:r/>
    </w:p>
    <w:p>
      <w:pPr>
        <w:pStyle w:val="ListBullet"/>
        <w:spacing w:line="240" w:lineRule="auto"/>
        <w:ind w:left="720"/>
      </w:pPr>
      <w:r/>
      <w:r>
        <w:rPr>
          <w:b/>
        </w:rPr>
        <w:t>Cultural ripple:</w:t>
      </w:r>
      <w:r>
        <w:t xml:space="preserve"> The wedding’s visibility highlights mainstream acceptance of queer partnerships in entertainment and reality TV circles.</w:t>
      </w:r>
      <w:r/>
    </w:p>
    <w:p>
      <w:pPr>
        <w:pStyle w:val="ListBullet"/>
        <w:spacing w:line="240" w:lineRule="auto"/>
        <w:ind w:left="720"/>
      </w:pPr>
      <w:r/>
      <w:r>
        <w:rPr>
          <w:b/>
        </w:rPr>
        <w:t>Next steps:</w:t>
      </w:r>
      <w:r>
        <w:t xml:space="preserve"> Media reports say the pair are already planning another celebration, showing how couples blend intimate vows with public festivities.</w:t>
      </w:r>
      <w:r/>
    </w:p>
    <w:p>
      <w:pPr>
        <w:pStyle w:val="ListBullet"/>
        <w:spacing w:line="240" w:lineRule="auto"/>
        <w:ind w:left="720"/>
      </w:pPr>
      <w:r/>
      <w:r>
        <w:rPr>
          <w:b/>
        </w:rPr>
        <w:t>Accessory envy:</w:t>
      </w:r>
      <w:r>
        <w:t xml:space="preserve"> Fans noticed details, bags, outfits, rings, and the conversation around what to wear or gift is heating up.</w:t>
      </w:r>
      <w:r/>
      <w:r/>
    </w:p>
    <w:p>
      <w:pPr>
        <w:pStyle w:val="Heading2"/>
      </w:pPr>
      <w:r>
        <w:t>A wedding that felt both intimate and headline-ready</w:t>
      </w:r>
      <w:r/>
    </w:p>
    <w:p>
      <w:r/>
      <w:r>
        <w:t>The nuptials were photographed and recapped across entertainment outlets, and you could feel the mix of warmth and showbiz. According to coverage in entertainment media, the couple exchanged vows in a ceremony that leaned into personal touches rather than a formal, traditional spectacle. That low-key-but-momentous energy makes it easy to cheer them on as both a real couple and public figures.</w:t>
      </w:r>
      <w:r/>
    </w:p>
    <w:p>
      <w:r/>
      <w:r>
        <w:t>Backstory: these two rose to attention in different corners of fame, G Flip as a musician and Chrishell from reality TV, so their union reads like a collision of fanbases. Expect more features, lifestyle profiles, and outfit round-ups as publications mine the details fans want.</w:t>
      </w:r>
      <w:r/>
    </w:p>
    <w:p>
      <w:pPr>
        <w:pStyle w:val="Heading2"/>
      </w:pPr>
      <w:r>
        <w:t>Why this wedding counts beyond the photos</w:t>
      </w:r>
      <w:r/>
    </w:p>
    <w:p>
      <w:r/>
      <w:r>
        <w:t>When celebrities in queer relationships marry publicly, it changes the cultural script just a little. Coverage in outlets that follow celebrity culture suggests this ceremony signals ongoing mainstreaming of queer love stories in pop culture. It’s not just about a headline; it’s about representation that feels normalised, celebratory, and visible.</w:t>
      </w:r>
      <w:r/>
    </w:p>
    <w:p>
      <w:r/>
      <w:r>
        <w:t>Practical take: if you’re scanning social feeds for inclusive inspiration, whether you’re planning a wedding or just love style cues, this couple’s choices are worth bookmarking for how they balance personal taste with press-ready visuals.</w:t>
      </w:r>
      <w:r/>
    </w:p>
    <w:p>
      <w:pPr>
        <w:pStyle w:val="Heading2"/>
      </w:pPr>
      <w:r>
        <w:t>Rings, hair, bags and the small things fans loved</w:t>
      </w:r>
      <w:r/>
    </w:p>
    <w:p>
      <w:r/>
      <w:r>
        <w:t>Fans and press zeroed in on accessories and styling moments, from hair choices to handbags and jewellery, or, notably, the decision to sometimes skip a visible wedding ring. Those details make for great lifestyle copy and give people actionable ideas: want a low-key wedding look? Take cues from a pared-back aesthetic and let one statement piece do the talking.</w:t>
      </w:r>
      <w:r/>
    </w:p>
    <w:p>
      <w:r/>
      <w:r>
        <w:t>A heads-up for shoppers: celebrity weddings often set mini trends, expect edits on perfume, minimalist jewellery, and hair looks to pop up in stores and influencer feeds.</w:t>
      </w:r>
      <w:r/>
    </w:p>
    <w:p>
      <w:pPr>
        <w:pStyle w:val="Heading2"/>
      </w:pPr>
      <w:r>
        <w:t>The media machine: how outlets covered the day</w:t>
      </w:r>
      <w:r/>
    </w:p>
    <w:p>
      <w:r/>
      <w:r>
        <w:t>The story rolled out through entertainment news sites and celebrity pages, which combined reporting with reaction pieces. Some stories focused on the personal, emotional speeches, surprise guests, while others mapped the logistics, noting that reports say the couple may hold additional celebrations later. That dual coverage, intimate human detail plus event planning, keeps the story alive for weeks.</w:t>
      </w:r>
      <w:r/>
    </w:p>
    <w:p>
      <w:r/>
      <w:r>
        <w:t>If you follow celebrity weddings for inspiration, look at a mix of hard reporting and human-interest pieces to get both the facts and the feeling.</w:t>
      </w:r>
      <w:r/>
    </w:p>
    <w:p>
      <w:pPr>
        <w:pStyle w:val="Heading2"/>
      </w:pPr>
      <w:r>
        <w:t>What fans are likely to remember</w:t>
      </w:r>
      <w:r/>
    </w:p>
    <w:p>
      <w:r/>
      <w:r>
        <w:t>People don’t just recall who was there; they remember how the wedding felt, joyful, proud, and very much of the moment. For queer fans, moments like this carry extra weight: they’re celebrations of love and public acceptance. Expect continued chatter, merch knock-offs, and plenty of social-media nostalgia as clips and photos get reshared.</w:t>
      </w:r>
      <w:r/>
    </w:p>
    <w:p>
      <w:r/>
      <w:r>
        <w:t>If you’re inspired, take the emotional cue: small ceremonies with personal touches can feel just as grand as a big production.</w:t>
      </w:r>
      <w:r/>
    </w:p>
    <w:p>
      <w:r/>
      <w:r>
        <w:t>It's a small, joyful moment that changes the soundtrack for fans and makes public queer love feel familiar, and happily headline-ready.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3">
        <w:r>
          <w:rPr>
            <w:color w:val="0000EE"/>
            <w:u w:val="single"/>
          </w:rPr>
          <w:t>[5]</w:t>
        </w:r>
      </w:hyperlink>
      <w:r>
        <w:t xml:space="preserve">- Paragraph 3: </w:t>
      </w:r>
      <w:hyperlink r:id="rId11">
        <w:r>
          <w:rPr>
            <w:color w:val="0000EE"/>
            <w:u w:val="single"/>
          </w:rPr>
          <w:t>[3]</w:t>
        </w:r>
      </w:hyperlink>
      <w:r>
        <w:t xml:space="preserve">, </w:t>
      </w:r>
      <w:hyperlink r:id="rId14">
        <w:r>
          <w:rPr>
            <w:color w:val="0000EE"/>
            <w:u w:val="single"/>
          </w:rPr>
          <w:t>[6]</w:t>
        </w:r>
      </w:hyperlink>
      <w:r>
        <w:t xml:space="preserve">- Paragraph 4: </w:t>
      </w:r>
      <w:hyperlink r:id="rId15">
        <w:r>
          <w:rPr>
            <w:color w:val="0000EE"/>
            <w:u w:val="single"/>
          </w:rPr>
          <w:t>[4]</w:t>
        </w:r>
      </w:hyperlink>
      <w:r>
        <w:t xml:space="preserve">, </w:t>
      </w:r>
      <w:hyperlink r:id="rId13">
        <w:r>
          <w:rPr>
            <w:color w:val="0000EE"/>
            <w:u w:val="single"/>
          </w:rPr>
          <w:t>[5]</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https://www.autostraddle.com/no-filter-its-meg-stalters-summer/?utm_source=rss&amp;utm_medium=rss&amp;utm_campaign=no-filter-its-meg-stalters-summer</w:t>
        </w:r>
      </w:hyperlink>
      <w:r>
        <w:t xml:space="preserve"> - Please view link - unable to able to access data</w:t>
      </w:r>
      <w:r/>
    </w:p>
    <w:p>
      <w:pPr>
        <w:pStyle w:val="ListNumber"/>
        <w:spacing w:line="240" w:lineRule="auto"/>
        <w:ind w:left="720"/>
      </w:pPr>
      <w:r/>
      <w:hyperlink r:id="rId10">
        <w:r>
          <w:rPr>
            <w:color w:val="0000EE"/>
            <w:u w:val="single"/>
          </w:rPr>
          <w:t>https://www.tmz.com/2025/07/27/chrishell-stause-marries-g-flip/</w:t>
        </w:r>
      </w:hyperlink>
      <w:r>
        <w:t xml:space="preserve"> - Chrishell Stause and G Flip celebrated their fairytale wedding in a Los Angeles castle, marking their second ceremony after a Las Vegas wedding in 2023. The event featured a medieval theme, with Chrishell in a flowing white gown and G Flip in a regal red ensemble. The couple exchanged vows surrounded by family and friends, creating a magical atmosphere in the Hollywood Hills. (</w:t>
      </w:r>
      <w:hyperlink r:id="rId16">
        <w:r>
          <w:rPr>
            <w:color w:val="0000EE"/>
            <w:u w:val="single"/>
          </w:rPr>
          <w:t>tmz.com</w:t>
        </w:r>
      </w:hyperlink>
      <w:r>
        <w:t>)</w:t>
      </w:r>
      <w:r/>
    </w:p>
    <w:p>
      <w:pPr>
        <w:pStyle w:val="ListNumber"/>
        <w:spacing w:line="240" w:lineRule="auto"/>
        <w:ind w:left="720"/>
      </w:pPr>
      <w:r/>
      <w:hyperlink r:id="rId11">
        <w:r>
          <w:rPr>
            <w:color w:val="0000EE"/>
            <w:u w:val="single"/>
          </w:rPr>
          <w:t>https://www.eonline.com/news/1420385/chrishell-stause-marries-g-flip</w:t>
        </w:r>
      </w:hyperlink>
      <w:r>
        <w:t xml:space="preserve"> - Chrishell Stause and G Flip tied the knot in a medieval-themed wedding in Los Angeles, two years after their initial Las Vegas ceremony. Chrishell wore an off-the-shoulder white gown with a lace-up corset, complemented by a black necklace and long, loose waves styled with a braided crown. (</w:t>
      </w:r>
      <w:hyperlink r:id="rId17">
        <w:r>
          <w:rPr>
            <w:color w:val="0000EE"/>
            <w:u w:val="single"/>
          </w:rPr>
          <w:t>eonline.com</w:t>
        </w:r>
      </w:hyperlink>
      <w:r>
        <w:t>)</w:t>
      </w:r>
      <w:r/>
    </w:p>
    <w:p>
      <w:pPr>
        <w:pStyle w:val="ListNumber"/>
        <w:spacing w:line="240" w:lineRule="auto"/>
        <w:ind w:left="720"/>
      </w:pPr>
      <w:r/>
      <w:hyperlink r:id="rId15">
        <w:r>
          <w:rPr>
            <w:color w:val="0000EE"/>
            <w:u w:val="single"/>
          </w:rPr>
          <w:t>https://www.eonline.com/news/1375956/why-chrishell-stause-isnt-wearing-wedding-ring-after-marrying-g-flip</w:t>
        </w:r>
      </w:hyperlink>
      <w:r>
        <w:t xml:space="preserve"> - After marrying G Flip, Chrishell Stause explained her decision not to wear her wedding ring, citing weight gain and plans to resize it. She expressed happiness in her marriage and comfort with her body, indicating intentions to get a new ring without giving anything away. (</w:t>
      </w:r>
      <w:hyperlink r:id="rId18">
        <w:r>
          <w:rPr>
            <w:color w:val="0000EE"/>
            <w:u w:val="single"/>
          </w:rPr>
          <w:t>eonline.com</w:t>
        </w:r>
      </w:hyperlink>
      <w:r>
        <w:t>)</w:t>
      </w:r>
      <w:r/>
    </w:p>
    <w:p>
      <w:pPr>
        <w:pStyle w:val="ListNumber"/>
        <w:spacing w:line="240" w:lineRule="auto"/>
        <w:ind w:left="720"/>
      </w:pPr>
      <w:r/>
      <w:hyperlink r:id="rId13">
        <w:r>
          <w:rPr>
            <w:color w:val="0000EE"/>
            <w:u w:val="single"/>
          </w:rPr>
          <w:t>https://hollywoodlife.com/2023/05/18/chrishell-stause-g-flip-wedding-vegas-interview/</w:t>
        </w:r>
      </w:hyperlink>
      <w:r>
        <w:t xml:space="preserve"> - Chrishell Stause discussed her 'amazing' and 'untraditional' wedding to G Flip in Las Vegas, revealing that they initially kept it private to enjoy the moment. Once ready, they shared the news, expressing excitement to relive the experience. (</w:t>
      </w:r>
      <w:hyperlink r:id="rId19">
        <w:r>
          <w:rPr>
            <w:color w:val="0000EE"/>
            <w:u w:val="single"/>
          </w:rPr>
          <w:t>hollywoodlife.com</w:t>
        </w:r>
      </w:hyperlink>
      <w:r>
        <w:t>)</w:t>
      </w:r>
      <w:r/>
    </w:p>
    <w:p>
      <w:pPr>
        <w:pStyle w:val="ListNumber"/>
        <w:spacing w:line="240" w:lineRule="auto"/>
        <w:ind w:left="720"/>
      </w:pPr>
      <w:r/>
      <w:hyperlink r:id="rId14">
        <w:r>
          <w:rPr>
            <w:color w:val="0000EE"/>
            <w:u w:val="single"/>
          </w:rPr>
          <w:t>https://www.eonline.com/news/1377154/why-g-flip-and-chrishell-stause-are-already-planning-their-next-wedding</w:t>
        </w:r>
      </w:hyperlink>
      <w:r>
        <w:t xml:space="preserve"> - G Flip and Chrishell Stause are planning to marry every year, with G Flip detailing their plan to have annual weddings and discussing the release of a breakup song. They view their relationship as a romantic love story, with G Flip expressing a desire to be everything Chrishell wants. (</w:t>
      </w:r>
      <w:hyperlink r:id="rId20">
        <w:r>
          <w:rPr>
            <w:color w:val="0000EE"/>
            <w:u w:val="single"/>
          </w:rPr>
          <w:t>eonline.com</w:t>
        </w:r>
      </w:hyperlink>
      <w:r>
        <w:t>)</w:t>
      </w:r>
      <w:r/>
    </w:p>
    <w:p>
      <w:pPr>
        <w:pStyle w:val="ListNumber"/>
        <w:spacing w:line="240" w:lineRule="auto"/>
        <w:ind w:left="720"/>
      </w:pPr>
      <w:r/>
      <w:hyperlink r:id="rId12">
        <w:r>
          <w:rPr>
            <w:color w:val="0000EE"/>
            <w:u w:val="single"/>
          </w:rPr>
          <w:t>https://www.latimes.com/entertainment-arts/tv/story/2023-05-11/selling-sunsets-chrishell-stause-marries-g-flip-after-a-year-of-dating</w:t>
        </w:r>
      </w:hyperlink>
      <w:r>
        <w:t xml:space="preserve"> - 'Selling Sunset' star Chrishell Stause and musician G Flip married after a year together. Stause announced the news on Instagram, sharing a reel set to G Flip's new single 'Be Your Man,' with a photo from their wedding. (</w:t>
      </w:r>
      <w:hyperlink r:id="rId21">
        <w:r>
          <w:rPr>
            <w:color w:val="0000EE"/>
            <w:u w:val="single"/>
          </w:rPr>
          <w:t>latimes.com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no-filter-its-meg-stalters-summer/?utm_source=rss&amp;utm_medium=rss&amp;utm_campaign=no-filter-its-meg-stalters-summer" TargetMode="External"/><Relationship Id="rId10" Type="http://schemas.openxmlformats.org/officeDocument/2006/relationships/hyperlink" Target="https://www.tmz.com/2025/07/27/chrishell-stause-marries-g-flip/" TargetMode="External"/><Relationship Id="rId11" Type="http://schemas.openxmlformats.org/officeDocument/2006/relationships/hyperlink" Target="https://www.eonline.com/news/1420385/chrishell-stause-marries-g-flip" TargetMode="External"/><Relationship Id="rId12" Type="http://schemas.openxmlformats.org/officeDocument/2006/relationships/hyperlink" Target="https://www.latimes.com/entertainment-arts/tv/story/2023-05-11/selling-sunsets-chrishell-stause-marries-g-flip-after-a-year-of-dating" TargetMode="External"/><Relationship Id="rId13" Type="http://schemas.openxmlformats.org/officeDocument/2006/relationships/hyperlink" Target="https://hollywoodlife.com/2023/05/18/chrishell-stause-g-flip-wedding-vegas-interview/" TargetMode="External"/><Relationship Id="rId14" Type="http://schemas.openxmlformats.org/officeDocument/2006/relationships/hyperlink" Target="https://www.eonline.com/news/1377154/why-g-flip-and-chrishell-stause-are-already-planning-their-next-wedding" TargetMode="External"/><Relationship Id="rId15" Type="http://schemas.openxmlformats.org/officeDocument/2006/relationships/hyperlink" Target="https://www.eonline.com/news/1375956/why-chrishell-stause-isnt-wearing-wedding-ring-after-marrying-g-flip" TargetMode="External"/><Relationship Id="rId16" Type="http://schemas.openxmlformats.org/officeDocument/2006/relationships/hyperlink" Target="https://www.tmz.com/2025/07/27/chrishell-stause-marries-g-flip/?utm_source=openai" TargetMode="External"/><Relationship Id="rId17" Type="http://schemas.openxmlformats.org/officeDocument/2006/relationships/hyperlink" Target="https://www.eonline.com/news/1420385/chrishell-stause-marries-g-flip?utm_source=openai" TargetMode="External"/><Relationship Id="rId18" Type="http://schemas.openxmlformats.org/officeDocument/2006/relationships/hyperlink" Target="https://www.eonline.com/news/1375956/why-chrishell-stause-isnt-wearing-wedding-ring-after-marrying-g-flip?utm_source=openai" TargetMode="External"/><Relationship Id="rId19" Type="http://schemas.openxmlformats.org/officeDocument/2006/relationships/hyperlink" Target="https://hollywoodlife.com/2023/05/18/chrishell-stause-g-flip-wedding-vegas-interview/?utm_source=openai" TargetMode="External"/><Relationship Id="rId20" Type="http://schemas.openxmlformats.org/officeDocument/2006/relationships/hyperlink" Target="https://www.eonline.com/news/1377154/why-g-flip-and-chrishell-stause-are-already-planning-their-next-wedding?utm_source=openai" TargetMode="External"/><Relationship Id="rId21" Type="http://schemas.openxmlformats.org/officeDocument/2006/relationships/hyperlink" Target="https://www.latimes.com/entertainment-arts/tv/story/2023-05-11/selling-sunsets-chrishell-stause-marries-g-flip-after-a-year-of-datin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