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WorldPride Amsterdam Concerts to Catch at Museumplein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Crowds are flocking to Amsterdam this summer as WorldPride runs from 25 July to 8 August; three headline nights at Museumplein promise big-name acts, clubby energy and theatrical moments, here’s what to expect, who’s playing, and simple tips to make the most of the festival’s biggest open-air concerts.</w:t>
      </w:r>
      <w:r/>
      <w:r/>
    </w:p>
    <w:p>
      <w:pPr>
        <w:pStyle w:val="ListBullet"/>
        <w:spacing w:line="240" w:lineRule="auto"/>
        <w:ind w:left="720"/>
      </w:pPr>
      <w:r/>
      <w:r>
        <w:rPr>
          <w:b/>
        </w:rPr>
        <w:t>When and where:</w:t>
      </w:r>
      <w:r>
        <w:t xml:space="preserve"> Museumplein stages three major concert nights during WorldPride Amsterdam, on 4, 6 and 8 August, in the heart of the city.</w:t>
      </w:r>
      <w:r/>
    </w:p>
    <w:p>
      <w:pPr>
        <w:pStyle w:val="ListBullet"/>
        <w:spacing w:line="240" w:lineRule="auto"/>
        <w:ind w:left="720"/>
      </w:pPr>
      <w:r/>
      <w:r>
        <w:rPr>
          <w:b/>
        </w:rPr>
        <w:t>Big names:</w:t>
      </w:r>
      <w:r>
        <w:t xml:space="preserve"> Expect Beth Ditto, Billy Porter, Olly Alexander, The Blessed Madonna and more, with a mix of pop, disco, techno and queer performance.</w:t>
      </w:r>
      <w:r/>
    </w:p>
    <w:p>
      <w:pPr>
        <w:pStyle w:val="ListBullet"/>
        <w:spacing w:line="240" w:lineRule="auto"/>
        <w:ind w:left="720"/>
      </w:pPr>
      <w:r/>
      <w:r>
        <w:rPr>
          <w:b/>
        </w:rPr>
        <w:t>Vibe and variety:</w:t>
      </w:r>
      <w:r>
        <w:t xml:space="preserve"> Nights range from an orchestral Unity Concert to the dancefloor-fuelled Wedding Party XXL and a high-energy Closing Concert, each has a distinct feel.</w:t>
      </w:r>
      <w:r/>
    </w:p>
    <w:p>
      <w:pPr>
        <w:pStyle w:val="ListBullet"/>
        <w:spacing w:line="240" w:lineRule="auto"/>
        <w:ind w:left="720"/>
      </w:pPr>
      <w:r/>
      <w:r>
        <w:rPr>
          <w:b/>
        </w:rPr>
        <w:t>Practical notes:</w:t>
      </w:r>
      <w:r>
        <w:t xml:space="preserve"> Tickets, daily line-ups and accessibility details are listed at pride.amsterdam; plan transport and arrive early for the best spot.</w:t>
      </w:r>
      <w:r/>
    </w:p>
    <w:p>
      <w:pPr>
        <w:pStyle w:val="ListBullet"/>
        <w:spacing w:line="240" w:lineRule="auto"/>
        <w:ind w:left="720"/>
      </w:pPr>
      <w:r/>
      <w:r>
        <w:rPr>
          <w:b/>
        </w:rPr>
        <w:t>Sensory tip:</w:t>
      </w:r>
      <w:r>
        <w:t xml:space="preserve"> Bring layers for breezy evenings, a small bottle of water and comfy shoes, you’ll want to dance but also wander the WorldPride Village.</w:t>
      </w:r>
      <w:r/>
      <w:r/>
    </w:p>
    <w:p>
      <w:pPr>
        <w:pStyle w:val="Heading2"/>
      </w:pPr>
      <w:r>
        <w:t>What makes the Museumplein concerts the can’t-miss part of WorldPride</w:t>
      </w:r>
      <w:r/>
    </w:p>
    <w:p>
      <w:r/>
      <w:r>
        <w:t>If you love big outdoor shows with theatrical flair, Museumplein is where the festival’s most cinematic moments happen. The Unity Concert opens the trio of nights with an emphasis on storytelling and powerful vocals, often framed by orchestral arrangements that feel both intimate and grand. Organisers have leaned into a programme that mixes established international stars with Dutch talent, making each evening feel global yet warmly local.</w:t>
      </w:r>
      <w:r/>
    </w:p>
    <w:p>
      <w:r/>
      <w:r>
        <w:t>According to pride.amsterdam, the Unity Concert brings together acts across genres to reflect WorldPride’s message of freedom and visibility. It’s one of those events where the crowd’s energy becomes part of the performance, expect confetti, costume moments and plenty of singalongs.</w:t>
      </w:r>
      <w:r/>
    </w:p>
    <w:p>
      <w:pPr>
        <w:pStyle w:val="Heading2"/>
      </w:pPr>
      <w:r>
        <w:t>Unity Concert (4 August): voice, drama and an orchestra</w:t>
      </w:r>
      <w:r/>
    </w:p>
    <w:p>
      <w:r/>
      <w:r>
        <w:t>The Unity Concert is billed as a showcase of range and resilience, pairing artists like Beth Ditto and Billy Porter with the New Amsterdam Orchestra for lush, cinematic moments. That orchestral backing gives pop and soul numbers a weight they often don’t get live, so songs land big and emotional.</w:t>
      </w:r>
      <w:r/>
    </w:p>
    <w:p>
      <w:r/>
      <w:r>
        <w:t>If you want dramatic, vocal-first performances, this night is for you. Book early for a central view and arrive hungry for standout moments, your phone battery will thank you if you bring a portable charger.</w:t>
      </w:r>
      <w:r/>
    </w:p>
    <w:p>
      <w:pPr>
        <w:pStyle w:val="Heading2"/>
      </w:pPr>
      <w:r>
        <w:t>Wedding Party XXL (6 August): a proper dancefloor in the open air</w:t>
      </w:r>
      <w:r/>
    </w:p>
    <w:p>
      <w:r/>
      <w:r>
        <w:t>Thursday turns Museumplein into a giant club night. The Wedding Party XXL is pure celebration: techno sets from KI/KI sit alongside queer icons like Bimini and camp mainstays such as Vengaboys and Billy Porter. The sound is punchy, the beats relentless, and the crowd is there to dance until the early hours.</w:t>
      </w:r>
      <w:r/>
    </w:p>
    <w:p>
      <w:r/>
      <w:r>
        <w:t>Practical tip: this is the night to prioritise comfort. Lightweight layers, flat shoes and a plan for meeting friends in the crowd will make the evening smoother. If you’re into late-night afterparties, this lineup tends to feed into club events around the city.</w:t>
      </w:r>
      <w:r/>
    </w:p>
    <w:p>
      <w:pPr>
        <w:pStyle w:val="Heading2"/>
      </w:pPr>
      <w:r>
        <w:t>Closing Concert (8 August): sparkle, pop and a proper finale</w:t>
      </w:r>
      <w:r/>
    </w:p>
    <w:p>
      <w:r/>
      <w:r>
        <w:t>The festival’s finale brings Olly Alexander, The Blessed Madonna and Lion Babe for a celebratory, high-energy send-off. The Closing Concert is designed to feel like a joyous rupture, a last hurrah that pulls together the fortnight’s themes of freedom and community.</w:t>
      </w:r>
      <w:r/>
    </w:p>
    <w:p>
      <w:r/>
      <w:r>
        <w:t>Fans of pop and dance should pencil this evening in. It’s a great chance to hear singalong anthems and discover DJs who specialise in inclusive, euphoric sets. Expect fireworks or a big visual moment to punctuate the close.</w:t>
      </w:r>
      <w:r/>
    </w:p>
    <w:p>
      <w:pPr>
        <w:pStyle w:val="Heading2"/>
      </w:pPr>
      <w:r>
        <w:t>Beyond the headlines: WorldPride Village and the full programme</w:t>
      </w:r>
      <w:r/>
    </w:p>
    <w:p>
      <w:r/>
      <w:r>
        <w:t>Museumplein is only part of the WorldPride picture. The WorldPride Village and a sprawling programme across the city host talks, art, parties and the Canal Parade, Amsterdam’s unique floating procession, so there’s plenty to do outside the concert hours. According to the official WorldPride site, daily line-ups and practical info are centralised at pride.amsterdam, which also lists accessibility and family-friendly options.</w:t>
      </w:r>
      <w:r/>
    </w:p>
    <w:p>
      <w:r/>
      <w:r>
        <w:t>If you’re planning a weekend, mix quieter daytime events with the big nights to avoid burnout; explore nearby museums in the morning and save your energy for the evening headliners.</w:t>
      </w:r>
      <w:r/>
    </w:p>
    <w:p>
      <w:pPr>
        <w:pStyle w:val="Heading2"/>
      </w:pPr>
      <w:r>
        <w:t>How to plan your visit and nab tickets</w:t>
      </w:r>
      <w:r/>
    </w:p>
    <w:p>
      <w:r/>
      <w:r>
        <w:t>Tickets and full daily line-ups are available via pride.amsterdam, and you’ll want to check set times as the event approaches. For travel, look at Eurostar and local transport options, the city expects heavy footfall during the festival. If you’re travelling from London, Premier Eurostar and partnerships with hotels are highlighted in some promotions for the period around the Canal Parade.</w:t>
      </w:r>
      <w:r/>
    </w:p>
    <w:p>
      <w:r/>
      <w:r>
        <w:t>A small checklist: buy tickets early, read the organisers’ safety guidance, charge your devices, and allow extra travel time. If you’re attending multiple nights, consider a nearby hotel to make late finishes less stressful.</w:t>
      </w:r>
      <w:r/>
    </w:p>
    <w:p>
      <w:r/>
      <w:r>
        <w:t>It's a small change that can make every night of WorldPride feel a little easier and a lot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2">
        <w:r>
          <w:rPr>
            <w:color w:val="0000EE"/>
            <w:u w:val="single"/>
          </w:rPr>
          <w:t>[3]</w:t>
        </w:r>
      </w:hyperlink>
      <w:r>
        <w:t xml:space="preserve">- Paragraph 6: </w:t>
      </w:r>
      <w:hyperlink r:id="rId11">
        <w:r>
          <w:rPr>
            <w:color w:val="0000EE"/>
            <w:u w:val="single"/>
          </w:rPr>
          <w:t>[6]</w:t>
        </w:r>
      </w:hyperlink>
      <w:r>
        <w:t xml:space="preserve">, </w:t>
      </w:r>
      <w:hyperlink r:id="rId13">
        <w:r>
          <w:rPr>
            <w:color w:val="0000EE"/>
            <w:u w:val="single"/>
          </w:rPr>
          <w:t>[4]</w:t>
        </w:r>
      </w:hyperlink>
      <w:r>
        <w:t xml:space="preserve">- Paragraph 7: </w:t>
      </w:r>
      <w:hyperlink r:id="rId11">
        <w:r>
          <w:rPr>
            <w:color w:val="0000EE"/>
            <w:u w:val="single"/>
          </w:rPr>
          <w:t>[6]</w:t>
        </w:r>
      </w:hyperlink>
      <w:r>
        <w:t xml:space="preserve">, </w:t>
      </w:r>
      <w:hyperlink r:id="rId9">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https://www.attitude.co.uk/life/travel/worldpride-amsterdam-performances-billy-porter-beth-ditto-olly-alexander-528156/</w:t>
        </w:r>
      </w:hyperlink>
      <w:r>
        <w:t xml:space="preserve"> - Please view link - unable to able to access data</w:t>
      </w:r>
      <w:r/>
    </w:p>
    <w:p>
      <w:pPr>
        <w:pStyle w:val="ListNumber"/>
        <w:spacing w:line="240" w:lineRule="auto"/>
        <w:ind w:left="720"/>
      </w:pPr>
      <w:r/>
      <w:hyperlink r:id="rId10">
        <w:r>
          <w:rPr>
            <w:color w:val="0000EE"/>
            <w:u w:val="single"/>
          </w:rPr>
          <w:t>https://pride.amsterdam/en/worldpride-unity-concert-met-beth-ditto-en-billy-porter/</w:t>
        </w:r>
      </w:hyperlink>
      <w:r>
        <w:t xml:space="preserve"> - The WorldPride 'UNITY Concert' is scheduled for Tuesday, 4 August 2026, at Museumplein in Amsterdam. This inaugural event will feature international headliners Beth Ditto and Billy Porter, marking the official opening of Pride Village at Museumplein. The concert will run from 17:30 to 23:00 and will be hosted by Envy Peru and Conchita Wurst, two internationally beloved Pride icons. This event is part of a series of activities taking place over five days at Museumplein during WorldPride Amsterdam 2026.</w:t>
      </w:r>
      <w:r/>
    </w:p>
    <w:p>
      <w:pPr>
        <w:pStyle w:val="ListNumber"/>
        <w:spacing w:line="240" w:lineRule="auto"/>
        <w:ind w:left="720"/>
      </w:pPr>
      <w:r/>
      <w:hyperlink r:id="rId12">
        <w:r>
          <w:rPr>
            <w:color w:val="0000EE"/>
            <w:u w:val="single"/>
          </w:rPr>
          <w:t>https://pride.amsterdam/en/event/unity-concert/</w:t>
        </w:r>
      </w:hyperlink>
      <w:r>
        <w:t xml:space="preserve"> - The UNITY Concert, a highlight of WorldPride Amsterdam 2026, is set for Tuesday, 4 August 2026, from 18:00 to 23:00 at Museumplein. The concert aims to celebrate love, freedom, and solidarity, featuring world-class artists, local heroes, and queer performers. The event is expected to draw 25,000 visitors and will be hosted by Conchita Wurst and Envy Peru. Tickets are available in various price tiers, with discounted options for different communities and Stadspas holders.</w:t>
      </w:r>
      <w:r/>
    </w:p>
    <w:p>
      <w:pPr>
        <w:pStyle w:val="ListNumber"/>
        <w:spacing w:line="240" w:lineRule="auto"/>
        <w:ind w:left="720"/>
      </w:pPr>
      <w:r/>
      <w:hyperlink r:id="rId13">
        <w:r>
          <w:rPr>
            <w:color w:val="0000EE"/>
            <w:u w:val="single"/>
          </w:rPr>
          <w:t>https://pride.amsterdam/event/worldpride-village/</w:t>
        </w:r>
      </w:hyperlink>
      <w:r>
        <w:t xml:space="preserve"> - WorldPride Village at Museumplein will host a series of events from 5 to 8 August 2026. The Wedding Party XXL on Thursday, 6 August, will feature performances by Billy Porter, Bimini, Boyband in the Buff, HAAi, Heather Small, House of Bodega, KI/KI, Powerpop Musical &amp; Juliet, Sunny Jansen, and Vengaboys. The event will be hosted by Jurre Geluk and Sylvana Simons. Other activities include Pride Village Queerfest on 6 August and various performances on 7 and 8 August.</w:t>
      </w:r>
      <w:r/>
    </w:p>
    <w:p>
      <w:pPr>
        <w:pStyle w:val="ListNumber"/>
        <w:spacing w:line="240" w:lineRule="auto"/>
        <w:ind w:left="720"/>
      </w:pPr>
      <w:r/>
      <w:hyperlink r:id="rId9">
        <w:r>
          <w:rPr>
            <w:color w:val="0000EE"/>
            <w:u w:val="single"/>
          </w:rPr>
          <w:t>https://www.attitude.co.uk/life/travel/worldpride-amsterdam-performances-billy-porter-beth-ditto-olly-alexander-528156/</w:t>
        </w:r>
      </w:hyperlink>
      <w:r>
        <w:t xml:space="preserve"> - WorldPride Amsterdam 2026, running from 25 July to 8 August, will feature three major concert nights at Museumplein. The Unity Concert on 4 August will include performances by Beth Ditto, Billy Porter, Gustaph, and other artists, accompanied by the New Amsterdam Orchestra. The Wedding Party XXL on 6 August will showcase KI/KI, Bimini, Billy Porter, and the Vengaboys. The Closing Concert on 8 August will feature Olly Alexander, The Blessed Madonna, Lion Babe, and others. The concerts will be hosted by Conchita Wurst, Envy Peru, Jurre Geluk, Sylvana Simons, Amber Vineyard, and Janey Jacke.</w:t>
      </w:r>
      <w:r/>
    </w:p>
    <w:p>
      <w:pPr>
        <w:pStyle w:val="ListNumber"/>
        <w:spacing w:line="240" w:lineRule="auto"/>
        <w:ind w:left="720"/>
      </w:pPr>
      <w:r/>
      <w:hyperlink r:id="rId11">
        <w:r>
          <w:rPr>
            <w:color w:val="0000EE"/>
            <w:u w:val="single"/>
          </w:rPr>
          <w:t>https://worldpride.amsterdam/</w:t>
        </w:r>
      </w:hyperlink>
      <w:r>
        <w:t xml:space="preserve"> - Amsterdam will host WorldPride 2026 from 25 July to 8 August. Known for its diversity and vibrant LGBTQIA+ community, Amsterdam celebrates 25 years of marriage equality in 2026. The city aims to promote tolerance and freedom for the LGBTQIA+ community through various events, including the UNITY Concert at Museumplein. The theme of WorldPride Amsterdam 2026 is 'Unity,' symbolising tolerance, connectedness, and love.</w:t>
      </w:r>
      <w:r/>
    </w:p>
    <w:p>
      <w:pPr>
        <w:pStyle w:val="ListNumber"/>
        <w:spacing w:line="240" w:lineRule="auto"/>
        <w:ind w:left="720"/>
      </w:pPr>
      <w:r/>
      <w:hyperlink r:id="rId14">
        <w:r>
          <w:rPr>
            <w:color w:val="0000EE"/>
            <w:u w:val="single"/>
          </w:rPr>
          <w:t>https://www.interpride.org/worldpride/</w:t>
        </w:r>
      </w:hyperlink>
      <w:r>
        <w:t xml:space="preserve"> - InterPride, the global association of Pride organisers, has announced Amsterdam as the host city for WorldPride 2026. Amsterdam is renowned for its diversity and strong LGBTQIA+ community, celebrating 25 years of marriage equality in 2026. The city aims to promote tolerance and freedom for the LGBTQIA+ community through WorldPride 2026, with events such as the UNITY Concert at Museumplein. InterPride is partnering with The Social Hub Amsterdam City to offer discounted accommodations for attendees.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travel/worldpride-amsterdam-performances-billy-porter-beth-ditto-olly-alexander-528156/" TargetMode="External"/><Relationship Id="rId10" Type="http://schemas.openxmlformats.org/officeDocument/2006/relationships/hyperlink" Target="https://pride.amsterdam/en/worldpride-unity-concert-met-beth-ditto-en-billy-porter/" TargetMode="External"/><Relationship Id="rId11" Type="http://schemas.openxmlformats.org/officeDocument/2006/relationships/hyperlink" Target="https://worldpride.amsterdam/" TargetMode="External"/><Relationship Id="rId12" Type="http://schemas.openxmlformats.org/officeDocument/2006/relationships/hyperlink" Target="https://pride.amsterdam/en/event/unity-concert/" TargetMode="External"/><Relationship Id="rId13" Type="http://schemas.openxmlformats.org/officeDocument/2006/relationships/hyperlink" Target="https://pride.amsterdam/event/worldpride-village/" TargetMode="External"/><Relationship Id="rId14" Type="http://schemas.openxmlformats.org/officeDocument/2006/relationships/hyperlink" Target="https://www.interpride.org/worl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