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WorldPride 2026 Guide: What to Expect in Amsterdam This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visitors and locals are gearing up as WorldPride lands in Amsterdam from 25 July to 8 August , with Queen Máxima officially opening the festival in Vondelpark, a city-wide programme of marches, concerts, exhibitions and talks that spotlights four centuries of queer history and modern human rights.</w:t>
      </w:r>
      <w:r/>
    </w:p>
    <w:p>
      <w:r/>
      <w:r>
        <w:t>Essential takeaways</w:t>
      </w:r>
      <w:r/>
      <w:r/>
    </w:p>
    <w:p>
      <w:pPr>
        <w:pStyle w:val="ListBullet"/>
        <w:spacing w:line="240" w:lineRule="auto"/>
        <w:ind w:left="720"/>
      </w:pPr>
      <w:r/>
      <w:r>
        <w:rPr>
          <w:b/>
        </w:rPr>
        <w:t>Opening ceremony:</w:t>
      </w:r>
      <w:r>
        <w:t xml:space="preserve"> Queen Máxima will open WorldPride in Vondelpark on 25 July, giving the festival a high-profile royal launch and a festive, public feel.</w:t>
      </w:r>
      <w:r/>
    </w:p>
    <w:p>
      <w:pPr>
        <w:pStyle w:val="ListBullet"/>
        <w:spacing w:line="240" w:lineRule="auto"/>
        <w:ind w:left="720"/>
      </w:pPr>
      <w:r/>
      <w:r>
        <w:rPr>
          <w:b/>
        </w:rPr>
        <w:t>Two-week festival:</w:t>
      </w:r>
      <w:r>
        <w:t xml:space="preserve"> WorldPride runs 25 July–8 August with citywide events such as a Pride Walk, a boats parade on the canals and large open-air concerts.</w:t>
      </w:r>
      <w:r/>
    </w:p>
    <w:p>
      <w:pPr>
        <w:pStyle w:val="ListBullet"/>
        <w:spacing w:line="240" w:lineRule="auto"/>
        <w:ind w:left="720"/>
      </w:pPr>
      <w:r/>
      <w:r>
        <w:rPr>
          <w:b/>
        </w:rPr>
        <w:t>Cultural highlight:</w:t>
      </w:r>
      <w:r>
        <w:t xml:space="preserve"> The Nieuwe Kerk hosts Queer Amsterdam, an exhibition tracing roughly 400 years of queer history in the capital; it opens alongside WorldPride.</w:t>
      </w:r>
      <w:r/>
    </w:p>
    <w:p>
      <w:pPr>
        <w:pStyle w:val="ListBullet"/>
        <w:spacing w:line="240" w:lineRule="auto"/>
        <w:ind w:left="720"/>
      </w:pPr>
      <w:r/>
      <w:r>
        <w:rPr>
          <w:b/>
        </w:rPr>
        <w:t>Key events:</w:t>
      </w:r>
      <w:r>
        <w:t xml:space="preserve"> Expect the UNITY Concert on Museumplein, the Human Rights Conference on the Nieuwmarkt and a Pride Walk from Dam Square to Vondelpark.</w:t>
      </w:r>
      <w:r/>
    </w:p>
    <w:p>
      <w:pPr>
        <w:pStyle w:val="ListBullet"/>
        <w:spacing w:line="240" w:lineRule="auto"/>
        <w:ind w:left="720"/>
      </w:pPr>
      <w:r/>
      <w:r>
        <w:rPr>
          <w:b/>
        </w:rPr>
        <w:t>Local vibe:</w:t>
      </w:r>
      <w:r>
        <w:t xml:space="preserve"> Organisers and the city emphasise accessibility and celebration , events are a mix of family-friendly daytime activities and lively nightlife.</w:t>
      </w:r>
      <w:r/>
      <w:r/>
    </w:p>
    <w:p>
      <w:pPr>
        <w:pStyle w:val="Heading2"/>
      </w:pPr>
      <w:r>
        <w:t>Queen Máxima opens WorldPride , why it matters</w:t>
      </w:r>
      <w:r/>
    </w:p>
    <w:p>
      <w:r/>
      <w:r>
        <w:t>The sight of a monarch cutting the ribbon gives WorldPride a surprising splash of formality, and it signals national support for LGBTQ+ visibility. According to reports, the opening ceremony in Vondelpark on 25 July will be an upbeat public moment that broadens attention beyond usual Pride crowds. That royal presence matters symbolically: it recognises 25 years since the Netherlands saw its first same-sex marriage, a milestone tied into Amsterdam’s selection as host. If you’re planning to attend the opening, arrive early for a good spot , the park fills fast, and the atmosphere is as important as the speeches. It’s a chance both to celebrate and to reflect on rights that took decades to secure.</w:t>
      </w:r>
      <w:r/>
    </w:p>
    <w:p>
      <w:pPr>
        <w:pStyle w:val="Heading2"/>
      </w:pPr>
      <w:r>
        <w:t>What’s on across the city , a festival, not just a parade</w:t>
      </w:r>
      <w:r/>
    </w:p>
    <w:p>
      <w:r/>
      <w:r>
        <w:t>WorldPride is spread across Amsterdam’s stages and streets rather than locked to one route, so there’s always something nearby. Highlights include a Pride Walk from the Dam to Vondelpark, a boats parade that will colour the canals, and the UNITY Concert on Museumplein , each event bringing a different tempo and crowd. The Human Rights Conference on Nieuwmarkt adds a serious strand, discussing policy and protection as well as visibility. For visitors, plan around transport and closures: central squares and some canals will be busier than usual. If you prefer quieter moments, check daytime museum programming and smaller neighbourhood events in the schedule.</w:t>
      </w:r>
      <w:r/>
    </w:p>
    <w:p>
      <w:pPr>
        <w:pStyle w:val="Heading2"/>
      </w:pPr>
      <w:r>
        <w:t>Queer Amsterdam at the Nieuwe Kerk , history with a contemporary pulse</w:t>
      </w:r>
      <w:r/>
    </w:p>
    <w:p>
      <w:r/>
      <w:r>
        <w:t>The Nieuwe Kerk’s Queer Amsterdam exhibition is a headline cultural offering, mapping roughly four centuries of queer life in the city. It opens on the same night as WorldPride and promises an evocative mix of objects, stories and local voices that link the capital’s past to today’s activism. Museums and churches in Amsterdam have been leaning into inclusive programming, and this exhibition feels like a civic gesture as much as a display. If heritage and history appeal to you, book tickets in advance , exhibitions and special tours tend to sell out during the festival week.</w:t>
      </w:r>
      <w:r/>
    </w:p>
    <w:p>
      <w:pPr>
        <w:pStyle w:val="Heading2"/>
      </w:pPr>
      <w:r>
        <w:t>Practical tips for visitors , plan, pack, and pace yourself</w:t>
      </w:r>
      <w:r/>
    </w:p>
    <w:p>
      <w:r/>
      <w:r>
        <w:t>Expect crowds and lots of walking, so comfortable shoes and a small day bag will make the difference between an enjoyable day and a sore one. Use public transport early or late to avoid peak parade times; Amsterdam’s event pages list official updates and mobility plans. If you’re watching the boats parade, check vantage points along the canal belts and consider a pre-booked canal cruise for a warm, dry view. Also, carry a water bottle, a jacket for cool evenings, and a phone power bank , your battery will disappear between photos, maps and meeting friends.</w:t>
      </w:r>
      <w:r/>
    </w:p>
    <w:p>
      <w:pPr>
        <w:pStyle w:val="Heading2"/>
      </w:pPr>
      <w:r>
        <w:t>What this means going forward , visibility, tourism and community energy</w:t>
      </w:r>
      <w:r/>
    </w:p>
    <w:p>
      <w:r/>
      <w:r>
        <w:t>Hosting WorldPride places Amsterdam in a global spotlight for human rights and celebration, and it’s likely to draw international visitors keen on both party and politics. City leaders have framed the festival as a moment to remember legal milestones while pushing current rights conversations. Community groups see it as a way to amplify voices across generations and backgrounds. So whether you’re here for the music, the history or the sense of solidarity, WorldPride will feel like a city-wide conversation , noisy, colourful and oddly intimate.</w:t>
      </w:r>
      <w:r/>
    </w:p>
    <w:p>
      <w:r/>
      <w:r>
        <w:t>It's a small change to your calendar that can make every Pride moment feel a bit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11">
        <w:r>
          <w:rPr>
            <w:color w:val="0000EE"/>
            <w:u w:val="single"/>
          </w:rPr>
          <w:t>[3]</w:t>
        </w:r>
      </w:hyperlink>
      <w:r>
        <w:t xml:space="preserve">, </w:t>
      </w:r>
      <w:hyperlink r:id="rId10">
        <w:r>
          <w:rPr>
            <w:color w:val="0000EE"/>
            <w:u w:val="single"/>
          </w:rPr>
          <w:t>[7]</w:t>
        </w:r>
      </w:hyperlink>
      <w:r>
        <w:t xml:space="preserve">- Paragraph 3: </w:t>
      </w:r>
      <w:hyperlink r:id="rId12">
        <w:r>
          <w:rPr>
            <w:color w:val="0000EE"/>
            <w:u w:val="single"/>
          </w:rPr>
          <w:t>[4]</w:t>
        </w:r>
      </w:hyperlink>
      <w:r>
        <w:t xml:space="preserve">, </w:t>
      </w:r>
      <w:hyperlink r:id="rId13">
        <w:r>
          <w:rPr>
            <w:color w:val="0000EE"/>
            <w:u w:val="single"/>
          </w:rPr>
          <w:t>[6]</w:t>
        </w:r>
      </w:hyperlink>
      <w:r>
        <w:t xml:space="preserve">- Paragraph 4: </w:t>
      </w:r>
      <w:hyperlink r:id="rId14">
        <w:r>
          <w:rPr>
            <w:color w:val="0000EE"/>
            <w:u w:val="single"/>
          </w:rPr>
          <w:t>[5]</w:t>
        </w:r>
      </w:hyperlink>
      <w:r>
        <w:t xml:space="preserve">, </w:t>
      </w:r>
      <w:hyperlink r:id="rId10">
        <w:r>
          <w:rPr>
            <w:color w:val="0000EE"/>
            <w:u w:val="single"/>
          </w:rPr>
          <w:t>[7]</w:t>
        </w:r>
      </w:hyperlink>
      <w:r>
        <w:t xml:space="preserve">- Paragraph 5: </w:t>
      </w:r>
      <w:hyperlink r:id="rId13">
        <w:r>
          <w:rPr>
            <w:color w:val="0000EE"/>
            <w:u w:val="single"/>
          </w:rPr>
          <w:t>[6]</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https://www.ad.nl/show/koningin-maxima-opent-worldpride-in-amsterdam~a815c057/</w:t>
        </w:r>
      </w:hyperlink>
      <w:r>
        <w:t xml:space="preserve"> - Please view link - unable to able to access data</w:t>
      </w:r>
      <w:r/>
    </w:p>
    <w:p>
      <w:pPr>
        <w:pStyle w:val="ListNumber"/>
        <w:spacing w:line="240" w:lineRule="auto"/>
        <w:ind w:left="720"/>
      </w:pPr>
      <w:r/>
      <w:hyperlink r:id="rId9">
        <w:r>
          <w:rPr>
            <w:color w:val="0000EE"/>
            <w:u w:val="single"/>
          </w:rPr>
          <w:t>https://www.ad.nl/show/koningin-maxima-opent-worldpride-in-amsterdam~a815c057/</w:t>
        </w:r>
      </w:hyperlink>
      <w:r>
        <w:t xml:space="preserve"> - Queen Máxima will open WorldPride in Amsterdam on 25 July 2026 at Vondelpark, marking the city's first time hosting the event, which lasts two weeks. The programme includes a Pride Walk from Dam Square to Vondelpark, a boat parade on the canals, the UNITY Concert at Museumplein, and the Human Rights Conference at Nieuwmarkt. Amsterdam was chosen to host WorldPride as it celebrates 25 years since the first same-sex marriage was conducted there. The exhibition 'Queer Amsterdam' at De Nieuwe Kerk commemorates four centuries of queer history in the city.</w:t>
      </w:r>
      <w:r/>
    </w:p>
    <w:p>
      <w:pPr>
        <w:pStyle w:val="ListNumber"/>
        <w:spacing w:line="240" w:lineRule="auto"/>
        <w:ind w:left="720"/>
      </w:pPr>
      <w:r/>
      <w:hyperlink r:id="rId11">
        <w:r>
          <w:rPr>
            <w:color w:val="0000EE"/>
            <w:u w:val="single"/>
          </w:rPr>
          <w:t>https://www.melkweg.nl/en/news/worldpride26/</w:t>
        </w:r>
      </w:hyperlink>
      <w:r>
        <w:t xml:space="preserve"> - From 25 July to 8 August 2026, Amsterdam will host WorldPride, a global celebration of LGBTQIA+ pride, culture, and community. Melkweg will play an active role by amplifying queer voices through Club Chrome, a multidisciplinary festival where music, art, and activism meet. This programme contributes to WorldPride's legacy by creating a space where queer culture takes centre stage.</w:t>
      </w:r>
      <w:r/>
    </w:p>
    <w:p>
      <w:pPr>
        <w:pStyle w:val="ListNumber"/>
        <w:spacing w:line="240" w:lineRule="auto"/>
        <w:ind w:left="720"/>
      </w:pPr>
      <w:r/>
      <w:hyperlink r:id="rId12">
        <w:r>
          <w:rPr>
            <w:color w:val="0000EE"/>
            <w:u w:val="single"/>
          </w:rPr>
          <w:t>https://www.nieuwekerk.nl/en/press/press-releases/worldpride-2026-opens-with-queer-amsterdam-exhibition-at-de-nieuwe-kerk-the-walk-of-pride-and-a-fourth-olympic-edition-of-pride-talk/</w:t>
        </w:r>
      </w:hyperlink>
      <w:r>
        <w:t xml:space="preserve"> - WorldPride 2026 in Amsterdam will officially begin on 8 July 2026 with a joint opening ceremony featuring several landmark premieres in and around De Nieuwe Kerk. The opening includes the exhibition 'Queer Amsterdam', the unveiling of the city's new public monument, the Walk of Pride, and the fourth edition of Pride Talk. This event commemorates the 25th anniversary of marriage equality in Amsterdam, marking the first same-sex marriages conducted there.</w:t>
      </w:r>
      <w:r/>
    </w:p>
    <w:p>
      <w:pPr>
        <w:pStyle w:val="ListNumber"/>
        <w:spacing w:line="240" w:lineRule="auto"/>
        <w:ind w:left="720"/>
      </w:pPr>
      <w:r/>
      <w:hyperlink r:id="rId14">
        <w:r>
          <w:rPr>
            <w:color w:val="0000EE"/>
            <w:u w:val="single"/>
          </w:rPr>
          <w:t>https://www.amsterdam.nl/en/leisure/amsterdam-pride/</w:t>
        </w:r>
      </w:hyperlink>
      <w:r>
        <w:t xml:space="preserve"> - Amsterdam Pride 2026 will take place from 8 to 29 July, with WorldPride following immediately after from 25 July to 8 August. This marks the first time Amsterdam hosts WorldPride, celebrating 25 years since the city's first same-sex marriage. The programme includes various events, exhibitions, and activities, with more information available on the WorldPride website.</w:t>
      </w:r>
      <w:r/>
    </w:p>
    <w:p>
      <w:pPr>
        <w:pStyle w:val="ListNumber"/>
        <w:spacing w:line="240" w:lineRule="auto"/>
        <w:ind w:left="720"/>
      </w:pPr>
      <w:r/>
      <w:hyperlink r:id="rId13">
        <w:r>
          <w:rPr>
            <w:color w:val="0000EE"/>
            <w:u w:val="single"/>
          </w:rPr>
          <w:t>https://europeanpride.org/europride/europride-2026-amsterdam/</w:t>
        </w:r>
      </w:hyperlink>
      <w:r>
        <w:t xml:space="preserve"> - EuroPride 2026 will be held in Amsterdam from 25 July to 8 August 2026. Amsterdam is known for its diversity and strong LGBTQIA+ community, and hosting EuroPride is a significant milestone. The city celebrates 25 years since the first same-sex marriage was conducted there, and WorldPride 2026 aims to promote the event on a larger scale.</w:t>
      </w:r>
      <w:r/>
    </w:p>
    <w:p>
      <w:pPr>
        <w:pStyle w:val="ListNumber"/>
        <w:spacing w:line="240" w:lineRule="auto"/>
        <w:ind w:left="720"/>
      </w:pPr>
      <w:r/>
      <w:hyperlink r:id="rId10">
        <w:r>
          <w:rPr>
            <w:color w:val="0000EE"/>
            <w:u w:val="single"/>
          </w:rPr>
          <w:t>https://activiteiten.amsterdam.nl/evenementenbureau/activiteiten/2026/07/worldpride-amsterdam-2026/</w:t>
        </w:r>
      </w:hyperlink>
      <w:r>
        <w:t xml:space="preserve"> - WorldPride Amsterdam 2026 is the first WorldPride event in the Netherlands, celebrating the LGBTQIA+ community with parties, cultural events, and activism, focusing on equality and diversity. The event will take place from 25 July to 8 August 2026 at multiple locations around the city centre, including Dam Square, Museumplein, Vondelpark, Stoperaplein, and Spui.</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d.nl/show/koningin-maxima-opent-worldpride-in-amsterdam~a815c057/" TargetMode="External"/><Relationship Id="rId10" Type="http://schemas.openxmlformats.org/officeDocument/2006/relationships/hyperlink" Target="https://activiteiten.amsterdam.nl/evenementenbureau/activiteiten/2026/07/worldpride-amsterdam-2026/" TargetMode="External"/><Relationship Id="rId11" Type="http://schemas.openxmlformats.org/officeDocument/2006/relationships/hyperlink" Target="https://www.melkweg.nl/en/news/worldpride26/" TargetMode="External"/><Relationship Id="rId12" Type="http://schemas.openxmlformats.org/officeDocument/2006/relationships/hyperlink" Target="https://www.nieuwekerk.nl/en/press/press-releases/worldpride-2026-opens-with-queer-amsterdam-exhibition-at-de-nieuwe-kerk-the-walk-of-pride-and-a-fourth-olympic-edition-of-pride-talk/" TargetMode="External"/><Relationship Id="rId13" Type="http://schemas.openxmlformats.org/officeDocument/2006/relationships/hyperlink" Target="https://europeanpride.org/europride/europride-2026-amsterdam/" TargetMode="External"/><Relationship Id="rId14" Type="http://schemas.openxmlformats.org/officeDocument/2006/relationships/hyperlink" Target="https://www.amsterdam.nl/en/leisure/amsterdam-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