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 Cup Watch: Why Guys and Balls Deserves a Rebooted Look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gap in your World Cup binge list: Guys and Balls is a cheeky, earnest 2004 comedy about an openly gay men’s football team that still feels oddly fresh , because it imagined queer players taking centre pitch long before mainstream football opened up. It’s funny, messy, and worth a watch if you want something heartfelt and unapologetic.</w:t>
      </w:r>
      <w:r/>
    </w:p>
    <w:p>
      <w:r/>
      <w:r>
        <w:t>Essential Takeaways</w:t>
      </w:r>
      <w:r/>
      <w:r/>
    </w:p>
    <w:p>
      <w:pPr>
        <w:pStyle w:val="ListBullet"/>
        <w:spacing w:line="240" w:lineRule="auto"/>
        <w:ind w:left="720"/>
      </w:pPr>
      <w:r/>
      <w:r>
        <w:rPr>
          <w:b/>
        </w:rPr>
        <w:t>Cult classic:</w:t>
      </w:r>
      <w:r>
        <w:t xml:space="preserve"> Guys and Balls is a German 2004 comedy (original title Men Like Us) with an underdog football plot and broad, camp humour. </w:t>
      </w:r>
      <w:r/>
    </w:p>
    <w:p>
      <w:pPr>
        <w:pStyle w:val="ListBullet"/>
        <w:spacing w:line="240" w:lineRule="auto"/>
        <w:ind w:left="720"/>
      </w:pPr>
      <w:r/>
      <w:r>
        <w:rPr>
          <w:b/>
        </w:rPr>
        <w:t>Inclusive squad:</w:t>
      </w:r>
      <w:r>
        <w:t xml:space="preserve"> The team includes gay, trans and straight characters, offering a found-family vibe and a variety of personalities. </w:t>
      </w:r>
      <w:r/>
    </w:p>
    <w:p>
      <w:pPr>
        <w:pStyle w:val="ListBullet"/>
        <w:spacing w:line="240" w:lineRule="auto"/>
        <w:ind w:left="720"/>
      </w:pPr>
      <w:r/>
      <w:r>
        <w:rPr>
          <w:b/>
        </w:rPr>
        <w:t>Still relevant:</w:t>
      </w:r>
      <w:r>
        <w:t xml:space="preserve"> The film’s themes , rejection, redemption and visibility , echo ongoing debates about homophobia in men’s football. </w:t>
      </w:r>
      <w:r/>
    </w:p>
    <w:p>
      <w:pPr>
        <w:pStyle w:val="ListBullet"/>
        <w:spacing w:line="240" w:lineRule="auto"/>
        <w:ind w:left="720"/>
      </w:pPr>
      <w:r/>
      <w:r>
        <w:rPr>
          <w:b/>
        </w:rPr>
        <w:t>Tone check:</w:t>
      </w:r>
      <w:r>
        <w:t xml:space="preserve"> Expect dated jokes and stereotypes alongside sincere emotional moments and a satisfying redemption arc. </w:t>
      </w:r>
      <w:r/>
    </w:p>
    <w:p>
      <w:pPr>
        <w:pStyle w:val="ListBullet"/>
        <w:spacing w:line="240" w:lineRule="auto"/>
        <w:ind w:left="720"/>
      </w:pPr>
      <w:r/>
      <w:r>
        <w:rPr>
          <w:b/>
        </w:rPr>
        <w:t>Good for:</w:t>
      </w:r>
      <w:r>
        <w:t xml:space="preserve"> Fans of feel‑good sports films who want queer leads rather than sidelined characters.</w:t>
      </w:r>
      <w:r/>
      <w:r/>
    </w:p>
    <w:p>
      <w:pPr>
        <w:pStyle w:val="Heading2"/>
      </w:pPr>
      <w:r>
        <w:t>Why this little football film still turns heads</w:t>
      </w:r>
      <w:r/>
    </w:p>
    <w:p>
      <w:r/>
      <w:r>
        <w:t>Guys and Balls opens with a penalty kick that changes a life , and not in the usual sports‑movie way. The goalkeeper, Ecki, loses his place for being gay, and the film pivots into a revenge‑meets‑redemption tale that’s loud, colourful and surprisingly tender. The clothes are brighter than a team kit, the humour is camp, and there’s a real sense of joy in the chaotic team scenes.</w:t>
      </w:r>
      <w:r/>
    </w:p>
    <w:p>
      <w:r/>
      <w:r>
        <w:t>The movie debuted in 2004 under the title Men Like Us in Germany. Back then, queer sports stories were rarer on screen, so a film that built an entire team around queer characters felt bold, even if some of the jokes haven’t aged well. Still, that earnestness , letting these characters be messy and heroic at once , is what keeps the film from being just a novelty.</w:t>
      </w:r>
      <w:r/>
    </w:p>
    <w:p>
      <w:pPr>
        <w:pStyle w:val="Heading2"/>
      </w:pPr>
      <w:r>
        <w:t>The squad: delightfully chaotic and a little bit problematic</w:t>
      </w:r>
      <w:r/>
    </w:p>
    <w:p>
      <w:r/>
      <w:r>
        <w:t>Recruitment in the movie plays out like a montage of misadventures: flyers in bars, accidental run‑ins at sports pubs, and an eclectic lineup that includes Beckham superfans, bikers, Brazilian talents and both trans and cis characters. It’s loud, inclusive and a little uneven, but that’s kind of the point.</w:t>
      </w:r>
      <w:r/>
    </w:p>
    <w:p>
      <w:r/>
      <w:r>
        <w:t>Modern viewers might wince at some caricatures, yet the film refuses to dilute its queerness to placate straight audiences. That insistence on visibility , even when it’s clumsy , gives the story heart. If you want a film where queer players aren’t tragic footnotes but the leads with agency, this ticks the box.</w:t>
      </w:r>
      <w:r/>
    </w:p>
    <w:p>
      <w:pPr>
        <w:pStyle w:val="Heading2"/>
      </w:pPr>
      <w:r>
        <w:t>The uncomfortable truth: men’s football still lags on visibility</w:t>
      </w:r>
      <w:r/>
    </w:p>
    <w:p>
      <w:r/>
      <w:r>
        <w:t>Watching Guys and Balls in 2026 has a sting because the men’s professional game hasn’t caught up. There are still very few openly gay players in top men’s leagues, even though population estimates suggest they should already be visible. Reports and surveys have repeatedly shown homophobic abuse remains a problem for high‑profile footballers online, and that helps explain why many players stay private about their sexuality.</w:t>
      </w:r>
      <w:r/>
    </w:p>
    <w:p>
      <w:r/>
      <w:r>
        <w:t>By contrast, women’s football has seen more openly queer stars, proving visibility is possible. Films like Guys and Balls act as a reminder of what a different, more inclusive pitch could look like , and how much ground still needs to be covered.</w:t>
      </w:r>
      <w:r/>
    </w:p>
    <w:p>
      <w:pPr>
        <w:pStyle w:val="Heading2"/>
      </w:pPr>
      <w:r>
        <w:t>How the film holds up: what to watch for (and what to skip)</w:t>
      </w:r>
      <w:r/>
    </w:p>
    <w:p>
      <w:r/>
      <w:r>
        <w:t>Don’t expect modern subtlety. The humour is broad, and some secondary characters lean into dated stereotypes. But if you lean into the film’s warmth, the emotional beats work: family rejection, workplace romance, friendships forged under pressure and a satisfying final‑match payoff.</w:t>
      </w:r>
      <w:r/>
    </w:p>
    <w:p>
      <w:r/>
      <w:r>
        <w:t>A practical viewing tip: treat Guys and Balls as a comfortably camp underdog story rather than a flawless queer manifesto. Watch it with friends who appreciate nostalgic early‑2000s comedy beats, and you’ll get more laughs than groans.</w:t>
      </w:r>
      <w:r/>
    </w:p>
    <w:p>
      <w:pPr>
        <w:pStyle w:val="Heading2"/>
      </w:pPr>
      <w:r>
        <w:t>Why now is a good time to revisit it , or introduce it to a friend</w:t>
      </w:r>
      <w:r/>
    </w:p>
    <w:p>
      <w:r/>
      <w:r>
        <w:t>With a fresh wave of queer sports stories hitting screens, viewers are more receptive to narratives that centre LGBTQ+ athletes. Guys and Balls is an early example of that impulse and, for all its flaws, it dared to imagine a world where gay players were the heroes. It’s not perfect, but it’s playful, human and occasionally brilliant.</w:t>
      </w:r>
      <w:r/>
    </w:p>
    <w:p>
      <w:r/>
      <w:r>
        <w:t>If the World Cup has left you craving something unorthodox between matches, this is a small, unapologetic film to slip into your queue.</w:t>
      </w:r>
      <w:r/>
    </w:p>
    <w:p>
      <w:r/>
      <w:r>
        <w:t>It's a small change that can make every kick feel a bit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3">
        <w:r>
          <w:rPr>
            <w:color w:val="0000EE"/>
            <w:u w:val="single"/>
          </w:rPr>
          <w:t>[5]</w:t>
        </w:r>
      </w:hyperlink>
      <w:r>
        <w:t xml:space="preserve">- Paragraph 6: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https://instinctmagazine.com/guys-and-balls/</w:t>
        </w:r>
      </w:hyperlink>
      <w:r>
        <w:t xml:space="preserve"> - Please view link - unable to able to access data</w:t>
      </w:r>
      <w:r/>
    </w:p>
    <w:p>
      <w:pPr>
        <w:pStyle w:val="ListNumber"/>
        <w:spacing w:line="240" w:lineRule="auto"/>
        <w:ind w:left="720"/>
      </w:pPr>
      <w:r/>
      <w:hyperlink r:id="rId10">
        <w:r>
          <w:rPr>
            <w:color w:val="0000EE"/>
            <w:u w:val="single"/>
          </w:rPr>
          <w:t>https://en.wikipedia.org/wiki/Guys_and_Balls</w:t>
        </w:r>
      </w:hyperlink>
      <w:r>
        <w:t xml:space="preserve"> - 'Guys and Balls' is a 2004 German sports comedy directed by Sherry Hormann. The film follows Ecki, a closeted gay man who, after being ousted from his local football team due to his sexuality, assembles an all-gay team to challenge his former teammates. The movie explores themes of identity, acceptance, and the challenges faced by LGBTQ+ individuals in sports. It has been recognized with several awards, including the Audience Award at the Connecticut Gay &amp; Lesbian Film Festival in 2006. (</w:t>
      </w:r>
      <w:hyperlink r:id="rId15">
        <w:r>
          <w:rPr>
            <w:color w:val="0000EE"/>
            <w:u w:val="single"/>
          </w:rPr>
          <w:t>en.wikipedia.org</w:t>
        </w:r>
      </w:hyperlink>
      <w:r>
        <w:t>)</w:t>
      </w:r>
      <w:r/>
    </w:p>
    <w:p>
      <w:pPr>
        <w:pStyle w:val="ListNumber"/>
        <w:spacing w:line="240" w:lineRule="auto"/>
        <w:ind w:left="720"/>
      </w:pPr>
      <w:r/>
      <w:hyperlink r:id="rId12">
        <w:r>
          <w:rPr>
            <w:color w:val="0000EE"/>
            <w:u w:val="single"/>
          </w:rPr>
          <w:t>https://www.rottentomatoes.com/m/guys_and_balls/</w:t>
        </w:r>
      </w:hyperlink>
      <w:r>
        <w:t xml:space="preserve"> - 'Guys and Balls' holds a 36% rating on Rotten Tomatoes, based on 14 critic reviews, and a 72% audience score from over 1,000 ratings. Critics have noted its predictability and dated sensibility, while audiences have found it entertaining and likable. The film is available for streaming on various platforms. (</w:t>
      </w:r>
      <w:hyperlink r:id="rId16">
        <w:r>
          <w:rPr>
            <w:color w:val="0000EE"/>
            <w:u w:val="single"/>
          </w:rPr>
          <w:t>rottentomatoes.com</w:t>
        </w:r>
      </w:hyperlink>
      <w:r>
        <w:t>)</w:t>
      </w:r>
      <w:r/>
    </w:p>
    <w:p>
      <w:pPr>
        <w:pStyle w:val="ListNumber"/>
        <w:spacing w:line="240" w:lineRule="auto"/>
        <w:ind w:left="720"/>
      </w:pPr>
      <w:r/>
      <w:hyperlink r:id="rId17">
        <w:r>
          <w:rPr>
            <w:color w:val="0000EE"/>
            <w:u w:val="single"/>
          </w:rPr>
          <w:t>https://www.imdb.com/title/tt0375911/</w:t>
        </w:r>
      </w:hyperlink>
      <w:r>
        <w:t xml:space="preserve"> - On IMDb, 'Guys and Balls' has a rating of 6.7/10 based on over 2,000 user reviews. The film is categorized as a German soccer comedy-drama-romance-sport, and its plot revolves around a soccer team discovering their goalkeeper's sexuality and the subsequent formation of an all-gay team to prove their worth. (</w:t>
      </w:r>
      <w:hyperlink r:id="rId18">
        <w:r>
          <w:rPr>
            <w:color w:val="0000EE"/>
            <w:u w:val="single"/>
          </w:rPr>
          <w:t>imdb.com</w:t>
        </w:r>
      </w:hyperlink>
      <w:r>
        <w:t>)</w:t>
      </w:r>
      <w:r/>
    </w:p>
    <w:p>
      <w:pPr>
        <w:pStyle w:val="ListNumber"/>
        <w:spacing w:line="240" w:lineRule="auto"/>
        <w:ind w:left="720"/>
      </w:pPr>
      <w:r/>
      <w:hyperlink r:id="rId13">
        <w:r>
          <w:rPr>
            <w:color w:val="0000EE"/>
            <w:u w:val="single"/>
          </w:rPr>
          <w:t>https://www.moviefone.com/movie/guys-balls/20018289/main/</w:t>
        </w:r>
      </w:hyperlink>
      <w:r>
        <w:t xml:space="preserve"> - 'Guys and Balls' is a German comedy-drama directed by Sherry Hormann, featuring Maximilian Brückner as Ecki, a closeted gay man who assembles an all-gay soccer team after being ousted from his previous team. The film explores themes of identity, acceptance, and the challenges faced by LGBTQ+ individuals in sports. (</w:t>
      </w:r>
      <w:hyperlink r:id="rId19">
        <w:r>
          <w:rPr>
            <w:color w:val="0000EE"/>
            <w:u w:val="single"/>
          </w:rPr>
          <w:t>moviefone.com</w:t>
        </w:r>
      </w:hyperlink>
      <w:r>
        <w:t>)</w:t>
      </w:r>
      <w:r/>
    </w:p>
    <w:p>
      <w:pPr>
        <w:pStyle w:val="ListNumber"/>
        <w:spacing w:line="240" w:lineRule="auto"/>
        <w:ind w:left="720"/>
      </w:pPr>
      <w:r/>
      <w:hyperlink r:id="rId14">
        <w:r>
          <w:rPr>
            <w:color w:val="0000EE"/>
            <w:u w:val="single"/>
          </w:rPr>
          <w:t>https://flixpatrol.com/title/guys-balls/</w:t>
        </w:r>
      </w:hyperlink>
      <w:r>
        <w:t xml:space="preserve"> - 'Guys &amp; Balls' is a 2004 German comedy film directed by Sherry Hormann. The story follows Ecki, a closeted gay man who, after being ousted from his local soccer team due to his sexuality, assembles an all-gay team to challenge his former teammates. The film has a rating of 6.7/10 on IMDb. (</w:t>
      </w:r>
      <w:hyperlink r:id="rId20">
        <w:r>
          <w:rPr>
            <w:color w:val="0000EE"/>
            <w:u w:val="single"/>
          </w:rPr>
          <w:t>flixpatrol.com</w:t>
        </w:r>
      </w:hyperlink>
      <w:r>
        <w:t>)</w:t>
      </w:r>
      <w:r/>
    </w:p>
    <w:p>
      <w:pPr>
        <w:pStyle w:val="ListNumber"/>
        <w:spacing w:line="240" w:lineRule="auto"/>
        <w:ind w:left="720"/>
      </w:pPr>
      <w:r/>
      <w:hyperlink r:id="rId11">
        <w:r>
          <w:rPr>
            <w:color w:val="0000EE"/>
            <w:u w:val="single"/>
          </w:rPr>
          <w:t>https://orvel.me/guys-and-balls-2004-a-gay-comedy-film-by-sherry-hormann/</w:t>
        </w:r>
      </w:hyperlink>
      <w:r>
        <w:t xml:space="preserve"> - 'Guys and Balls' is a 2004 German comedy film directed by Sherry Hormann. The plot centers on Ecki, a closeted gay man who, after being ousted from his local soccer team due to his sexuality, assembles an all-gay team to challenge his former teammates. The film has a rating of 6.7/10 on IMDb. (</w:t>
      </w:r>
      <w:hyperlink r:id="rId21">
        <w:r>
          <w:rPr>
            <w:color w:val="0000EE"/>
            <w:u w:val="single"/>
          </w:rPr>
          <w:t>orvel.me</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guys-and-balls/" TargetMode="External"/><Relationship Id="rId10" Type="http://schemas.openxmlformats.org/officeDocument/2006/relationships/hyperlink" Target="https://en.wikipedia.org/wiki/Guys_and_Balls" TargetMode="External"/><Relationship Id="rId11" Type="http://schemas.openxmlformats.org/officeDocument/2006/relationships/hyperlink" Target="https://orvel.me/guys-and-balls-2004-a-gay-comedy-film-by-sherry-hormann/" TargetMode="External"/><Relationship Id="rId12" Type="http://schemas.openxmlformats.org/officeDocument/2006/relationships/hyperlink" Target="https://www.rottentomatoes.com/m/guys_and_balls/" TargetMode="External"/><Relationship Id="rId13" Type="http://schemas.openxmlformats.org/officeDocument/2006/relationships/hyperlink" Target="https://www.moviefone.com/movie/guys-balls/20018289/main/" TargetMode="External"/><Relationship Id="rId14" Type="http://schemas.openxmlformats.org/officeDocument/2006/relationships/hyperlink" Target="https://flixpatrol.com/title/guys-balls/" TargetMode="External"/><Relationship Id="rId15" Type="http://schemas.openxmlformats.org/officeDocument/2006/relationships/hyperlink" Target="https://en.wikipedia.org/wiki/Guys_and_Balls?utm_source=openai" TargetMode="External"/><Relationship Id="rId16" Type="http://schemas.openxmlformats.org/officeDocument/2006/relationships/hyperlink" Target="https://www.rottentomatoes.com/m/guys_and_balls/?utm_source=openai" TargetMode="External"/><Relationship Id="rId17" Type="http://schemas.openxmlformats.org/officeDocument/2006/relationships/hyperlink" Target="https://www.imdb.com/title/tt0375911/" TargetMode="External"/><Relationship Id="rId18" Type="http://schemas.openxmlformats.org/officeDocument/2006/relationships/hyperlink" Target="https://www.imdb.com/title/tt0375911/?utm_source=openai" TargetMode="External"/><Relationship Id="rId19" Type="http://schemas.openxmlformats.org/officeDocument/2006/relationships/hyperlink" Target="https://www.moviefone.com/movie/guys-balls/20018289/main/?utm_source=openai" TargetMode="External"/><Relationship Id="rId20" Type="http://schemas.openxmlformats.org/officeDocument/2006/relationships/hyperlink" Target="https://flixpatrol.com/title/guys-balls/?utm_source=openai" TargetMode="External"/><Relationship Id="rId21" Type="http://schemas.openxmlformats.org/officeDocument/2006/relationships/hyperlink" Target="https://orvel.me/guys-and-balls-2004-a-gay-comedy-film-by-sherry-horman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