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WerQfest 2026 Guide: What to Expect at St. Louis’s Top Black Queer Arts Festival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WerQfest’s 2026 return feels bigger, bolder and more joyful , who’s playing, what’s new, where to go and why this Black queer arts festival matters for St. Louis and beyond.</w:t>
      </w:r>
      <w:r/>
    </w:p>
    <w:p>
      <w:r/>
      <w:r>
        <w:t>Essential Takeaways</w:t>
      </w:r>
      <w:r/>
      <w:r/>
    </w:p>
    <w:p>
      <w:pPr>
        <w:pStyle w:val="ListBullet"/>
        <w:spacing w:line="240" w:lineRule="auto"/>
        <w:ind w:left="720"/>
      </w:pPr>
      <w:r/>
      <w:r>
        <w:rPr>
          <w:b/>
        </w:rPr>
        <w:t>When and where:</w:t>
      </w:r>
      <w:r>
        <w:t xml:space="preserve"> WerQfest 2026 takes place Saturday 11 July at The Atomic Pavilion by Jamo in St. Louis , a sunny, music-forward day of performances.</w:t>
      </w:r>
      <w:r/>
    </w:p>
    <w:p>
      <w:pPr>
        <w:pStyle w:val="ListBullet"/>
        <w:spacing w:line="240" w:lineRule="auto"/>
        <w:ind w:left="720"/>
      </w:pPr>
      <w:r/>
      <w:r>
        <w:rPr>
          <w:b/>
        </w:rPr>
        <w:t>Headliners to watch:</w:t>
      </w:r>
      <w:r>
        <w:t xml:space="preserve"> Platinum-selling rapper JT, RuPaul’s Drag Race Season 17 winner Onya Nurve, and rising genre-bender Infinite Coles bring star power and variety.</w:t>
      </w:r>
      <w:r/>
    </w:p>
    <w:p>
      <w:pPr>
        <w:pStyle w:val="ListBullet"/>
        <w:spacing w:line="240" w:lineRule="auto"/>
        <w:ind w:left="720"/>
      </w:pPr>
      <w:r/>
      <w:r>
        <w:rPr>
          <w:b/>
        </w:rPr>
        <w:t>Local heartbeat:</w:t>
      </w:r>
      <w:r>
        <w:t xml:space="preserve"> The lineup leans heavily on St. Louis talent , DJs Rico Steez, Nyara, Maxa, TreHitz, and performers like Kristopher Lay and Lala Ahmir.</w:t>
      </w:r>
      <w:r/>
    </w:p>
    <w:p>
      <w:pPr>
        <w:pStyle w:val="ListBullet"/>
        <w:spacing w:line="240" w:lineRule="auto"/>
        <w:ind w:left="720"/>
      </w:pPr>
      <w:r/>
      <w:r>
        <w:rPr>
          <w:b/>
        </w:rPr>
        <w:t>Community care:</w:t>
      </w:r>
      <w:r>
        <w:t xml:space="preserve"> Partners include Brandon Blackwood, the Department of Health and MISTR, offering sexual health resources , expect discreet PrEP and STI testing options.</w:t>
      </w:r>
      <w:r/>
    </w:p>
    <w:p>
      <w:pPr>
        <w:pStyle w:val="ListBullet"/>
        <w:spacing w:line="240" w:lineRule="auto"/>
        <w:ind w:left="720"/>
      </w:pPr>
      <w:r/>
      <w:r>
        <w:rPr>
          <w:b/>
        </w:rPr>
        <w:t>Vibe and purpose:</w:t>
      </w:r>
      <w:r>
        <w:t xml:space="preserve"> It’s equal parts party and platform , a celebration that intentionally uplifts Black queer creativity and careers.</w:t>
      </w:r>
      <w:r/>
      <w:r/>
    </w:p>
    <w:p>
      <w:pPr>
        <w:pStyle w:val="Heading2"/>
      </w:pPr>
      <w:r>
        <w:t>A headline day for Black queer joy , what that feels like</w:t>
      </w:r>
      <w:r/>
    </w:p>
    <w:p>
      <w:r/>
      <w:r>
        <w:t>You’ll spot the energy as soon as you arrive: bright costumes, pounding beats and people who’ve come to be seen and supported. WerQfest has grown from a local block-style gathering into a major cultural moment, and this year’s setting at The Atomic Pavilion promises a slicker production and a festival that feels deliberately celebratory. The sensory shorthand is simple , loud music, warm crowds, and a sense that this day was made for community.</w:t>
      </w:r>
      <w:r/>
    </w:p>
    <w:p>
      <w:r/>
      <w:r>
        <w:t>The festival’s founders, Tre'von Griffith and Shelton Boyd-Griffith, have steered WerQfest with an artist-first compass, and you can feel that in the bookings and programming. Expect sets that mix performance with fashion and theatricality, not just a succession of songs.</w:t>
      </w:r>
      <w:r/>
    </w:p>
    <w:p>
      <w:pPr>
        <w:pStyle w:val="Heading2"/>
      </w:pPr>
      <w:r>
        <w:t>Big names, new sounds , JT, Onya Nurve and Infinite Coles</w:t>
      </w:r>
      <w:r/>
    </w:p>
    <w:p>
      <w:r/>
      <w:r>
        <w:t>JT brings a confident, culture-shifting presence after her City Girls success; she’s as much a style force as a rapper, so the set will likely be as visual as it is musical. Onya Nurve arrives with fresh mainstream heat after her RuPaul’s Drag Race win , think high-glam, high-energy production numbers. Infinite Coles rounds out the headliners with a genre-blurring sound that folds hip-hop, R&amp;B and alternative influences into something intimate and modern.</w:t>
      </w:r>
      <w:r/>
    </w:p>
    <w:p>
      <w:r/>
      <w:r>
        <w:t>Together they signal WerQfest’s range: mainstream appeal and niche innovation side by side. If you’re picking sets to see, choose JT for fashion-forward hits, Onya Nurve for theatrical drag spectacle, and Infinite Coles if you want to discover a player on the rise.</w:t>
      </w:r>
      <w:r/>
    </w:p>
    <w:p>
      <w:pPr>
        <w:pStyle w:val="Heading2"/>
      </w:pPr>
      <w:r>
        <w:t>The local lineup keeps the day grounded and surprising</w:t>
      </w:r>
      <w:r/>
    </w:p>
    <w:p>
      <w:r/>
      <w:r>
        <w:t>WerQfest has always been rooted in St. Louis talent, and this year’s supporting slate honours that. DJs such as Rico Steez, Nyara and Maxa will keep momentum between headline moments, while TreHitz’s special set is billed as a crowd-pleaser. Local performers like Kristopher Lay, Lala Ahmir, Meadow Grace and K.Rush give the bill depth, and the curated beat battle from Volume Speaks with Vanessa Frost’s Frosty Revue adds competitive theatre.</w:t>
      </w:r>
      <w:r/>
    </w:p>
    <w:p>
      <w:r/>
      <w:r>
        <w:t>If you love scouting local acts, arrive early and leave room between sets , you’ll find artists who might be career-launchers in five years.</w:t>
      </w:r>
      <w:r/>
    </w:p>
    <w:p>
      <w:pPr>
        <w:pStyle w:val="Heading2"/>
      </w:pPr>
      <w:r>
        <w:t>Partnerships that matter , health, fashion and creative economy</w:t>
      </w:r>
      <w:r/>
    </w:p>
    <w:p>
      <w:r/>
      <w:r>
        <w:t>WerQfest’s sponsors read like a mix of lifestyle and public health partners , Brandon Blackwood returns with a fashion-forward presence, while MISTR brings free, discreet sexual-health services including PrEP and STI testing. That combination keeps the festival fun while attending to safety and wellbeing.</w:t>
      </w:r>
      <w:r/>
    </w:p>
    <w:p>
      <w:r/>
      <w:r>
        <w:t>Tre'von and Shelton’s backgrounds in both creative practice and advocacy mean the festival isn’t just celebratory theatre; it’s also infrastructure. Local coverage and awards have noted WerQfest’s impact on St. Louis’s creative economy, and this year’s partnerships continue that mission.</w:t>
      </w:r>
      <w:r/>
    </w:p>
    <w:p>
      <w:pPr>
        <w:pStyle w:val="Heading2"/>
      </w:pPr>
      <w:r>
        <w:t>Practical tips: planning your WerQfest day</w:t>
      </w:r>
      <w:r/>
    </w:p>
    <w:p>
      <w:r/>
      <w:r>
        <w:t>Buy tickets early , headline names and community buzz make this sell fast. Pack for comfort: a light jacket for evening, sun protection for daytime, and sensible shoes if you plan to dance. Line up a meet-up spot with friends , festival grounds can be packed and signal is sometimes spotty. If you want to access health services, check MISTR’s set-up early in the day for shorter waits.</w:t>
      </w:r>
      <w:r/>
    </w:p>
    <w:p>
      <w:r/>
      <w:r>
        <w:t>For photographers and style-watchers, bring a phone battery pack; for music hunters, map the schedule beforehand so you don’t miss emerging acts.</w:t>
      </w:r>
      <w:r/>
    </w:p>
    <w:p>
      <w:r/>
      <w:r>
        <w:t>It's a small change that can make every visit feel safer, louder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https://www.essence.com/lifestyle/werqfest-2026/</w:t>
        </w:r>
      </w:hyperlink>
      <w:r>
        <w:t xml:space="preserve"> - Please view link - unable to able to access data</w:t>
      </w:r>
      <w:r/>
    </w:p>
    <w:p>
      <w:pPr>
        <w:pStyle w:val="ListNumber"/>
        <w:spacing w:line="240" w:lineRule="auto"/>
        <w:ind w:left="720"/>
      </w:pPr>
      <w:r/>
      <w:hyperlink r:id="rId10">
        <w:r>
          <w:rPr>
            <w:color w:val="0000EE"/>
            <w:u w:val="single"/>
          </w:rPr>
          <w:t>https://www.werqfest.com/</w:t>
        </w:r>
      </w:hyperlink>
      <w:r>
        <w:t xml:space="preserve"> - WerQfest is an arts and culture festival in St. Louis, Missouri, dedicated to highlighting Black queer, trans, and non-binary communities. The festival uses the power of arts and entertainment to create safe spaces and amplify artists and organizations, celebrating artistry, identity, and inclusivity within the LGBTQIA+ community. The 2026 edition is scheduled for July 11, featuring a headlining lineup that includes platinum-selling rapper JT, RuPaul's Drag Race Season 17 winner Onya Nurve, and emerging genre-bending rapper Infinite Coles. The event will take place at The Atomic Pavilion by Jamo, with additional performances by DJs Rico Steez, Nyara, Maxa, and TreHitz, as well as artists Kristopher Lay, Lala Ahmir, Meadow Grace, and K.Rush. The festival is co-founded by Tre'von Griffith and Shelton Boyd-Griffith, who are committed to uplifting Black queer creativity and have been recognized for their impact on the creative economy. Tickets for the event are currently on sale.</w:t>
      </w:r>
      <w:r/>
    </w:p>
    <w:p>
      <w:pPr>
        <w:pStyle w:val="ListNumber"/>
        <w:spacing w:line="240" w:lineRule="auto"/>
        <w:ind w:left="720"/>
      </w:pPr>
      <w:r/>
      <w:hyperlink r:id="rId12">
        <w:r>
          <w:rPr>
            <w:color w:val="0000EE"/>
            <w:u w:val="single"/>
          </w:rPr>
          <w:t>https://www.stlamerican.com/arts-and-entertainment/living-it-arts-and-entertainment/6th-annual-werqfest-was-centered-by-black-queer-creative-expression/</w:t>
        </w:r>
      </w:hyperlink>
      <w:r>
        <w:t xml:space="preserve"> - The 6th Annual WerQfest, held on July 12, 2025, at The Atomic Pavilion, showcased Black queer creative expression. The festival featured performances by artists such as Avery Wilson, who recently starred in the Broadway revival of 'The Wiz,' and S.A.Y., an artist with an androgynous appearance and a poetic sound reminiscent of Erykah Badu. Other performers included Soumir, an emerging EDM star, and Golliday, a hometown R&amp;B diva. The event also featured local DJs like Masc_Error, Anansi Spins, DJ Naybahood, and DJ PBNJEFFY, who maintained the festival's high energy throughout the day. The festival was co-founded by Tre'von Griffith and Shelton Boyd-Griffith, who aimed to create a platform for Black queer artists and raise funds for local and national charitable organizations, including The Trevor Project and the Trans Housing Initiative of St. Louis.</w:t>
      </w:r>
      <w:r/>
    </w:p>
    <w:p>
      <w:pPr>
        <w:pStyle w:val="ListNumber"/>
        <w:spacing w:line="240" w:lineRule="auto"/>
        <w:ind w:left="720"/>
      </w:pPr>
      <w:r/>
      <w:hyperlink r:id="rId11">
        <w:r>
          <w:rPr>
            <w:color w:val="0000EE"/>
            <w:u w:val="single"/>
          </w:rPr>
          <w:t>https://stlouisarts.org/place/werqfest/</w:t>
        </w:r>
      </w:hyperlink>
      <w:r>
        <w:t xml:space="preserve"> - WerQfest is an arts and culture festival in St. Louis, Missouri, dedicated to highlighting the Black queer, trans, and non-binary community. The festival uses the power of arts and entertainment to create safe spaces and amplify artists and organizations, celebrating artistry, identity, and inclusivity within the LGBTQIA+ community. The 2026 edition is scheduled for July 11, featuring a headlining lineup that includes platinum-selling rapper JT, RuPaul's Drag Race Season 17 winner Onya Nurve, and emerging genre-bending rapper Infinite Coles. The event will take place at The Atomic Pavilion by Jamo, with additional performances by DJs Rico Steez, Nyara, Maxa, and TreHitz, as well as artists Kristopher Lay, Lala Ahmir, Meadow Grace, and K.Rush. The festival is co-founded by Tre'von Griffith and Shelton Boyd-Griffith, who are committed to uplifting Black queer creativity and have been recognized for their impact on the creative economy. Tickets for the event are currently on sale.</w:t>
      </w:r>
      <w:r/>
    </w:p>
    <w:p>
      <w:pPr>
        <w:pStyle w:val="ListNumber"/>
        <w:spacing w:line="240" w:lineRule="auto"/>
        <w:ind w:left="720"/>
      </w:pPr>
      <w:r/>
      <w:hyperlink r:id="rId13">
        <w:r>
          <w:rPr>
            <w:color w:val="0000EE"/>
            <w:u w:val="single"/>
          </w:rPr>
          <w:t>https://festivals.cinemastlouis.org/qfest2026/</w:t>
        </w:r>
      </w:hyperlink>
      <w:r>
        <w:t xml:space="preserve"> - QFest St. Louis is an annual celebration of LGBTQ+ film and queer culture, running from June 12 to June 21, 2026. The festival's theme, 'OUT, LOUD,' reflects ideas of visibility, resilience, and joy, bringing together films that challenge, provoke, and connect. The festival opens on June 12 with a 10th Anniversary screening and discussion of the film 'Moonlight,' which won the Academy Award for Best Picture. QFest 2026 also features contemporary queer cinema, including documentaries like 'Mary Oliver: Saved by the Beauty of the World' and 'The Dads,' about a community of fathers of trans and nonbinary children. The Trans Youth Art Sale returns for its second year at the Hi-Pointe, celebrating the creativity and talent of trans and nonbinary youth artists.</w:t>
      </w:r>
      <w:r/>
    </w:p>
    <w:p>
      <w:pPr>
        <w:pStyle w:val="ListNumber"/>
        <w:spacing w:line="240" w:lineRule="auto"/>
        <w:ind w:left="720"/>
      </w:pPr>
      <w:r/>
      <w:hyperlink r:id="rId14">
        <w:r>
          <w:rPr>
            <w:color w:val="0000EE"/>
            <w:u w:val="single"/>
          </w:rPr>
          <w:t>https://towergrovepride.com/</w:t>
        </w:r>
      </w:hyperlink>
      <w:r>
        <w:t xml:space="preserve"> - Tower Grove Pride is a community-powered independent Pride festival in St. Louis, Missouri, scheduled for September 26 and 27, 2026, at Tower Grove Park. The festival aims to support and promote social justice for every disadvantaged, oppressed, or undervalued community. The event will feature booths, sponsors, entertainers, volunteers, and parade walkers, with opportunities to sign up for each. The festival is designed to be welcoming, inclusive, and accessible for people of all ages, reflecting the creativity, diversity, and spirit that make PrideFest one of the Midwest’s premier celebrations of Pride.</w:t>
      </w:r>
      <w:r/>
    </w:p>
    <w:p>
      <w:pPr>
        <w:pStyle w:val="ListNumber"/>
        <w:spacing w:line="240" w:lineRule="auto"/>
        <w:ind w:left="720"/>
      </w:pPr>
      <w:r/>
      <w:hyperlink r:id="rId15">
        <w:r>
          <w:rPr>
            <w:color w:val="0000EE"/>
            <w:u w:val="single"/>
          </w:rPr>
          <w:t>https://explorestlouis.com/event/pridefest-2026/</w:t>
        </w:r>
      </w:hyperlink>
      <w:r>
        <w:t xml:space="preserve"> - PrideFest 2026 is scheduled to take place in downtown St. Louis on Saturday, June 27, and Sunday, June 28, 2026. The event brings together the LGBTQIA+ community and allies for a weekend of connection, visibility, and celebration. As the region’s largest Pride event, PrideFest continues Pride St. Louis’ mission to educate, advocate, and celebrate. The weekend will feature live entertainment, the Grand Pride Parade, community and nonprofit organizations, local and national vendors, family-friendly activities, and opportunities to engage with groups working to advance equality across the region. The festival is designed to be welcoming, inclusive, and accessible for people of all ages.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ssence.com/lifestyle/werqfest-2026/" TargetMode="External"/><Relationship Id="rId10" Type="http://schemas.openxmlformats.org/officeDocument/2006/relationships/hyperlink" Target="https://www.werqfest.com/" TargetMode="External"/><Relationship Id="rId11" Type="http://schemas.openxmlformats.org/officeDocument/2006/relationships/hyperlink" Target="https://stlouisarts.org/place/werqfest/" TargetMode="External"/><Relationship Id="rId12" Type="http://schemas.openxmlformats.org/officeDocument/2006/relationships/hyperlink" Target="https://www.stlamerican.com/arts-and-entertainment/living-it-arts-and-entertainment/6th-annual-werqfest-was-centered-by-black-queer-creative-expression/" TargetMode="External"/><Relationship Id="rId13" Type="http://schemas.openxmlformats.org/officeDocument/2006/relationships/hyperlink" Target="https://festivals.cinemastlouis.org/qfest2026/" TargetMode="External"/><Relationship Id="rId14" Type="http://schemas.openxmlformats.org/officeDocument/2006/relationships/hyperlink" Target="https://towergrovepride.com/" TargetMode="External"/><Relationship Id="rId15" Type="http://schemas.openxmlformats.org/officeDocument/2006/relationships/hyperlink" Target="https://explorestlouis.com/event/pridefest-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