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TV to Watch Next: Russell T Davies’ Tip Toe and What Comes After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flocking to Russell T Davies’ new drama Tip Toe, a stark five-part Channel 4 thriller that’s already earned international attention and prompted the writer to start sketching his next series , here’s why it matters, what to expect, and how to watch.</w:t>
      </w:r>
      <w:r/>
    </w:p>
    <w:p>
      <w:r/>
      <w:r>
        <w:t>Essential Takeaways</w:t>
      </w:r>
      <w:r/>
      <w:r/>
    </w:p>
    <w:p>
      <w:pPr>
        <w:pStyle w:val="ListBullet"/>
        <w:spacing w:line="240" w:lineRule="auto"/>
        <w:ind w:left="720"/>
      </w:pPr>
      <w:r/>
      <w:r>
        <w:rPr>
          <w:b/>
        </w:rPr>
        <w:t>New drama:</w:t>
      </w:r>
      <w:r>
        <w:t xml:space="preserve"> Tip Toe is a five-part Channel 4 thriller from Russell T Davies, released 31 May 2026 and starring Alan Cumming. </w:t>
      </w:r>
      <w:r/>
    </w:p>
    <w:p>
      <w:pPr>
        <w:pStyle w:val="ListBullet"/>
        <w:spacing w:line="240" w:lineRule="auto"/>
        <w:ind w:left="720"/>
      </w:pPr>
      <w:r/>
      <w:r>
        <w:rPr>
          <w:b/>
        </w:rPr>
        <w:t>Hard-hitting themes:</w:t>
      </w:r>
      <w:r>
        <w:t xml:space="preserve"> The series tackles rising anti-LGBTQ+ hostility with a raw, sometimes uncomfortable edge and a strong sense of place. </w:t>
      </w:r>
      <w:r/>
    </w:p>
    <w:p>
      <w:pPr>
        <w:pStyle w:val="ListBullet"/>
        <w:spacing w:line="240" w:lineRule="auto"/>
        <w:ind w:left="720"/>
      </w:pPr>
      <w:r/>
      <w:r>
        <w:rPr>
          <w:b/>
        </w:rPr>
        <w:t>International pick-up:</w:t>
      </w:r>
      <w:r>
        <w:t xml:space="preserve"> US broadcaster Starz has acquired rights for the US and Canada, with availability later in 2026. </w:t>
      </w:r>
      <w:r/>
    </w:p>
    <w:p>
      <w:pPr>
        <w:pStyle w:val="ListBullet"/>
        <w:spacing w:line="240" w:lineRule="auto"/>
        <w:ind w:left="720"/>
      </w:pPr>
      <w:r/>
      <w:r>
        <w:rPr>
          <w:b/>
        </w:rPr>
        <w:t>Davies is already writing again:</w:t>
      </w:r>
      <w:r>
        <w:t xml:space="preserve"> The writer says he’s planning another series, though it’s still in development. </w:t>
      </w:r>
      <w:r/>
    </w:p>
    <w:p>
      <w:pPr>
        <w:pStyle w:val="ListBullet"/>
        <w:spacing w:line="240" w:lineRule="auto"/>
        <w:ind w:left="720"/>
      </w:pPr>
      <w:r/>
      <w:r>
        <w:rPr>
          <w:b/>
        </w:rPr>
        <w:t>Viewing notes:</w:t>
      </w:r>
      <w:r>
        <w:t xml:space="preserve"> Expect intense performances, gritty Manchester locations, and storytelling that leans into social reality rather than easy comfort.</w:t>
      </w:r>
      <w:r/>
      <w:r/>
    </w:p>
    <w:p>
      <w:pPr>
        <w:pStyle w:val="Heading2"/>
      </w:pPr>
      <w:r>
        <w:t>Why Tip Toe landed as a timely, unsettling five-parter</w:t>
      </w:r>
      <w:r/>
    </w:p>
    <w:p>
      <w:r/>
      <w:r>
        <w:t>Tip Toe arrived with a sting: it’s lean, urgent and often hard to watch in the best possible way, with scenes that feel immediate and alive. Alan Cumming’s central turn gives the drama a magnetic quality, and the Canal Street setting adds a gritty, urban texture that grounds the story. Channel 4’s press materials positioned the series as a clear return for Davies to contemporary queer storytelling, and viewers have responded to the combination of tense plotting and emotional weight. If you like dramas that leave a residue, this one will stick with you.</w:t>
      </w:r>
      <w:r/>
    </w:p>
    <w:p>
      <w:pPr>
        <w:pStyle w:val="Heading2"/>
      </w:pPr>
      <w:r>
        <w:t>How the show connects to wider cultural conversations</w:t>
      </w:r>
      <w:r/>
    </w:p>
    <w:p>
      <w:r/>
      <w:r>
        <w:t>Russell T Davies has never shied away from contentious subjects, and Tip Toe plugs directly into current debates around rights, rhetoric and violence. Davies told attendees at the Attitude PRIDE Awards Europe that the drama reflects a broader slide toward hostility, a theme he’s explored before in series like It’s a Sin. So while the plot is specific , a neighbourhood and the people in it , the series deliberately echoes bigger political currents, which helps explain why international buyers like Starz were quick to show interest.</w:t>
      </w:r>
      <w:r/>
    </w:p>
    <w:p>
      <w:pPr>
        <w:pStyle w:val="Heading2"/>
      </w:pPr>
      <w:r>
        <w:t>Where to watch and what the US pick-up means</w:t>
      </w:r>
      <w:r/>
    </w:p>
    <w:p>
      <w:r/>
      <w:r>
        <w:t>Channel 4 broadcast Tip Toe from 31 May 2026, and first-look images and press releases helped build early buzz. Starz acquiring US and Canadian rights suggests the show will reach a much larger audience later in 2026, and that international platforms see appetite for Davies’ brand of socially charged drama. If you’re in the UK, keep an eye on Channel 4’s schedule and catch-up services; overseas viewers should watch for Starz release dates and regional listings.</w:t>
      </w:r>
      <w:r/>
    </w:p>
    <w:p>
      <w:pPr>
        <w:pStyle w:val="Heading2"/>
      </w:pPr>
      <w:r>
        <w:t>What Russell T Davies is planning next , and why that’s exciting</w:t>
      </w:r>
      <w:r/>
    </w:p>
    <w:p>
      <w:r/>
      <w:r>
        <w:t>Davies confirmed he’s already drafting another series, though he said the new project is still being written and may yet change. Given his track record , from the rave-era heartbreak of It’s a Sin to Tip Toe’s darker tension , it’s fair to expect material that mixes human detail with political urgency. He told the PRIDE Awards audience that he wants to keep writing this stuff as long as he can, which is good news for viewers who appreciate dramas that refuse to look away.</w:t>
      </w:r>
      <w:r/>
    </w:p>
    <w:p>
      <w:pPr>
        <w:pStyle w:val="Heading2"/>
      </w:pPr>
      <w:r>
        <w:t>Tips for viewers: who should watch and how to prepare</w:t>
      </w:r>
      <w:r/>
    </w:p>
    <w:p>
      <w:r/>
      <w:r>
        <w:t>If you prefer glossy escapism, Tip Toe may not be your cup of tea; the series is designed to unsettle and make you think. But if you value strong lead performances, realistic dialogue and stories that reflect contemporary anxieties, it’s worth scheduling an evening for. Watch with company if the subject matter feels heavy, and consider following up with interviews or comment pieces to add context , Davies often layers political commentary beneath the personal drama, and hearing him speak about the series helps unpack the themes.</w:t>
      </w:r>
      <w:r/>
    </w:p>
    <w:p>
      <w:r/>
      <w:r>
        <w:t>It's a small scheduling decision that can lead to a lot of conversation , and Davies shows no signs of slowing down.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[7]</w:t>
        </w:r>
      </w:hyperlink>
      <w:r>
        <w:t xml:space="preserve">- Paragraph 5: </w:t>
      </w:r>
      <w:hyperlink r:id="rId15">
        <w:r>
          <w:rPr>
            <w:color w:val="0000EE"/>
            <w:u w:val="single"/>
          </w:rPr>
          <w:t>[5]</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https://www.attitude.co.uk/culture/film-tv/tip-toe-russell-t-davies-new-show-channel-4-success-528160/</w:t>
        </w:r>
      </w:hyperlink>
      <w:r>
        <w:t xml:space="preserve"> - Please view link - unable to able to access data</w:t>
      </w:r>
      <w:r/>
    </w:p>
    <w:p>
      <w:pPr>
        <w:pStyle w:val="ListNumber"/>
        <w:spacing w:line="240" w:lineRule="auto"/>
        <w:ind w:left="720"/>
      </w:pPr>
      <w:r/>
      <w:hyperlink r:id="rId10">
        <w:r>
          <w:rPr>
            <w:color w:val="0000EE"/>
            <w:u w:val="single"/>
          </w:rPr>
          <w:t>https://www.channel4.com/press/news/russell-t-davies-returns-channel-4-brand-new-drama-tip-toe</w:t>
        </w:r>
      </w:hyperlink>
      <w:r>
        <w:t xml:space="preserve"> - Channel 4 has commissioned a new drama titled 'Tip Toe' from Russell T Davies, the creator of 'It's A Sin' and 'Queer as Folk'. The series, produced by Quay Street Productions, will explore the challenges facing the LGBTQ+ community today, focusing on the dangers of rising prejudice. The drama is set to be directed by Peter Hoar, with Nicola Shindler serving as an executive producer. Casting details will be announced in due course.</w:t>
      </w:r>
      <w:r/>
    </w:p>
    <w:p>
      <w:pPr>
        <w:pStyle w:val="ListNumber"/>
        <w:spacing w:line="240" w:lineRule="auto"/>
        <w:ind w:left="720"/>
      </w:pPr>
      <w:r/>
      <w:hyperlink r:id="rId12">
        <w:r>
          <w:rPr>
            <w:color w:val="0000EE"/>
            <w:u w:val="single"/>
          </w:rPr>
          <w:t>https://www.channel4.com/press/news/channel-4-releases-first-look-images-alan-cumming-and-david-morrissey-russell-t-davies</w:t>
        </w:r>
      </w:hyperlink>
      <w:r>
        <w:t xml:space="preserve"> - Channel 4 has released first-look images of Alan Cumming and David Morrissey in Russell T Davies' upcoming drama 'Tip Toe'. The series features Cumming as Leo, a vibrant gay bar owner in Manchester's Gay Village, and Morrissey as Clive, his unsmiling and troubled neighbour. The show is produced by Quay Street Productions and directed by Peter Hoar, with casting by Andy Pryor. The series is set to air on Channel 4.</w:t>
      </w:r>
      <w:r/>
    </w:p>
    <w:p>
      <w:pPr>
        <w:pStyle w:val="ListNumber"/>
        <w:spacing w:line="240" w:lineRule="auto"/>
        <w:ind w:left="720"/>
      </w:pPr>
      <w:r/>
      <w:hyperlink r:id="rId11">
        <w:r>
          <w:rPr>
            <w:color w:val="0000EE"/>
            <w:u w:val="single"/>
          </w:rPr>
          <w:t>https://www.techradar.com/streaming/entertainment/tip-toe-russell-t-davies-channel-4-recommendation</w:t>
        </w:r>
      </w:hyperlink>
      <w:r>
        <w:t xml:space="preserve"> - 'Tip Toe', Russell T Davies' new Channel 4 drama, is being hailed as one of the most powerful and urgent television shows of the year. The series centres on two neighbours in Manchester—Leo, a vibrant gay bar owner, and Clive, a conservative electrician. The show explores how emerging societal tensions and prejudices escalate into horrifying violence, making its premise hauntingly plausible and emotionally wrenching.</w:t>
      </w:r>
      <w:r/>
    </w:p>
    <w:p>
      <w:pPr>
        <w:pStyle w:val="ListNumber"/>
        <w:spacing w:line="240" w:lineRule="auto"/>
        <w:ind w:left="720"/>
      </w:pPr>
      <w:r/>
      <w:hyperlink r:id="rId15">
        <w:r>
          <w:rPr>
            <w:color w:val="0000EE"/>
            <w:u w:val="single"/>
          </w:rPr>
          <w:t>https://www.techradar.com/streaming/entertainment/tip-toe-release-date-time-channel-4</w:t>
        </w:r>
      </w:hyperlink>
      <w:r>
        <w:t xml:space="preserve"> - 'Tip Toe', Russell T Davies' new Channel 4 drama, premiered with its first two episodes released earlier in the week. The third episode is scheduled to air on Sunday, June 7, 2026, at 9 PM BST. The series centres on an escalating conflict between two neighbours in Manchester: Leo, a lively gay bar owner on Canal Street (played by Alan Cumming), and Clive, a conservative electrician with teenage sons (played by David Morrissey).</w:t>
      </w:r>
      <w:r/>
    </w:p>
    <w:p>
      <w:pPr>
        <w:pStyle w:val="ListNumber"/>
        <w:spacing w:line="240" w:lineRule="auto"/>
        <w:ind w:left="720"/>
      </w:pPr>
      <w:r/>
      <w:hyperlink r:id="rId13">
        <w:r>
          <w:rPr>
            <w:color w:val="0000EE"/>
            <w:u w:val="single"/>
          </w:rPr>
          <w:t>https://www.virginmedia.com/the-edit/tv/tip-toe-on-channel-4</w:t>
        </w:r>
      </w:hyperlink>
      <w:r>
        <w:t xml:space="preserve"> - 'Tip Toe' is a new drama from Russell T Davies, known for 'Doctor Who' and 'It's A Sin'. The series begins on Channel 4 HD on Sunday 31 May. The story revolves around Leo and Clive, neighbours in Manchester for 15 years. As societal tensions rise, their peaceful coexistence is threatened, leading to a conflict that questions modern safety and coexistence. The show balances gripping and shocking elements with heart and humour.</w:t>
      </w:r>
      <w:r/>
    </w:p>
    <w:p>
      <w:pPr>
        <w:pStyle w:val="ListNumber"/>
        <w:spacing w:line="240" w:lineRule="auto"/>
        <w:ind w:left="720"/>
      </w:pPr>
      <w:r/>
      <w:hyperlink r:id="rId14">
        <w:r>
          <w:rPr>
            <w:color w:val="0000EE"/>
            <w:u w:val="single"/>
          </w:rPr>
          <w:t>https://www.channel4.com/press/news/bafta-winning-writer-russell-t-davies-turns-his-hand-neighbourly-dispute-notes-promote</w:t>
        </w:r>
      </w:hyperlink>
      <w:r>
        <w:t xml:space="preserve"> - To promote 'Tip Toe', Channel 4's marketing team launched a campaign featuring oversized, mysterious notes on the sides of two houses in Salford. These notes, written by Russell T Davies, reflect the neighbourly antagonism central to the series. The campaign, titled 'Massive Aggressive Notes', introduces the main protagonists, Leo and Clive, and reveals key storylines before the show's premiere on 31 May.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culture/film-tv/tip-toe-russell-t-davies-new-show-channel-4-success-528160/" TargetMode="External"/><Relationship Id="rId10" Type="http://schemas.openxmlformats.org/officeDocument/2006/relationships/hyperlink" Target="https://www.channel4.com/press/news/russell-t-davies-returns-channel-4-brand-new-drama-tip-toe" TargetMode="External"/><Relationship Id="rId11" Type="http://schemas.openxmlformats.org/officeDocument/2006/relationships/hyperlink" Target="https://www.techradar.com/streaming/entertainment/tip-toe-russell-t-davies-channel-4-recommendation" TargetMode="External"/><Relationship Id="rId12" Type="http://schemas.openxmlformats.org/officeDocument/2006/relationships/hyperlink" Target="https://www.channel4.com/press/news/channel-4-releases-first-look-images-alan-cumming-and-david-morrissey-russell-t-davies" TargetMode="External"/><Relationship Id="rId13" Type="http://schemas.openxmlformats.org/officeDocument/2006/relationships/hyperlink" Target="https://www.virginmedia.com/the-edit/tv/tip-toe-on-channel-4" TargetMode="External"/><Relationship Id="rId14" Type="http://schemas.openxmlformats.org/officeDocument/2006/relationships/hyperlink" Target="https://www.channel4.com/press/news/bafta-winning-writer-russell-t-davies-turns-his-hand-neighbourly-dispute-notes-promote" TargetMode="External"/><Relationship Id="rId15" Type="http://schemas.openxmlformats.org/officeDocument/2006/relationships/hyperlink" Target="https://www.techradar.com/streaming/entertainment/tip-toe-release-date-time-channel-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