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Takeaways From the Viral “MAGA Gays” Reel Outside Trump Tower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a surprising mix of politics and Pride: a viral Instagram reel captured journalist Walter Masterson and trans youth activist Lorelai Crean interviewing self-identified “MAGA gays” outside Trump Tower in New York City, sparking debate about LGBTQ+ rights, misinformation and who shows up at Pride-adjacent events.</w:t>
      </w:r>
      <w:r/>
    </w:p>
    <w:p>
      <w:r/>
      <w:r>
        <w:t>Essential Takeaways</w:t>
      </w:r>
      <w:r/>
      <w:r/>
    </w:p>
    <w:p>
      <w:pPr>
        <w:pStyle w:val="ListBullet"/>
        <w:spacing w:line="240" w:lineRule="auto"/>
        <w:ind w:left="720"/>
      </w:pPr>
      <w:r/>
      <w:r>
        <w:rPr>
          <w:b/>
        </w:rPr>
        <w:t>Viral moment:</w:t>
      </w:r>
      <w:r>
        <w:t xml:space="preserve"> A street-interview clip featuring Masterson and Crean has been widely shared and discussed online, drawing sharp reactions. </w:t>
      </w:r>
      <w:r/>
    </w:p>
    <w:p>
      <w:pPr>
        <w:pStyle w:val="ListBullet"/>
        <w:spacing w:line="240" w:lineRule="auto"/>
        <w:ind w:left="720"/>
      </w:pPr>
      <w:r/>
      <w:r>
        <w:rPr>
          <w:b/>
        </w:rPr>
        <w:t>Misinformation flagged:</w:t>
      </w:r>
      <w:r>
        <w:t xml:space="preserve"> Interviewees pushed disputed claims about LGBTQ+ protections and HIV funding being safe or improved under the prior administration. </w:t>
      </w:r>
      <w:r/>
    </w:p>
    <w:p>
      <w:pPr>
        <w:pStyle w:val="ListBullet"/>
        <w:spacing w:line="240" w:lineRule="auto"/>
        <w:ind w:left="720"/>
      </w:pPr>
      <w:r/>
      <w:r>
        <w:rPr>
          <w:b/>
        </w:rPr>
        <w:t>Trans issues in focus:</w:t>
      </w:r>
      <w:r>
        <w:t xml:space="preserve"> Crean challenged assertions about trans healthcare, noting even New York hospitals have refused care to trans youth. </w:t>
      </w:r>
      <w:r/>
    </w:p>
    <w:p>
      <w:pPr>
        <w:pStyle w:val="ListBullet"/>
        <w:spacing w:line="240" w:lineRule="auto"/>
        <w:ind w:left="720"/>
      </w:pPr>
      <w:r/>
      <w:r>
        <w:rPr>
          <w:b/>
        </w:rPr>
        <w:t>Notable attendee:</w:t>
      </w:r>
      <w:r>
        <w:t xml:space="preserve"> Viewers identified one interviewee as Brandon Straka, a far-right influencer who pleaded guilty over Capitol riot conduct and was later pardoned. </w:t>
      </w:r>
      <w:r/>
    </w:p>
    <w:p>
      <w:pPr>
        <w:pStyle w:val="ListBullet"/>
        <w:spacing w:line="240" w:lineRule="auto"/>
        <w:ind w:left="720"/>
      </w:pPr>
      <w:r/>
      <w:r>
        <w:rPr>
          <w:b/>
        </w:rPr>
        <w:t>Public reaction:</w:t>
      </w:r>
      <w:r>
        <w:t xml:space="preserve"> Comments ranged from humour to alarm, illustrating how quickly these encounters become cultural touchstones.</w:t>
      </w:r>
      <w:r/>
      <w:r/>
    </w:p>
    <w:p>
      <w:pPr>
        <w:pStyle w:val="Heading2"/>
      </w:pPr>
      <w:r>
        <w:t>A clip that feels like a cultural Rorschach test</w:t>
      </w:r>
      <w:r/>
    </w:p>
    <w:p>
      <w:r/>
      <w:r>
        <w:t>The reel opens with Walter Masterson’s bemused line, and you can almost feel the tension , people talking past each other, phones buzzing in pockets. Social media users immediately amplified it because it’s vivid: a Pride-adjacent crowd, MAGA colours, and sharp questions about rights and science. The moment matters because it compresses weeks of political argument into a few brisk exchanges, and it smells faintly of spectacle.</w:t>
      </w:r>
      <w:r/>
    </w:p>
    <w:p>
      <w:pPr>
        <w:pStyle w:val="Heading2"/>
      </w:pPr>
      <w:r>
        <w:t>Why people were sceptical about the claims</w:t>
      </w:r>
      <w:r/>
    </w:p>
    <w:p>
      <w:r/>
      <w:r>
        <w:t>The interviewee asserts that workplace protections and HIV funding aren’t under threat and credits past administration efforts on HIV. But reporting has shown those kinds of claims need scrutiny. Viewers flagged inconsistencies quickly, and commentators treated parts of the interview as talking points rather than verifiable facts. If you’re trying to make sense of this yourself, check policy archives and public-health reporting rather than relying on a few minutes of street chat.</w:t>
      </w:r>
      <w:r/>
    </w:p>
    <w:p>
      <w:pPr>
        <w:pStyle w:val="Heading2"/>
      </w:pPr>
      <w:r>
        <w:t>Trans healthcare pushed into the spotlight</w:t>
      </w:r>
      <w:r/>
    </w:p>
    <w:p>
      <w:r/>
      <w:r>
        <w:t>When the debate turned to puberty blockers and medical care for trans youth, Lorelai Crean pushed back with concrete examples , saying some trans youth have been refused treatment even here in New York City. That exchange cuts to why these conversations are more than abstract: they affect access to care and everyday safety. For parents, carers and healthcare workers, the practical question is simple , what services exist locally and how do rights translate into access on the ground?</w:t>
      </w:r>
      <w:r/>
    </w:p>
    <w:p>
      <w:pPr>
        <w:pStyle w:val="Heading2"/>
      </w:pPr>
      <w:r>
        <w:t>The Brandon Straka angle: context matters</w:t>
      </w:r>
      <w:r/>
    </w:p>
    <w:p>
      <w:r/>
      <w:r>
        <w:t>Viewers noted that the man being interviewed appears to be Brandon Straka, a social-media influencer with a large following who pleaded guilty in 2021 to disorderly conduct related to the Capitol events and was later pardoned. The detail changed the conversation because it ties the reel into larger discussions about far-right organisers and how they engage with queer audiences. For readers who follow national politics, it’s a reminder that personalities often carry their own histories into on-the-street interviews.</w:t>
      </w:r>
      <w:r/>
    </w:p>
    <w:p>
      <w:pPr>
        <w:pStyle w:val="Heading2"/>
      </w:pPr>
      <w:r>
        <w:t>What this viral moment says about Pride and politics</w:t>
      </w:r>
      <w:r/>
    </w:p>
    <w:p>
      <w:r/>
      <w:r>
        <w:t>This clip landed just after New York City Pride, and it highlights how Pride spaces and surrounding events can become contested terrain. Some people go to celebrate; others make political statements. That reality is messy, but also valuable: it forces conversations that otherwise stay siloed. If you’re attending Pride events, expect a range of opinions and keep your own facts checked , and consider that a two-minute reel rarely tells the full story.</w:t>
      </w:r>
      <w:r/>
    </w:p>
    <w:p>
      <w:r/>
      <w:r>
        <w:t>It's a small, noisy slice of the culture wars that shows how quickly identity and ideology collide in public spaces.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0">
        <w:r>
          <w:rPr>
            <w:color w:val="0000EE"/>
            <w:u w:val="single"/>
          </w:rPr>
          <w:t>[2]</w:t>
        </w:r>
      </w:hyperlink>
      <w:r>
        <w:t xml:space="preserve">, </w:t>
      </w:r>
      <w:hyperlink r:id="rId13">
        <w:r>
          <w:rPr>
            <w:color w:val="0000EE"/>
            <w:u w:val="single"/>
          </w:rPr>
          <w:t>[7]</w:t>
        </w:r>
      </w:hyperlink>
      <w:r>
        <w:t xml:space="preserve">- Paragraph 4: </w:t>
      </w:r>
      <w:hyperlink r:id="rId10">
        <w:r>
          <w:rPr>
            <w:color w:val="0000EE"/>
            <w:u w:val="single"/>
          </w:rPr>
          <w:t>[2]</w:t>
        </w:r>
      </w:hyperlink>
      <w:r>
        <w:t xml:space="preserve">, </w:t>
      </w:r>
      <w:hyperlink r:id="rId11">
        <w:r>
          <w:rPr>
            <w:color w:val="0000EE"/>
            <w:u w:val="single"/>
          </w:rPr>
          <w:t>[4]</w:t>
        </w:r>
      </w:hyperlink>
      <w:r>
        <w:t xml:space="preserve">- Paragraph 5: </w:t>
      </w:r>
      <w:hyperlink r:id="rId14">
        <w:r>
          <w:rPr>
            <w:color w:val="0000EE"/>
            <w:u w:val="single"/>
          </w:rPr>
          <w:t>[5]</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https://www.thepinknews.com/2026/07/08/trump-tower-pride-gay-maga-2026/</w:t>
        </w:r>
      </w:hyperlink>
      <w:r>
        <w:t xml:space="preserve"> - Please view link - unable to able to access data</w:t>
      </w:r>
      <w:r/>
    </w:p>
    <w:p>
      <w:pPr>
        <w:pStyle w:val="ListNumber"/>
        <w:spacing w:line="240" w:lineRule="auto"/>
        <w:ind w:left="720"/>
      </w:pPr>
      <w:r/>
      <w:hyperlink r:id="rId10">
        <w:r>
          <w:rPr>
            <w:color w:val="0000EE"/>
            <w:u w:val="single"/>
          </w:rPr>
          <w:t>https://www.washingtonpost.com/local/legal-issues/brandon-straka-guilty-plea-capitol-riot/2021/10/06/7ac9397a-26d5-11ec-8831-a31e7b3de188_story.html</w:t>
        </w:r>
      </w:hyperlink>
      <w:r>
        <w:t xml:space="preserve"> - Brandon Straka, a pro-Trump social media influencer and founder of the 'WalkAway' movement, pleaded guilty to disorderly conduct during the January 6 Capitol riot. He admitted to recording himself urging a crowd to wrest a riot shield from a police officer and shouting 'Take it! Take it!' He faces a maximum of six months in prison. Prosecutors dropped a felony count of impeding police during civil disorder as part of the plea agreement, and Straka agreed to cooperate with authorities by providing evidence and participating in a law enforcement interview.</w:t>
      </w:r>
      <w:r/>
    </w:p>
    <w:p>
      <w:pPr>
        <w:pStyle w:val="ListNumber"/>
        <w:spacing w:line="240" w:lineRule="auto"/>
        <w:ind w:left="720"/>
      </w:pPr>
      <w:r/>
      <w:hyperlink r:id="rId12">
        <w:r>
          <w:rPr>
            <w:color w:val="0000EE"/>
            <w:u w:val="single"/>
          </w:rPr>
          <w:t>https://www.axios.com/2021/10/07/maga-social-media-influencer-pleads-guilty-capitol-riot</w:t>
        </w:r>
      </w:hyperlink>
      <w:r>
        <w:t xml:space="preserve"> - Brandon Straka, a pro-Trump social media influencer and founder of the 'WalkAway Campaign,' pleaded guilty to a misdemeanor charge of disorderly conduct for his involvement in the January 6 Capitol riot. As part of a plea deal, federal prosecutors dropped a more serious felony charge of impeding police during civil disorder. In exchange for the reduced charge, Straka agreed to cooperate with authorities, providing evidence and participating in a law enforcement interview. His sentencing is scheduled for December 17, according to reports from The Washington Post.</w:t>
      </w:r>
      <w:r/>
    </w:p>
    <w:p>
      <w:pPr>
        <w:pStyle w:val="ListNumber"/>
        <w:spacing w:line="240" w:lineRule="auto"/>
        <w:ind w:left="720"/>
      </w:pPr>
      <w:r/>
      <w:hyperlink r:id="rId11">
        <w:r>
          <w:rPr>
            <w:color w:val="0000EE"/>
            <w:u w:val="single"/>
          </w:rPr>
          <w:t>https://www.axios.com/2025/01/21/trump-pardons-jan-6-defendants</w:t>
        </w:r>
      </w:hyperlink>
      <w:r>
        <w:t xml:space="preserve"> - On January 21, 2025, President Trump issued a sweeping executive order granting 'full, complete and unconditional pardons' to the majority of individuals charged in connection with the January 6 Capitol riot. Among the approximately 1,500 people pardoned and 14 whose sentences were commuted were leaders of extremist groups such as the Proud Boys and Oath Keepers, who had been convicted of seditious conspiracy. Notably, Enrique Tarrio, a former Proud Boys leader sentenced to 22 years, was among those pardoned.</w:t>
      </w:r>
      <w:r/>
    </w:p>
    <w:p>
      <w:pPr>
        <w:pStyle w:val="ListNumber"/>
        <w:spacing w:line="240" w:lineRule="auto"/>
        <w:ind w:left="720"/>
      </w:pPr>
      <w:r/>
      <w:hyperlink r:id="rId14">
        <w:r>
          <w:rPr>
            <w:color w:val="0000EE"/>
            <w:u w:val="single"/>
          </w:rPr>
          <w:t>https://www.wowt.com/2025/01/23/omaha-man-among-those-pardoned-participation-january-6-riot-us-capitol/</w:t>
        </w:r>
      </w:hyperlink>
      <w:r>
        <w:t xml:space="preserve"> - An Omaha man convicted for his participation in the January 6th riots received a presidential pardon. Brandon Straka, a social media influencer and founder of the #WalkAway campaign, was also at the U.S. Capitol on Jan. 6, 2021, and later pleaded guilty to one count of disorderly conduct in a Capitol building as part of a plea agreement. For that, he received a three-year probation sentence, which he said would have ended Thursday. Regardless, he told First Alert 6 Wednesday that he was relieved when he got his pardon from President Donald Trump Monday night.</w:t>
      </w:r>
      <w:r/>
    </w:p>
    <w:p>
      <w:pPr>
        <w:pStyle w:val="ListNumber"/>
        <w:spacing w:line="240" w:lineRule="auto"/>
        <w:ind w:left="720"/>
      </w:pPr>
      <w:r/>
      <w:hyperlink r:id="rId15">
        <w:r>
          <w:rPr>
            <w:color w:val="0000EE"/>
            <w:u w:val="single"/>
          </w:rPr>
          <w:t>https://www.ketv.com/article/trump-pardons-omaha-man-convicted-january-6-riot/63495684</w:t>
        </w:r>
      </w:hyperlink>
      <w:r>
        <w:t xml:space="preserve"> - An Omaha man convicted for his role in the Jan. 6, 2021 riot at the U.S. Capitol was pardoned by President Donald Trump. Brandon Straka was included in the 1,500-plus people who were pardoned. Straka was arrested in January 2021 in connection with the Capitol riots. He was charged with impeding law enforcement officers during civil disorders, knowingly entering restricted grounds and engaging in disorderly conduct with intent to disturb a hearing before Congress, according to NBC New York. In October the same year, he pleaded guilty to one count of disorderly conduct in a Capitol building as part of a plea deal and received a three-year probation sentence, but was pardoned by Trump in January 2025 days before his sentence would have ended, as per WSAZ3.</w:t>
      </w:r>
      <w:r/>
    </w:p>
    <w:p>
      <w:pPr>
        <w:pStyle w:val="ListNumber"/>
        <w:spacing w:line="240" w:lineRule="auto"/>
        <w:ind w:left="720"/>
      </w:pPr>
      <w:r/>
      <w:hyperlink r:id="rId13">
        <w:r>
          <w:rPr>
            <w:color w:val="0000EE"/>
            <w:u w:val="single"/>
          </w:rPr>
          <w:t>https://www.youtube.com/watch?v=gNWyfpcJJuk</w:t>
        </w:r>
      </w:hyperlink>
      <w:r>
        <w:t xml:space="preserve"> - A video from WUSA9 reports on Brandon Straka, a speaker at the 'Stop the Steal' rally, pleading guilty in the Capitol riot case. Straka, 43, is the founder of the #WalkAway social media campaign. He pleaded guilty to one count of disorderly conduct on January 6. The video provides details about his involvement and the legal proceedings.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08/trump-tower-pride-gay-maga-2026/" TargetMode="External"/><Relationship Id="rId10" Type="http://schemas.openxmlformats.org/officeDocument/2006/relationships/hyperlink" Target="https://www.washingtonpost.com/local/legal-issues/brandon-straka-guilty-plea-capitol-riot/2021/10/06/7ac9397a-26d5-11ec-8831-a31e7b3de188_story.html" TargetMode="External"/><Relationship Id="rId11" Type="http://schemas.openxmlformats.org/officeDocument/2006/relationships/hyperlink" Target="https://www.axios.com/2025/01/21/trump-pardons-jan-6-defendants" TargetMode="External"/><Relationship Id="rId12" Type="http://schemas.openxmlformats.org/officeDocument/2006/relationships/hyperlink" Target="https://www.axios.com/2021/10/07/maga-social-media-influencer-pleads-guilty-capitol-riot" TargetMode="External"/><Relationship Id="rId13" Type="http://schemas.openxmlformats.org/officeDocument/2006/relationships/hyperlink" Target="https://www.youtube.com/watch?v=gNWyfpcJJuk" TargetMode="External"/><Relationship Id="rId14" Type="http://schemas.openxmlformats.org/officeDocument/2006/relationships/hyperlink" Target="https://www.wowt.com/2025/01/23/omaha-man-among-those-pardoned-participation-january-6-riot-us-capitol/" TargetMode="External"/><Relationship Id="rId15" Type="http://schemas.openxmlformats.org/officeDocument/2006/relationships/hyperlink" Target="https://www.ketv.com/article/trump-pardons-omaha-man-convicted-january-6-riot/6349568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