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Vibes Block Party Guide: Celebrate Trans Joy in Philadelphia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for community events like William Way’s Summer Vibes Block Party, a free, celebratory afternoon on July 18 that spotlights trans joy, local artists and vendors , and matters because it creates a safe, lively space for trans people and allies in the middle of a fraught political moment.</w:t>
      </w:r>
      <w:r/>
    </w:p>
    <w:p>
      <w:r/>
      <w:r>
        <w:t>Essential Takeaways</w:t>
      </w:r>
      <w:r/>
      <w:r/>
    </w:p>
    <w:p>
      <w:pPr>
        <w:pStyle w:val="ListBullet"/>
        <w:spacing w:line="240" w:lineRule="auto"/>
        <w:ind w:left="720"/>
      </w:pPr>
      <w:r/>
      <w:r>
        <w:rPr>
          <w:b/>
        </w:rPr>
        <w:t>What:</w:t>
      </w:r>
      <w:r>
        <w:t xml:space="preserve"> Free Summer Vibes Block Party hosted by William Way’s Arcila-Adams Trans Resource Center, 4–7 p.m., July 18. </w:t>
      </w:r>
      <w:r/>
    </w:p>
    <w:p>
      <w:pPr>
        <w:pStyle w:val="ListBullet"/>
        <w:spacing w:line="240" w:lineRule="auto"/>
        <w:ind w:left="720"/>
      </w:pPr>
      <w:r/>
      <w:r>
        <w:rPr>
          <w:b/>
        </w:rPr>
        <w:t>Where:</w:t>
      </w:r>
      <w:r>
        <w:t xml:space="preserve"> Church of Saint Luke &amp; The Epiphany (next to William Way), 330 S. 13th St., Philadelphia. </w:t>
      </w:r>
      <w:r/>
    </w:p>
    <w:p>
      <w:pPr>
        <w:pStyle w:val="ListBullet"/>
        <w:spacing w:line="240" w:lineRule="auto"/>
        <w:ind w:left="720"/>
      </w:pPr>
      <w:r/>
      <w:r>
        <w:rPr>
          <w:b/>
        </w:rPr>
        <w:t>What to expect:</w:t>
      </w:r>
      <w:r>
        <w:t xml:space="preserve"> Live performances from local LGBTQ+ artists, a trans vendor market, food options covering dietary needs, games, art projects and workshops. </w:t>
      </w:r>
      <w:r/>
    </w:p>
    <w:p>
      <w:pPr>
        <w:pStyle w:val="ListBullet"/>
        <w:spacing w:line="240" w:lineRule="auto"/>
        <w:ind w:left="720"/>
      </w:pPr>
      <w:r/>
      <w:r>
        <w:rPr>
          <w:b/>
        </w:rPr>
        <w:t>Vibe:</w:t>
      </w:r>
      <w:r>
        <w:t xml:space="preserve"> Joyful, accessible and community-driven, with a sturdy focus on safety, resilience and in-community support. </w:t>
      </w:r>
      <w:r/>
    </w:p>
    <w:p>
      <w:pPr>
        <w:pStyle w:val="ListBullet"/>
        <w:spacing w:line="240" w:lineRule="auto"/>
        <w:ind w:left="720"/>
      </w:pPr>
      <w:r/>
      <w:r>
        <w:rPr>
          <w:b/>
        </w:rPr>
        <w:t>Why go:</w:t>
      </w:r>
      <w:r>
        <w:t xml:space="preserve"> It’s both a celebration of trans culture and practical space for connection and resources during a time of increased anti-trans political activity.</w:t>
      </w:r>
      <w:r/>
      <w:r/>
    </w:p>
    <w:p>
      <w:pPr>
        <w:pStyle w:val="Heading2"/>
      </w:pPr>
      <w:r>
        <w:t>A joyful respite when it’s needed most</w:t>
      </w:r>
      <w:r/>
    </w:p>
    <w:p>
      <w:r/>
      <w:r>
        <w:t>Kick off your shoes, or at least loosen them, and feel the difference: this isn’t a fundraiser masquerading as a party, it’s a deliberately joyous space made by and for trans people and their allies. Organisers say they programme Summer Vibes as an alternative to constant visibility framed by grief, and the festival vibe is meant to offer a real, tactile boost of community. Expect music, laughter and the low hum of people connecting over food and art.</w:t>
      </w:r>
      <w:r/>
    </w:p>
    <w:p>
      <w:pPr>
        <w:pStyle w:val="Heading2"/>
      </w:pPr>
      <w:r>
        <w:t>How the event grew and why timing matters</w:t>
      </w:r>
      <w:r/>
    </w:p>
    <w:p>
      <w:r/>
      <w:r>
        <w:t>This is the fifth annual edition, arriving as William Way marks its 50th anniversary, which gives the party a double serve of milestone energy. Organisers have increasingly leaned into hiring in-community vendors, performers and caterers so the benefits stay local. It also lands in a tense political climate, with organisers pointing to repeated attempts at anti-trans legislation as a reason to keep building spaces of support and celebration.</w:t>
      </w:r>
      <w:r/>
    </w:p>
    <w:p>
      <w:pPr>
        <w:pStyle w:val="Heading2"/>
      </w:pPr>
      <w:r>
        <w:t>What’s on the menu , literally and culturally</w:t>
      </w:r>
      <w:r/>
    </w:p>
    <w:p>
      <w:r/>
      <w:r>
        <w:t>If you love the idea of supportive community and decent food, you’ll be pleased: Paynter’s Platters and other local vendors will offer selections for a range of dietary preferences and restrictions, so vegetarians, gluten-aware folks and others aren’t left out. Beyond food, the day will mix live performances with hands-on activities , expect art projects, games and workshops that centre trans culture and creativity, not just resources.</w:t>
      </w:r>
      <w:r/>
    </w:p>
    <w:p>
      <w:pPr>
        <w:pStyle w:val="Heading2"/>
      </w:pPr>
      <w:r>
        <w:t>The trans vendor market: how to shop with impact</w:t>
      </w:r>
      <w:r/>
    </w:p>
    <w:p>
      <w:r/>
      <w:r>
        <w:t>A reintroduced trans vendor market gives you a tidy way to put your money where your values are. While the event is free, purchasing from makers and sellers who identify as trans directly supports livelihoods and community resilience. Bring cash or cards, ask questions about makers’ stories, and remember small purchases can mean a lot to independent creatives.</w:t>
      </w:r>
      <w:r/>
    </w:p>
    <w:p>
      <w:pPr>
        <w:pStyle w:val="Heading2"/>
      </w:pPr>
      <w:r>
        <w:t>Practical planning tips for attendees</w:t>
      </w:r>
      <w:r/>
    </w:p>
    <w:p>
      <w:r/>
      <w:r>
        <w:t>Arrive early to catch performances and to get the best browsing time at the vendor stalls. The event takes place next to William Way at the Church of Saint Luke &amp; The Epiphany, which helps with accessibility and shelter options. If you need specific accommodations, check William Way’s website ahead of time for listings and contact info. Finally, bring a friend if you want company, but come alone if you need community , both are welcome.</w:t>
      </w:r>
      <w:r/>
    </w:p>
    <w:p>
      <w:r/>
      <w:r>
        <w:t>It's a small change that can make every gathering feel safer and more celebratory.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1">
        <w:r>
          <w:rPr>
            <w:color w:val="0000EE"/>
            <w:u w:val="single"/>
          </w:rPr>
          <w:t>[3]</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https://epgn.com/2026/07/08/william-way-will-mark-50-years-with-fifth-annual-summer-vibes-block-party/</w:t>
        </w:r>
      </w:hyperlink>
      <w:r>
        <w:t xml:space="preserve"> - Please view link - unable to able to access data</w:t>
      </w:r>
      <w:r/>
    </w:p>
    <w:p>
      <w:pPr>
        <w:pStyle w:val="ListNumber"/>
        <w:spacing w:line="240" w:lineRule="auto"/>
        <w:ind w:left="720"/>
      </w:pPr>
      <w:r/>
      <w:hyperlink r:id="rId10">
        <w:r>
          <w:rPr>
            <w:color w:val="0000EE"/>
            <w:u w:val="single"/>
          </w:rPr>
          <w:t>https://www.waygay.org/summervibes</w:t>
        </w:r>
      </w:hyperlink>
      <w:r>
        <w:t xml:space="preserve"> - The William Way LGBT Community Center is hosting its annual Summer Vibes Block Party on July 18, 2026, from 4 PM to 7 PM at Saint Luke’s Church, 330 S. 13th Street. This free event celebrates Trans Joy with live entertainment, food from local vendors, and activities that highlight trans culture and identity. The event is sponsored by Free People, a lifestyle retailer supporting the trans community. For more details, visit the official event page.</w:t>
      </w:r>
      <w:r/>
    </w:p>
    <w:p>
      <w:pPr>
        <w:pStyle w:val="ListNumber"/>
        <w:spacing w:line="240" w:lineRule="auto"/>
        <w:ind w:left="720"/>
      </w:pPr>
      <w:r/>
      <w:hyperlink r:id="rId11">
        <w:r>
          <w:rPr>
            <w:color w:val="0000EE"/>
            <w:u w:val="single"/>
          </w:rPr>
          <w:t>https://www.waygay.org/trans/</w:t>
        </w:r>
      </w:hyperlink>
      <w:r>
        <w:t xml:space="preserve"> - The Arcila-Adams Trans Resource Center, located on the fourth floor of the William Way LGBT Community Center, was dedicated in November 2019. Its mission is to connect trans and gender non-conforming individuals to opportunities, services, resources, and each other, aiming for a stronger, healthier, and more equitable world for trans people and their allies. The center offers various programs and services to support the trans community.</w:t>
      </w:r>
      <w:r/>
    </w:p>
    <w:p>
      <w:pPr>
        <w:pStyle w:val="ListNumber"/>
        <w:spacing w:line="240" w:lineRule="auto"/>
        <w:ind w:left="720"/>
      </w:pPr>
      <w:r/>
      <w:hyperlink r:id="rId12">
        <w:r>
          <w:rPr>
            <w:color w:val="0000EE"/>
            <w:u w:val="single"/>
          </w:rPr>
          <w:t>https://www.waygay.org/trans</w:t>
        </w:r>
      </w:hyperlink>
      <w:r>
        <w:t xml:space="preserve"> - The William Way LGBT Community Center offers a range of programs for trans and gender non-conforming community members. These include 'Our’s Truly,' a social and support initiative, Trans Day of Remembrance, Trans Day of Visibility Fashion Show &amp; Vendor Market, and the annual Summer Vibes Block Party. These programs aim to empower and uplift transgender and gender-diverse individuals by providing safe and affirming community spaces.</w:t>
      </w:r>
      <w:r/>
    </w:p>
    <w:p>
      <w:pPr>
        <w:pStyle w:val="ListNumber"/>
        <w:spacing w:line="240" w:lineRule="auto"/>
        <w:ind w:left="720"/>
      </w:pPr>
      <w:r/>
      <w:hyperlink r:id="rId13">
        <w:r>
          <w:rPr>
            <w:color w:val="0000EE"/>
            <w:u w:val="single"/>
          </w:rPr>
          <w:t>https://www.waygay.org/</w:t>
        </w:r>
      </w:hyperlink>
      <w:r>
        <w:t xml:space="preserve"> - Established in 1976, the William Way LGBT Community Center serves the LGBTQIA+ community in Philadelphia and the surrounding Delaware Valley. Located at 1315 Spruce Street in the Gayborhood, the center offers a 14,000-volume lending library, a world-class LGBTQ+ history archive, public art and exhibition spaces, and multiple community meeting areas. It provides a welcoming environment for individuals to connect, share, and engage in various activities.</w:t>
      </w:r>
      <w:r/>
    </w:p>
    <w:p>
      <w:pPr>
        <w:pStyle w:val="ListNumber"/>
        <w:spacing w:line="240" w:lineRule="auto"/>
        <w:ind w:left="720"/>
      </w:pPr>
      <w:r/>
      <w:hyperlink r:id="rId14">
        <w:r>
          <w:rPr>
            <w:color w:val="0000EE"/>
            <w:u w:val="single"/>
          </w:rPr>
          <w:t>https://www.waygay.org/summer</w:t>
        </w:r>
      </w:hyperlink>
      <w:r>
        <w:t xml:space="preserve"> - The William Way LGBT Community Center celebrates summer with a variety of events, including community art projects, film screenings, social events, and wellness programs. Notable events include Monday Pride Night events in June, a Pride Month Life Drawing Session, and the '19 Portraits: Honoring Black LGBTQ+ Philadelphians' exhibition. These activities aim to foster community engagement and celebrate LGBTQ+ culture and history.</w:t>
      </w:r>
      <w:r/>
    </w:p>
    <w:p>
      <w:pPr>
        <w:pStyle w:val="ListNumber"/>
        <w:spacing w:line="240" w:lineRule="auto"/>
        <w:ind w:left="720"/>
      </w:pPr>
      <w:r/>
      <w:hyperlink r:id="rId15">
        <w:r>
          <w:rPr>
            <w:color w:val="0000EE"/>
            <w:u w:val="single"/>
          </w:rPr>
          <w:t>https://www.waygay.org/trc</w:t>
        </w:r>
      </w:hyperlink>
      <w:r>
        <w:t xml:space="preserve"> - The Arcila-Adams Trans Resource Center, dedicated in November 2019, is located on the fourth floor of the William Way LGBT Community Center. Its mission is to connect trans and gender non-conforming individuals to opportunities, services, resources, and each other, striving for a stronger, healthier, and more equitable world for trans people and their allies. The center offers various programs and services to support the trans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08/william-way-will-mark-50-years-with-fifth-annual-summer-vibes-block-party/" TargetMode="External"/><Relationship Id="rId10" Type="http://schemas.openxmlformats.org/officeDocument/2006/relationships/hyperlink" Target="https://www.waygay.org/summervibes" TargetMode="External"/><Relationship Id="rId11" Type="http://schemas.openxmlformats.org/officeDocument/2006/relationships/hyperlink" Target="https://www.waygay.org/trans/" TargetMode="External"/><Relationship Id="rId12" Type="http://schemas.openxmlformats.org/officeDocument/2006/relationships/hyperlink" Target="https://www.waygay.org/trans" TargetMode="External"/><Relationship Id="rId13" Type="http://schemas.openxmlformats.org/officeDocument/2006/relationships/hyperlink" Target="https://www.waygay.org/" TargetMode="External"/><Relationship Id="rId14" Type="http://schemas.openxmlformats.org/officeDocument/2006/relationships/hyperlink" Target="https://www.waygay.org/summer" TargetMode="External"/><Relationship Id="rId15" Type="http://schemas.openxmlformats.org/officeDocument/2006/relationships/hyperlink" Target="https://www.waygay.org/tr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