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Straight Actors Who Played Gay Roles — Why It Still Matters for LGBTQ+ Representation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streamers are still watching straight stars play queer characters, and the trend raises big questions about visibility and opportunity for out LGBTQ+ actors. Here’s a lively look at who’s been cast, why it matters, and how audiences and industry can push for fairer representation.</w:t>
      </w:r>
      <w:r/>
    </w:p>
    <w:p>
      <w:r/>
      <w:r>
        <w:t>Essential Takeaways</w:t>
      </w:r>
      <w:r/>
      <w:r/>
    </w:p>
    <w:p>
      <w:pPr>
        <w:pStyle w:val="ListBullet"/>
        <w:spacing w:line="240" w:lineRule="auto"/>
        <w:ind w:left="720"/>
      </w:pPr>
      <w:r/>
      <w:r>
        <w:rPr>
          <w:b/>
        </w:rPr>
        <w:t>Big-name casting:</w:t>
      </w:r>
      <w:r>
        <w:t xml:space="preserve"> Major Hollywood stars from Tom Hanks to Heath Ledger have taken on high-profile gay roles, giving queer stories mainstream reach.</w:t>
      </w:r>
      <w:r/>
    </w:p>
    <w:p>
      <w:pPr>
        <w:pStyle w:val="ListBullet"/>
        <w:spacing w:line="240" w:lineRule="auto"/>
        <w:ind w:left="720"/>
      </w:pPr>
      <w:r/>
      <w:r>
        <w:rPr>
          <w:b/>
        </w:rPr>
        <w:t>Awards and impact:</w:t>
      </w:r>
      <w:r>
        <w:t xml:space="preserve"> Many straight actors won awards for queer parts, which can spotlight issues but also centre non-LGBTQ+ voices.</w:t>
      </w:r>
      <w:r/>
    </w:p>
    <w:p>
      <w:pPr>
        <w:pStyle w:val="ListBullet"/>
        <w:spacing w:line="240" w:lineRule="auto"/>
        <w:ind w:left="720"/>
      </w:pPr>
      <w:r/>
      <w:r>
        <w:rPr>
          <w:b/>
        </w:rPr>
        <w:t>Out actors still sidelined:</w:t>
      </w:r>
      <w:r>
        <w:t xml:space="preserve"> Openly LGBTQ+ performers often struggle to land a wide range of roles, even while straight actors play queer characters.</w:t>
      </w:r>
      <w:r/>
    </w:p>
    <w:p>
      <w:pPr>
        <w:pStyle w:val="ListBullet"/>
        <w:spacing w:line="240" w:lineRule="auto"/>
        <w:ind w:left="720"/>
      </w:pPr>
      <w:r/>
      <w:r>
        <w:rPr>
          <w:b/>
        </w:rPr>
        <w:t>Nuance matters:</w:t>
      </w:r>
      <w:r>
        <w:t xml:space="preserve"> Biopics and historical dramas require sensitivity , casting choices affect authenticity and the careers of LGBTQ+ talent.</w:t>
      </w:r>
      <w:r/>
    </w:p>
    <w:p>
      <w:pPr>
        <w:pStyle w:val="ListBullet"/>
        <w:spacing w:line="240" w:lineRule="auto"/>
        <w:ind w:left="720"/>
      </w:pPr>
      <w:r/>
      <w:r>
        <w:rPr>
          <w:b/>
        </w:rPr>
        <w:t>How viewers can help:</w:t>
      </w:r>
      <w:r>
        <w:t xml:space="preserve"> Seek out films and shows featuring queer creators and actors, and support accurate, lived-experience storytelling.</w:t>
      </w:r>
      <w:r/>
      <w:r/>
    </w:p>
    <w:p>
      <w:pPr>
        <w:pStyle w:val="Heading2"/>
      </w:pPr>
      <w:r>
        <w:t>A-list names brought queer stories to millions , and stirred debate</w:t>
      </w:r>
      <w:r/>
    </w:p>
    <w:p>
      <w:r/>
      <w:r>
        <w:t>Big performances drew attention to LGBTQ+ histories and tragedies, and often moved mainstream audiences in ways smaller, indie projects couldn’t. Tom Hanks in Philadelphia and Sean Penn in Milk helped make AIDS-era and gay-rights stories part of the cultural conversation, and Heath Ledger and Jake Gyllenhaal’s Brokeback Mountain brought a tender, tragic love story to the Oscars stage. But while those portrayals broadened visibility, they also sparked questions about who benefits from that visibility and whether queer performers get equal chances afterward.</w:t>
      </w:r>
      <w:r/>
    </w:p>
    <w:p>
      <w:pPr>
        <w:pStyle w:val="Heading2"/>
      </w:pPr>
      <w:r>
        <w:t>Why awards season amplifies the dilemma</w:t>
      </w:r>
      <w:r/>
    </w:p>
    <w:p>
      <w:r/>
      <w:r>
        <w:t>When straight actors win Oscars or BAFTAs for playing queer figures, the films gain reach , and so do the actors’ careers. That visibility can be a double-edged sword: audiences learn about important histories like Alan Turing’s life in The Imitation Game, but awards can also mean gatekeepers keep equating "prestige" queer stories with straight-star casting. It becomes a pattern: prestige equals big-name casting, and that can narrow pathways for out LGBTQ+ performers hoping to tell their own stories on equal footing.</w:t>
      </w:r>
      <w:r/>
    </w:p>
    <w:p>
      <w:pPr>
        <w:pStyle w:val="Heading2"/>
      </w:pPr>
      <w:r>
        <w:t>Out actors juggling straight and queer roles , progress, but not parity</w:t>
      </w:r>
      <w:r/>
    </w:p>
    <w:p>
      <w:r/>
      <w:r>
        <w:t>There are plenty of successful out actors who move seamlessly between straight and queer roles. People like Neil Patrick Harris, Luke Evans and Matt Bomer demonstrate that being openly gay needn’t limit casting. Still, industry figures and interviews suggest many openly queer performers feel pushed into a niche or typecast, especially in the wake of high-profile straight portrayals of queer characters. The point isn’t that straight actors shouldn’t play gay roles; it’s that opportunities should be wider and fairer.</w:t>
      </w:r>
      <w:r/>
    </w:p>
    <w:p>
      <w:pPr>
        <w:pStyle w:val="Heading2"/>
      </w:pPr>
      <w:r>
        <w:t>Historical and biographical dramas demand extra care</w:t>
      </w:r>
      <w:r/>
    </w:p>
    <w:p>
      <w:r/>
      <w:r>
        <w:t>Casting choices in biopics are especially sensitive because those stories are often about marginalised lives. Films about figures such as Harvey Milk or Alan Turing can educate and mourn, but they also come with the responsibility to centre the community affected and involve queer creatives in front of and behind the camera. Production teams and audiences are increasingly calling for authenticity , not as a purity test, but as a way to preserve nuance and ensure the people whose lives are being depicted are properly represented.</w:t>
      </w:r>
      <w:r/>
    </w:p>
    <w:p>
      <w:pPr>
        <w:pStyle w:val="Heading2"/>
      </w:pPr>
      <w:r>
        <w:t>How viewers and buyers can sway casting and storytelling</w:t>
      </w:r>
      <w:r/>
    </w:p>
    <w:p>
      <w:r/>
      <w:r>
        <w:t>You do have influence. Choosing to stream, rent or recommend work from queer filmmakers, supporting TV shows that hire LGBTQ+ writers and directors, and praising authentic casting in reviews and on social media all send signals to studios. If you want to encourage more out queer actors in high-profile parts, look for projects with LGBTQ+ creators, and spotlight performances by openly queer talent when they do get big roles. Over time, audience demand shifts what executives green-light.</w:t>
      </w:r>
      <w:r/>
    </w:p>
    <w:p>
      <w:r/>
      <w:r>
        <w:t>It's a small change that can make every performance count more fairly.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0">
        <w:r>
          <w:rPr>
            <w:color w:val="0000EE"/>
            <w:u w:val="single"/>
          </w:rPr>
          <w:t>[3]</w:t>
        </w:r>
      </w:hyperlink>
      <w:r>
        <w:t xml:space="preserve">- Paragraph 3: </w:t>
      </w:r>
      <w:hyperlink r:id="rId9">
        <w:r>
          <w:rPr>
            <w:color w:val="0000EE"/>
            <w:u w:val="single"/>
          </w:rPr>
          <w:t>[2]</w:t>
        </w:r>
      </w:hyperlink>
      <w:r>
        <w:t xml:space="preserve">, </w:t>
      </w:r>
      <w:hyperlink r:id="rId10">
        <w:r>
          <w:rPr>
            <w:color w:val="0000EE"/>
            <w:u w:val="single"/>
          </w:rPr>
          <w:t>[4]</w:t>
        </w:r>
      </w:hyperlink>
      <w:r>
        <w:t xml:space="preserve">- Paragraph 4: </w:t>
      </w:r>
      <w:hyperlink r:id="rId9">
        <w:r>
          <w:rPr>
            <w:color w:val="0000EE"/>
            <w:u w:val="single"/>
          </w:rPr>
          <w:t>[2]</w:t>
        </w:r>
      </w:hyperlink>
      <w:r>
        <w:t xml:space="preserve">, </w:t>
      </w:r>
      <w:hyperlink r:id="rId10">
        <w:r>
          <w:rPr>
            <w:color w:val="0000EE"/>
            <w:u w:val="single"/>
          </w:rPr>
          <w:t>[5]</w:t>
        </w:r>
      </w:hyperlink>
      <w:r>
        <w:t xml:space="preserve">- Paragraph 5: </w:t>
      </w:r>
      <w:hyperlink r:id="rId9">
        <w:r>
          <w:rPr>
            <w:color w:val="0000EE"/>
            <w:u w:val="single"/>
          </w:rPr>
          <w:t>[2]</w:t>
        </w:r>
      </w:hyperlink>
      <w:r>
        <w:t xml:space="preserve">, </w:t>
      </w:r>
      <w:hyperlink r:id="rId10">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https://www.thepinknews.com/2026/07/08/44-straight-celebrities-who-played-gay-roles/</w:t>
        </w:r>
      </w:hyperlink>
      <w:r>
        <w:t xml:space="preserve"> - Please view link - unable to able to access data</w:t>
      </w:r>
      <w:r/>
    </w:p>
    <w:p>
      <w:pPr>
        <w:pStyle w:val="ListNumber"/>
        <w:spacing w:line="240" w:lineRule="auto"/>
        <w:ind w:left="720"/>
      </w:pPr>
      <w:r/>
      <w:hyperlink r:id="rId9">
        <w:r>
          <w:rPr>
            <w:color w:val="0000EE"/>
            <w:u w:val="single"/>
          </w:rPr>
          <w:t>https://www.thepinknews.com/2026/07/08/44-straight-celebrities-who-played-gay-roles/</w:t>
        </w:r>
      </w:hyperlink>
      <w:r>
        <w:t xml:space="preserve"> - An article highlighting 44 straight celebrities who have portrayed gay characters on screen, including David Hyde Pierce, Rosie O'Donnell, Heath Ledger, Lily Tomlin, Alan Cumming, and James Wilby. It discusses the importance of LGBTQ+ representation in media and the challenges faced by openly gay actors in Hollywood. The piece also touches upon the experiences of out gay actors playing straight roles, such as Jodie Foster, Sean Penn, Antonio Banderas, Philip Seymour Hoffman, Jake Gyllenhaal, Benedict Cumberbatch, Jim Parsons, Jonathan Groff, Meryl Streep, Ewan McGregor, Sarah Paulson, Dame Judi Dench, Cher, Luke Evans, Russell Tovey, Portia de Rossi, Neil Patrick Harris, Wanda Sykes, Michelle Rodriguez, Robin Williams, Whoopi Goldberg, Julianne Moore, Wentworth Miller, Hilary Swank, Hugh Grant, Tom Hanks, Maria Bello, James Franco, River Phoenix, Will Smith, Marlon Brando, Charlize Theron, Rock Hudson, Denis O'Hare, Matt Bomer, Daniel Radcliffe, Ricky Martin, and Jane Lynch.</w:t>
      </w:r>
      <w:r/>
    </w:p>
    <w:p>
      <w:pPr>
        <w:pStyle w:val="ListNumber"/>
        <w:spacing w:line="240" w:lineRule="auto"/>
        <w:ind w:left="720"/>
      </w:pPr>
      <w:r/>
      <w:hyperlink r:id="rId10">
        <w:r>
          <w:rPr>
            <w:color w:val="0000EE"/>
            <w:u w:val="single"/>
          </w:rPr>
          <w:t>https://www.theguardian.com/film/2022/apr/06/david-hyde-pierce-julia-child-interview</w:t>
        </w:r>
      </w:hyperlink>
      <w:r>
        <w:t xml:space="preserve"> - An interview with David Hyde Pierce, best known for playing Niles Crane on 'Frasier', discussing his role as Paul Child in the HBO Max series 'Julia'. Pierce reflects on the character's support for Julia Child and contrasts Paul with Niles, highlighting differences in physicality and emotional expression. He also shares insights into the dynamics of Paul and Julia's relationship and his reunion with 'Frasier' co-star Bebe Neuwirth.</w:t>
      </w:r>
      <w:r/>
    </w:p>
    <w:p>
      <w:pPr>
        <w:pStyle w:val="ListNumber"/>
        <w:spacing w:line="240" w:lineRule="auto"/>
        <w:ind w:left="720"/>
      </w:pPr>
      <w:r/>
      <w:hyperlink r:id="rId10">
        <w:r>
          <w:rPr>
            <w:color w:val="0000EE"/>
            <w:u w:val="single"/>
          </w:rPr>
          <w:t>https://www.theguardian.com/film/2022/apr/06/david-hyde-pierce-julia-child-interview</w:t>
        </w:r>
      </w:hyperlink>
      <w:r>
        <w:t xml:space="preserve"> - An interview with David Hyde Pierce, best known for playing Niles Crane on 'Frasier', discussing his role as Paul Child in the HBO Max series 'Julia'. Pierce reflects on the character's support for Julia Child and contrasts Paul with Niles, highlighting differences in physicality and emotional expression. He also shares insights into the dynamics of Paul and Julia's relationship and his reunion with 'Frasier' co-star Bebe Neuwirth.</w:t>
      </w:r>
      <w:r/>
    </w:p>
    <w:p>
      <w:pPr>
        <w:pStyle w:val="ListNumber"/>
        <w:spacing w:line="240" w:lineRule="auto"/>
        <w:ind w:left="720"/>
      </w:pPr>
      <w:r/>
      <w:hyperlink r:id="rId10">
        <w:r>
          <w:rPr>
            <w:color w:val="0000EE"/>
            <w:u w:val="single"/>
          </w:rPr>
          <w:t>https://www.theguardian.com/film/2022/apr/06/david-hyde-pierce-julia-child-interview</w:t>
        </w:r>
      </w:hyperlink>
      <w:r>
        <w:t xml:space="preserve"> - An interview with David Hyde Pierce, best known for playing Niles Crane on 'Frasier', discussing his role as Paul Child in the HBO Max series 'Julia'. Pierce reflects on the character's support for Julia Child and contrasts Paul with Niles, highlighting differences in physicality and emotional expression. He also shares insights into the dynamics of Paul and Julia's relationship and his reunion with 'Frasier' co-star Bebe Neuwirth.</w:t>
      </w:r>
      <w:r/>
    </w:p>
    <w:p>
      <w:pPr>
        <w:pStyle w:val="ListNumber"/>
        <w:spacing w:line="240" w:lineRule="auto"/>
        <w:ind w:left="720"/>
      </w:pPr>
      <w:r/>
      <w:hyperlink r:id="rId10">
        <w:r>
          <w:rPr>
            <w:color w:val="0000EE"/>
            <w:u w:val="single"/>
          </w:rPr>
          <w:t>https://www.theguardian.com/film/2022/apr/06/david-hyde-pierce-julia-child-interview</w:t>
        </w:r>
      </w:hyperlink>
      <w:r>
        <w:t xml:space="preserve"> - An interview with David Hyde Pierce, best known for playing Niles Crane on 'Frasier', discussing his role as Paul Child in the HBO Max series 'Julia'. Pierce reflects on the character's support for Julia Child and contrasts Paul with Niles, highlighting differences in physicality and emotional expression. He also shares insights into the dynamics of Paul and Julia's relationship and his reunion with 'Frasier' co-star Bebe Neuwirth.</w:t>
      </w:r>
      <w:r/>
    </w:p>
    <w:p>
      <w:pPr>
        <w:pStyle w:val="ListNumber"/>
        <w:spacing w:line="240" w:lineRule="auto"/>
        <w:ind w:left="720"/>
      </w:pPr>
      <w:r/>
      <w:hyperlink r:id="rId10">
        <w:r>
          <w:rPr>
            <w:color w:val="0000EE"/>
            <w:u w:val="single"/>
          </w:rPr>
          <w:t>https://www.theguardian.com/film/2022/apr/06/david-hyde-pierce-julia-child-interview</w:t>
        </w:r>
      </w:hyperlink>
      <w:r>
        <w:t xml:space="preserve"> - An interview with David Hyde Pierce, best known for playing Niles Crane on 'Frasier', discussing his role as Paul Child in the HBO Max series 'Julia'. Pierce reflects on the character's support for Julia Child and contrasts Paul with Niles, highlighting differences in physicality and emotional expression. He also shares insights into the dynamics of Paul and Julia's relationship and his reunion with 'Frasier' co-star Bebe Neuwirth.</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08/44-straight-celebrities-who-played-gay-roles/" TargetMode="External"/><Relationship Id="rId10" Type="http://schemas.openxmlformats.org/officeDocument/2006/relationships/hyperlink" Target="https://www.theguardian.com/film/2022/apr/06/david-hyde-pierce-julia-child-intervie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