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São Paulo Nightlife Guide Tonight: Where to Go, What to Hear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São Paulo’s best midweek buzz tonight , from Metá Metá's intimate samba-jazz at Bona to holiday-eve club marathons on Rua Augusta; who’s playing, where to warm up, and practical tips so your night out runs smoothly.</w:t>
      </w:r>
      <w:r/>
    </w:p>
    <w:p>
      <w:r/>
      <w:r>
        <w:t>Essential Takeaways</w:t>
      </w:r>
      <w:r/>
      <w:r/>
    </w:p>
    <w:p>
      <w:pPr>
        <w:pStyle w:val="ListBullet"/>
        <w:spacing w:line="240" w:lineRule="auto"/>
        <w:ind w:left="720"/>
      </w:pPr>
      <w:r/>
      <w:r>
        <w:rPr>
          <w:b/>
        </w:rPr>
        <w:t>Headliner tonight:</w:t>
      </w:r>
      <w:r>
        <w:t xml:space="preserve"> Metá Metá in a 120-seat listening room at Bona Casa de Música , up-close, sonic show best for music fans. </w:t>
      </w:r>
      <w:r/>
    </w:p>
    <w:p>
      <w:pPr>
        <w:pStyle w:val="ListBullet"/>
        <w:spacing w:line="240" w:lineRule="auto"/>
        <w:ind w:left="720"/>
      </w:pPr>
      <w:r/>
      <w:r>
        <w:rPr>
          <w:b/>
        </w:rPr>
        <w:t>Holiday-eve energy:</w:t>
      </w:r>
      <w:r>
        <w:t xml:space="preserve"> Tomorrow’s state holiday means venues run late and parties go hard; expect packed clubs and sunrise sets. </w:t>
      </w:r>
      <w:r/>
    </w:p>
    <w:p>
      <w:pPr>
        <w:pStyle w:val="ListBullet"/>
        <w:spacing w:line="240" w:lineRule="auto"/>
        <w:ind w:left="720"/>
      </w:pPr>
      <w:r/>
      <w:r>
        <w:rPr>
          <w:b/>
        </w:rPr>
        <w:t>Warm-up zone:</w:t>
      </w:r>
      <w:r>
        <w:t xml:space="preserve"> Vila Madalena’s botecos and caipirinha promos are perfect 6–9 pm starters , cosy, loud and friendly. </w:t>
      </w:r>
      <w:r/>
    </w:p>
    <w:p>
      <w:pPr>
        <w:pStyle w:val="ListBullet"/>
        <w:spacing w:line="240" w:lineRule="auto"/>
        <w:ind w:left="720"/>
      </w:pPr>
      <w:r/>
      <w:r>
        <w:rPr>
          <w:b/>
        </w:rPr>
        <w:t>Late-night options:</w:t>
      </w:r>
      <w:r>
        <w:t xml:space="preserve"> Selva and Bigger/Zipper cater to dance-until-dawn crowds; bring cash or cards and expect surge rideshares. </w:t>
      </w:r>
      <w:r/>
    </w:p>
    <w:p>
      <w:pPr>
        <w:pStyle w:val="ListBullet"/>
        <w:spacing w:line="240" w:lineRule="auto"/>
        <w:ind w:left="720"/>
      </w:pPr>
      <w:r/>
      <w:r>
        <w:rPr>
          <w:b/>
        </w:rPr>
        <w:t>Safety &amp; paying:</w:t>
      </w:r>
      <w:r>
        <w:t xml:space="preserve"> Use comanda tabs, carry R$50-100 in notes for small spots, order your 99/Uber from inside venues and check plates.</w:t>
      </w:r>
      <w:r/>
      <w:r/>
    </w:p>
    <w:p>
      <w:pPr>
        <w:pStyle w:val="Heading2"/>
      </w:pPr>
      <w:r>
        <w:t>Why Metá Metá at Bona is the night’s unmissable show</w:t>
      </w:r>
      <w:r/>
    </w:p>
    <w:p>
      <w:r/>
      <w:r>
        <w:t>If you love music that feels tactile, this is it , a band that blends samba, jazz and experimental textures in a room built for sound. Bona Casa de Música holds about 120 people, so the atmosphere is intimate: you hear breath, strings and crowd reactions in the same space. According to the venue’s listings and ticket platforms, tonight is the second of two dates , book via Eventim rather than assuming walk-in space. For listeners, arrive early to get a good seat; for dancers, save another night , this is a listening-room experience.</w:t>
      </w:r>
      <w:r/>
    </w:p>
    <w:p>
      <w:pPr>
        <w:pStyle w:val="Heading2"/>
      </w:pPr>
      <w:r>
        <w:t>Warm-up in Vila Madalena: caipirinhas, rodas and boteco warmth</w:t>
      </w:r>
      <w:r/>
    </w:p>
    <w:p>
      <w:r/>
      <w:r>
        <w:t>Vila Madalena remains the friendliest pre-game neighbourhood , informal terraces, caipirinha promos and wheelhouse rodas de samba that start early. Bars like Seu Justino run caipirinha festivals around 6–10 pm, while Bar Samba and Ó do Borogodó host live samba and choro sessions where tables vanish fast. The tip is simple: show up 6–8 pm, grab a shared table and pace your drinks , Brazilians start late, so you’ll be planting stakes for the night ahead.</w:t>
      </w:r>
      <w:r/>
    </w:p>
    <w:p>
      <w:pPr>
        <w:pStyle w:val="Heading2"/>
      </w:pPr>
      <w:r>
        <w:t>Baixa Augusta and Selva: when the city wants to dance all night</w:t>
      </w:r>
      <w:r/>
    </w:p>
    <w:p>
      <w:r/>
      <w:r>
        <w:t>Rua Augusta is São Paulo’s after-midnight playground, and tonight’s holiday-eve vibe pushes clubs later than usual. Selva opens from 11 pm with a mixed, youthful crowd and a jungle-meets-industrial aesthetic that’s loud, sweaty and lively. Meanwhile, Bigger’s holiday-eve edition , the Beards &amp; Tattoo circuit party , caters to an LGBTQ+ party circuit and runs until dawn. If you’re planning to stay late, expect queues, pack an app car budget for surge pricing, and stick with friends when walking between venues.</w:t>
      </w:r>
      <w:r/>
    </w:p>
    <w:p>
      <w:pPr>
        <w:pStyle w:val="Heading2"/>
      </w:pPr>
      <w:r>
        <w:t>Classic São Paulo music rooms for calmer options</w:t>
      </w:r>
      <w:r/>
    </w:p>
    <w:p>
      <w:r/>
      <w:r>
        <w:t>If you prefer seated shows or table service, places like Bourbon Street and Blue Note São Paulo offer grown-up jazz, blues and MPB in acoustically polished rooms. Bar Brahma in the Centro keeps a timeless samba/MPB bill and is very newcomer-friendly; it’s a proper option for those who want live music without the club crush. Book ahead for ticketed nights and aim to arrive early for the best tables and service.</w:t>
      </w:r>
      <w:r/>
    </w:p>
    <w:p>
      <w:pPr>
        <w:pStyle w:val="Heading2"/>
      </w:pPr>
      <w:r>
        <w:t>Money, metros and getting home: practical survival tips</w:t>
      </w:r>
      <w:r/>
    </w:p>
    <w:p>
      <w:r/>
      <w:r>
        <w:t>Most venues use the comanda system: you’ll get a tab card at the door and settle on exit , guard that card. Many places accept cards and Pix, but carry R$50–100 in notes for older botecos or small purchases. The metro runs until midnight on weekdays, so plan your last train carefully; after that, use 99 or Uber, ordered from inside the venue and wait in a well-lit spot. Expect surge at closing; walking a block to a busier corner or waiting 10–20 minutes inside often brings fares down. And keep your phone in a front pocket , snatch-thefts are the common risk.</w:t>
      </w:r>
      <w:r/>
    </w:p>
    <w:p>
      <w:pPr>
        <w:pStyle w:val="Heading2"/>
      </w:pPr>
      <w:r>
        <w:t>How to pick the night that suits you</w:t>
      </w:r>
      <w:r/>
    </w:p>
    <w:p>
      <w:r/>
      <w:r>
        <w:t>Want listening and refinement? Go to Bona for Metá Metá or Blue Note for jazz. After-work sociable? Choose Vila Madalena’s botecos and a roda at Bar Samba. Out to dance till dawn? Selva on Augusta or Bigger’s holiday party are the bets tonight. And if you’re solo and want safety, opt for seated venues with table service and reliable app cars for the trip home.</w:t>
      </w:r>
      <w:r/>
    </w:p>
    <w:p>
      <w:r/>
      <w:r>
        <w:t>It's a small change in planning that can make a big difference to how your São Paulo night plays out , choose your tempo and enjoy the music.</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[6]</w:t>
        </w:r>
      </w:hyperlink>
      <w:r>
        <w:t xml:space="preserve">, </w:t>
      </w:r>
      <w:hyperlink r:id="rId9">
        <w:r>
          <w:rPr>
            <w:color w:val="0000EE"/>
            <w:u w:val="single"/>
          </w:rPr>
          <w:t>[7]</w:t>
        </w:r>
      </w:hyperlink>
      <w:r>
        <w:t xml:space="preserve">- Paragraph 3: </w:t>
      </w:r>
      <w:hyperlink r:id="rId9">
        <w:r>
          <w:rPr>
            <w:color w:val="0000EE"/>
            <w:u w:val="single"/>
          </w:rPr>
          <w:t>[6]</w:t>
        </w:r>
      </w:hyperlink>
      <w:r>
        <w:t xml:space="preserve">, </w:t>
      </w:r>
      <w:hyperlink r:id="rId9">
        <w:r>
          <w:rPr>
            <w:color w:val="0000EE"/>
            <w:u w:val="single"/>
          </w:rPr>
          <w:t>[7]</w:t>
        </w:r>
      </w:hyperlink>
      <w:r>
        <w:t xml:space="preserve">- Paragraph 4: </w:t>
      </w:r>
      <w:hyperlink r:id="rId9">
        <w:r>
          <w:rPr>
            <w:color w:val="0000EE"/>
            <w:u w:val="single"/>
          </w:rPr>
          <w:t>[6]</w:t>
        </w:r>
      </w:hyperlink>
      <w:r>
        <w:t xml:space="preserve">, </w:t>
      </w:r>
      <w:hyperlink r:id="rId9">
        <w:r>
          <w:rPr>
            <w:color w:val="0000EE"/>
            <w:u w:val="single"/>
          </w:rPr>
          <w:t>[7]</w:t>
        </w:r>
      </w:hyperlink>
      <w:r>
        <w:t xml:space="preserve">- Paragraph 5: </w:t>
      </w:r>
      <w:hyperlink r:id="rId9">
        <w:r>
          <w:rPr>
            <w:color w:val="0000EE"/>
            <w:u w:val="single"/>
          </w:rPr>
          <w:t>[6]</w:t>
        </w:r>
      </w:hyperlink>
      <w:r>
        <w:t xml:space="preserve">, </w:t>
      </w:r>
      <w:hyperlink r:id="rId9">
        <w:r>
          <w:rPr>
            <w:color w:val="0000EE"/>
            <w:u w:val="single"/>
          </w:rPr>
          <w:t>[7]</w:t>
        </w:r>
      </w:hyperlink>
      <w:r>
        <w:t xml:space="preserve">- Paragraph 6: </w:t>
      </w:r>
      <w:hyperlink r:id="rId9">
        <w:r>
          <w:rPr>
            <w:color w:val="0000EE"/>
            <w:u w:val="single"/>
          </w:rPr>
          <w:t>[6]</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https://www.riotimesonline.com/sao-paulo-nightlife-wednesday-july-8-2026/</w:t>
        </w:r>
      </w:hyperlink>
      <w:r>
        <w:t xml:space="preserve"> - Please view link - unable to able to access data</w:t>
      </w:r>
      <w:r/>
    </w:p>
    <w:p>
      <w:pPr>
        <w:pStyle w:val="ListNumber"/>
        <w:spacing w:line="240" w:lineRule="auto"/>
        <w:ind w:left="720"/>
      </w:pPr>
      <w:r/>
      <w:hyperlink r:id="rId10">
        <w:r>
          <w:rPr>
            <w:color w:val="0000EE"/>
            <w:u w:val="single"/>
          </w:rPr>
          <w:t>https://www.bona.art.br/</w:t>
        </w:r>
      </w:hyperlink>
      <w:r>
        <w:t xml:space="preserve"> - Bona Casa de Música is a small live music venue in São Paulo that promotes performances by mid-level independent Brazilian artists. With a constant programming schedule, careful curation, and acoustics designed to offer the best sound experience for both musicians and spectators, the venue has become a reference point in the city's music scene. The venue is located at Rua Dr. Paulo Vieira, 101 – Sumaré, São Paulo, SP, 01257-000.</w:t>
      </w:r>
      <w:r/>
    </w:p>
    <w:p>
      <w:pPr>
        <w:pStyle w:val="ListNumber"/>
        <w:spacing w:line="240" w:lineRule="auto"/>
        <w:ind w:left="720"/>
      </w:pPr>
      <w:r/>
      <w:hyperlink r:id="rId11">
        <w:r>
          <w:rPr>
            <w:color w:val="0000EE"/>
            <w:u w:val="single"/>
          </w:rPr>
          <w:t>https://www.eventim.com.br/city/sao-paulo-943/venue/bona-89347/</w:t>
        </w:r>
      </w:hyperlink>
      <w:r>
        <w:t xml:space="preserve"> - Eventim provides ticketing services for Bona Casa de Música, listing upcoming events such as Metá Metá's performances on 7 and 8 July 2026. The venue is situated at Rua Dr. Paulo Vieira, 101, 01257-000 São Paulo. Eventim offers detailed information on ticket availability and event schedules for this venue.</w:t>
      </w:r>
      <w:r/>
    </w:p>
    <w:p>
      <w:pPr>
        <w:pStyle w:val="ListNumber"/>
        <w:spacing w:line="240" w:lineRule="auto"/>
        <w:ind w:left="720"/>
      </w:pPr>
      <w:r/>
      <w:hyperlink r:id="rId12">
        <w:r>
          <w:rPr>
            <w:color w:val="0000EE"/>
            <w:u w:val="single"/>
          </w:rPr>
          <w:t>https://www.eventim.com.br/artist/metameta/</w:t>
        </w:r>
      </w:hyperlink>
      <w:r>
        <w:t xml:space="preserve"> - Eventim lists Metá Metá's performances at Bona Casa de Música on 7 and 8 July 2026. Metá Metá is a Brazilian jazz band from São Paulo, formed in 2008, consisting of Juçara Marçal (vocals), Kiko Dinucci (guitar), and Thiago França (saxophone). The band's name means 'three in one' in Yoruba, and they blend jazz, rock, samba, and Candomblé rhythms in their music.</w:t>
      </w:r>
      <w:r/>
    </w:p>
    <w:p>
      <w:pPr>
        <w:pStyle w:val="ListNumber"/>
        <w:spacing w:line="240" w:lineRule="auto"/>
        <w:ind w:left="720"/>
      </w:pPr>
      <w:r/>
      <w:hyperlink r:id="rId13">
        <w:r>
          <w:rPr>
            <w:color w:val="0000EE"/>
            <w:u w:val="single"/>
          </w:rPr>
          <w:t>https://www.superfestas.com.br/event/bigger-sheriffs-2026/</w:t>
        </w:r>
      </w:hyperlink>
      <w:r>
        <w:t xml:space="preserve"> - Superfestas is hosting the 'Bigger Beards &amp; Tattoo' event on 8 July 2026 at HEY HEY CLUB in São Paulo. The event starts at 11:00 pm and features DJs DGRoove, Earl Oliveira, Gustavo Vianna, Ponzo, and Well Costta. Additional attractions include strippers, GoGos, a darkroom, and more. The mezzanine will host a tattoo studio with a tattoo artist performing flash tattoos, and there will be a raffle for 10 flash tattoos during the party.</w:t>
      </w:r>
      <w:r/>
    </w:p>
    <w:p>
      <w:pPr>
        <w:pStyle w:val="ListNumber"/>
        <w:spacing w:line="240" w:lineRule="auto"/>
        <w:ind w:left="720"/>
      </w:pPr>
      <w:r/>
      <w:hyperlink r:id="rId9">
        <w:r>
          <w:rPr>
            <w:color w:val="0000EE"/>
            <w:u w:val="single"/>
          </w:rPr>
          <w:t>https://www.riotimesonline.com/sao-paulo-nightlife-wednesday-july-8-2026/</w:t>
        </w:r>
      </w:hyperlink>
      <w:r>
        <w:t xml:space="preserve"> - The article provides a comprehensive guide to São Paulo's nightlife on Wednesday, 8 July 2026. It highlights various events and venues, including Metá Metá's performance at Bona Casa de Música, the 'Bigger Beards &amp; Tattoo' event at HEY HEY CLUB, and other nightlife options such as samba sessions at Ó do Borogodó and Bar Samba, live MPB/samba at Bar Brahma Centro, and electronic music at Selva Club. The guide also offers insights into the city's nightlife circuit and tips for enjoying the evening.</w:t>
      </w:r>
      <w:r/>
    </w:p>
    <w:p>
      <w:pPr>
        <w:pStyle w:val="ListNumber"/>
        <w:spacing w:line="240" w:lineRule="auto"/>
        <w:ind w:left="720"/>
      </w:pPr>
      <w:r/>
      <w:hyperlink r:id="rId9">
        <w:r>
          <w:rPr>
            <w:color w:val="0000EE"/>
            <w:u w:val="single"/>
          </w:rPr>
          <w:t>https://www.riotimesonline.com/sao-paulo-nightlife-wednesday-july-8-2026/</w:t>
        </w:r>
      </w:hyperlink>
      <w:r>
        <w:t xml:space="preserve"> - The article provides a comprehensive guide to São Paulo's nightlife on Wednesday, 8 July 2026. It highlights various events and venues, including Metá Metá's performance at Bona Casa de Música, the 'Bigger Beards &amp; Tattoo' event at HEY HEY CLUB, and other nightlife options such as samba sessions at Ó do Borogodó and Bar Samba, live MPB/samba at Bar Brahma Centro, and electronic music at Selva Club. The guide also offers insights into the city's nightlife circuit and tips for enjoying the evening.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iotimesonline.com/sao-paulo-nightlife-wednesday-july-8-2026/" TargetMode="External"/><Relationship Id="rId10" Type="http://schemas.openxmlformats.org/officeDocument/2006/relationships/hyperlink" Target="https://www.bona.art.br/" TargetMode="External"/><Relationship Id="rId11" Type="http://schemas.openxmlformats.org/officeDocument/2006/relationships/hyperlink" Target="https://www.eventim.com.br/city/sao-paulo-943/venue/bona-89347/" TargetMode="External"/><Relationship Id="rId12" Type="http://schemas.openxmlformats.org/officeDocument/2006/relationships/hyperlink" Target="https://www.eventim.com.br/artist/metameta/" TargetMode="External"/><Relationship Id="rId13" Type="http://schemas.openxmlformats.org/officeDocument/2006/relationships/hyperlink" Target="https://www.superfestas.com.br/event/bigger-sheriffs-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