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Diego Pride 2026 Guide: What’s New, What Matters, and How to Support Pride Shines 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returning to Hillcrest for San Diego Pride, and organisers say this year matters more than ever; with new programming, a revived Dyke March and a push for community funding, Pride Shines On promises celebration and civic purpose across events in July.</w:t>
      </w:r>
      <w:r/>
    </w:p>
    <w:p>
      <w:r/>
      <w:r>
        <w:t>Essential Takeaways</w:t>
      </w:r>
      <w:r/>
      <w:r/>
    </w:p>
    <w:p>
      <w:pPr>
        <w:pStyle w:val="ListBullet"/>
        <w:spacing w:line="240" w:lineRule="auto"/>
        <w:ind w:left="720"/>
      </w:pPr>
      <w:r/>
      <w:r>
        <w:rPr>
          <w:b/>
        </w:rPr>
        <w:t>New leadership:</w:t>
      </w:r>
      <w:r>
        <w:t xml:space="preserve"> KishaLynn Elliott is the first Black lesbian to lead San Diego Pride and is stewarding the festival during her first flagship week in charge, bringing a community-driven outlook and years of nonprofit experience. </w:t>
      </w:r>
      <w:r/>
    </w:p>
    <w:p>
      <w:pPr>
        <w:pStyle w:val="ListBullet"/>
        <w:spacing w:line="240" w:lineRule="auto"/>
        <w:ind w:left="720"/>
      </w:pPr>
      <w:r/>
      <w:r>
        <w:rPr>
          <w:b/>
        </w:rPr>
        <w:t>Flagship changes:</w:t>
      </w:r>
      <w:r>
        <w:t xml:space="preserve"> The Dyke March returns through Hillcrest and the Spirit of Stonewall Rally has a temporary west-Hillcrest site while construction continues on the Pride Promenade. </w:t>
      </w:r>
      <w:r/>
    </w:p>
    <w:p>
      <w:pPr>
        <w:pStyle w:val="ListBullet"/>
        <w:spacing w:line="240" w:lineRule="auto"/>
        <w:ind w:left="720"/>
      </w:pPr>
      <w:r/>
      <w:r>
        <w:rPr>
          <w:b/>
        </w:rPr>
        <w:t>Expanded local focus:</w:t>
      </w:r>
      <w:r>
        <w:t xml:space="preserve"> The Queer Locals Marketplace is growing after a strong debut, spotlighting San Diego-area LGBTQ+ vendors and makers. </w:t>
      </w:r>
      <w:r/>
    </w:p>
    <w:p>
      <w:pPr>
        <w:pStyle w:val="ListBullet"/>
        <w:spacing w:line="240" w:lineRule="auto"/>
        <w:ind w:left="720"/>
      </w:pPr>
      <w:r/>
      <w:r>
        <w:rPr>
          <w:b/>
        </w:rPr>
        <w:t>Funding pivot:</w:t>
      </w:r>
      <w:r>
        <w:t xml:space="preserve"> With corporate and government support tightening, organisers are asking festival ticket-buyers and attendees to see themselves as individual donors to sustain grants and year-round advocacy. </w:t>
      </w:r>
      <w:r/>
    </w:p>
    <w:p>
      <w:pPr>
        <w:pStyle w:val="ListBullet"/>
        <w:spacing w:line="240" w:lineRule="auto"/>
        <w:ind w:left="720"/>
      </w:pPr>
      <w:r/>
      <w:r>
        <w:rPr>
          <w:b/>
        </w:rPr>
        <w:t>Practical reality:</w:t>
      </w:r>
      <w:r>
        <w:t xml:space="preserve"> Rising permit and security costs mean the festival is pricier to stage, so community support matters beyond a good time.</w:t>
      </w:r>
      <w:r/>
      <w:r/>
    </w:p>
    <w:p>
      <w:pPr>
        <w:pStyle w:val="Heading2"/>
      </w:pPr>
      <w:r>
        <w:t>A new face, familiar heart , leadership that wants to stay</w:t>
      </w:r>
      <w:r/>
    </w:p>
    <w:p>
      <w:r/>
      <w:r>
        <w:t>KishaLynn Elliott arrived intent on more than a one-year run; she volunteered for over a decade and stepped into the executive director role with experience running education nonprofits. Her first summer at the helm feels both fresh and familiar, she says, and there’s a quiet determination behind the public-facing role. Organisers note it’s a meaningful milestone to have the first Black lesbian leading the organisation, and that visibility matters in Hillcrest’s cheerfully loud streets. For attendees, that means an executive comfortable with both the logistics of a big festival and the stakes of advocacy beyond balloons and stages. If you want to understand how leadership shapes a festival, watch how Elliott balances ceremony with campaigning , the tone this year is equal parts celebration and resolve. Practical tip: arrive early to panels and rallies if you want to catch staff and volunteers who’ve been shaping the programme for months.</w:t>
      </w:r>
      <w:r/>
    </w:p>
    <w:p>
      <w:pPr>
        <w:pStyle w:val="Heading2"/>
      </w:pPr>
      <w:r>
        <w:t>What’s changed on the map , Dyke March returns, rally shifts temporarily</w:t>
      </w:r>
      <w:r/>
    </w:p>
    <w:p>
      <w:r/>
      <w:r>
        <w:t>One of the most visible changes is the Dyke March, back as a grassroots sidewalk march through Hillcrest on 11 July; it’s a welcome return for many who missed its energy. Meanwhile, the Spirit of Stonewall Rally has a temporary location on Hillcrest’s west side by the Brass Rail because the Pride Promenade is under construction. These routing tweaks are a reminder that festivals evolve with the city: construction, permits and public safety all force creative staging decisions. Expect different start points and slightly altered foot traffic patterns, and plan meeting spots with friends accordingly. If you rely on mobility access or need quieter spaces, check official maps on the Pride website before you go; organisers have been sharing updates to help attendees navigate changes.</w:t>
      </w:r>
      <w:r/>
    </w:p>
    <w:p>
      <w:pPr>
        <w:pStyle w:val="Heading2"/>
      </w:pPr>
      <w:r>
        <w:t>More local makers and a marketplace that feels like home</w:t>
      </w:r>
      <w:r/>
    </w:p>
    <w:p>
      <w:r/>
      <w:r>
        <w:t>After a popular debut, the Queer Locals Marketplace inside the festival is expanding, giving more San Diego LGBTQ+ vendors a place to sell crafts, art and services. The marketplace feels intentionally tactile , the kind of spot where you’ll find a bold pin, a soft-print T‑shirt or a maker who’ll chat about their craft. This is exactly the kind of programming that organisers want to grow as they push a pivot away from dependency on corporate sponsors. Buying from a stall is a direct way to support local queers and keep money circulating inside the community. Pro tip: bring cash for smaller sellers, but check vendor listings for card-accepting stalls if you prefer cashless payments.</w:t>
      </w:r>
      <w:r/>
    </w:p>
    <w:p>
      <w:pPr>
        <w:pStyle w:val="Heading2"/>
      </w:pPr>
      <w:r>
        <w:t>Money matters: why organisers are asking you to be a donor</w:t>
      </w:r>
      <w:r/>
    </w:p>
    <w:p>
      <w:r/>
      <w:r>
        <w:t>Festival costs are up: permits, security and basic production have all risen, and a tightening philanthropic climate means some corporate and government support has dropped. Organisers are asking ticket-buyers to recognise they’re de facto donors, and they’ve launched fundraising events like the Fabric of Pride fashion show to kick-start individual giving. Elliott’s push is practical: the organisation’s grants budget depends on any surplus after festival expenses, so community contributions make a direct difference to the grants that support LGBTQ+ work locally and globally. If you love the parade, consider a small recurring donation or a one-off gift to stabilise programming year-round. If you’re budget-conscious, even modest monthly support helps; think of it as festival insurance that funds advocacy and local services through the quieter months.</w:t>
      </w:r>
      <w:r/>
    </w:p>
    <w:p>
      <w:pPr>
        <w:pStyle w:val="Heading2"/>
      </w:pPr>
      <w:r>
        <w:t>Safety, programming and the work beyond the party</w:t>
      </w:r>
      <w:r/>
    </w:p>
    <w:p>
      <w:r/>
      <w:r>
        <w:t>Producing a parade and festival is only one part of San Diego Pride’s mission; the organisation emphasises advocacy, year-round programming and grant-making that tackles prejudice and supports services. That work gets harder as threats and costs rise, so the public-facing fun is tethered to serious organising. Expect increased security presence and elevated permit requirements this year , part practical, part protective. But you’ll also find panels, rallies and opportunities to engage with policy and community groups if you want more than music and floats. A final thought: enjoy the colours and the community, but consider the festival a living, civic project. Your presence is celebration; your support can help keep the lights on long after the last float passes.</w:t>
      </w:r>
      <w:r/>
    </w:p>
    <w:p>
      <w:r/>
      <w:r>
        <w:t>It's a small change that can make every celebration mean a little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https://timesofsandiego.com/san-diego-events/2026/07/08/san-diego-pride-kishalynn-elliott-lgbtq/</w:t>
        </w:r>
      </w:hyperlink>
      <w:r>
        <w:t xml:space="preserve"> - Please view link - unable to able to access data</w:t>
      </w:r>
      <w:r/>
    </w:p>
    <w:p>
      <w:pPr>
        <w:pStyle w:val="ListNumber"/>
        <w:spacing w:line="240" w:lineRule="auto"/>
        <w:ind w:left="720"/>
      </w:pPr>
      <w:r/>
      <w:hyperlink r:id="rId10">
        <w:r>
          <w:rPr>
            <w:color w:val="0000EE"/>
            <w:u w:val="single"/>
          </w:rPr>
          <w:t>https://sdpride.org/pride/</w:t>
        </w:r>
      </w:hyperlink>
      <w:r>
        <w:t xml:space="preserve"> - San Diego Pride 2026 is scheduled from July 11 to July 19, featuring a series of events including the Dyke March on July 11, the Spirit of Stonewall Rally on July 17, the Parade on July 18, and the Festival on July 18 and 19. The theme for 2026 is 'Pride Shines On'.</w:t>
      </w:r>
      <w:r/>
    </w:p>
    <w:p>
      <w:pPr>
        <w:pStyle w:val="ListNumber"/>
        <w:spacing w:line="240" w:lineRule="auto"/>
        <w:ind w:left="720"/>
      </w:pPr>
      <w:r/>
      <w:hyperlink r:id="rId14">
        <w:r>
          <w:rPr>
            <w:color w:val="0000EE"/>
            <w:u w:val="single"/>
          </w:rPr>
          <w:t>https://www.sheppard.com/news-and-events/events/2026-san-diego-pride-parade</w:t>
        </w:r>
      </w:hyperlink>
      <w:r>
        <w:t xml:space="preserve"> - Sheppard is hosting a pre-parade brunch at Cocina De Barrio in Hillcrest on July 18, 2026, starting at 8:00 a.m., followed by viewing the San Diego Pride Parade from their pop-up tent at the corner of Sixth Avenue and Balboa Drive.</w:t>
      </w:r>
      <w:r/>
    </w:p>
    <w:p>
      <w:pPr>
        <w:pStyle w:val="ListNumber"/>
        <w:spacing w:line="240" w:lineRule="auto"/>
        <w:ind w:left="720"/>
      </w:pPr>
      <w:r/>
      <w:hyperlink r:id="rId13">
        <w:r>
          <w:rPr>
            <w:color w:val="0000EE"/>
            <w:u w:val="single"/>
          </w:rPr>
          <w:t>https://www.kpbs.org/events/2026/07/19/lez-in-waterland-2026-sd-pride-pool-party-for-queer-women-and-friends</w:t>
        </w:r>
      </w:hyperlink>
      <w:r>
        <w:t xml:space="preserve"> - 'Lez In Waterland' is San Diego Pride Weekend’s largest rooftop pool party for queer women and friends, taking place on Sunday, July 19, 2026, from 12 PM to 7 PM at Andaz San Diego, featuring an all-star DJ lineup, live performances, and drink specials.</w:t>
      </w:r>
      <w:r/>
    </w:p>
    <w:p>
      <w:pPr>
        <w:pStyle w:val="ListNumber"/>
        <w:spacing w:line="240" w:lineRule="auto"/>
        <w:ind w:left="720"/>
      </w:pPr>
      <w:r/>
      <w:hyperlink r:id="rId15">
        <w:r>
          <w:rPr>
            <w:color w:val="0000EE"/>
            <w:u w:val="single"/>
          </w:rPr>
          <w:t>https://www.kpbs.org/events/2026/07/18/san-diego-pride-parade</w:t>
        </w:r>
      </w:hyperlink>
      <w:r>
        <w:t xml:space="preserve"> - The San Diego Pride Parade is scheduled for Saturday, July 18, 2026, from 10 AM to 3 PM, starting at University Avenue &amp; Richmond Avenue. It is the largest single-day civic event in the region, attracting over 250,000 supporters of the LGBTQIA+ community.</w:t>
      </w:r>
      <w:r/>
    </w:p>
    <w:p>
      <w:pPr>
        <w:pStyle w:val="ListNumber"/>
        <w:spacing w:line="240" w:lineRule="auto"/>
        <w:ind w:left="720"/>
      </w:pPr>
      <w:r/>
      <w:hyperlink r:id="rId11">
        <w:r>
          <w:rPr>
            <w:color w:val="0000EE"/>
            <w:u w:val="single"/>
          </w:rPr>
          <w:t>https://www.fabuloushillcrest.com/events-pride/sdpridespiritofstonewallrally</w:t>
        </w:r>
      </w:hyperlink>
      <w:r>
        <w:t xml:space="preserve"> - The Spirit of Stonewall Rally is set for Friday, July 17, 2026, at 6:00 PM at 535 Robinson Avenue, San Diego, across from the Brass Rail. The rally honours leaders working to preserve gains and address challenges facing the LGBTQ+ community.</w:t>
      </w:r>
      <w:r/>
    </w:p>
    <w:p>
      <w:pPr>
        <w:pStyle w:val="ListNumber"/>
        <w:spacing w:line="240" w:lineRule="auto"/>
        <w:ind w:left="720"/>
      </w:pPr>
      <w:r/>
      <w:hyperlink r:id="rId12">
        <w:r>
          <w:rPr>
            <w:color w:val="0000EE"/>
            <w:u w:val="single"/>
          </w:rPr>
          <w:t>https://sdpride.org/parade-2026/</w:t>
        </w:r>
      </w:hyperlink>
      <w:r>
        <w:t xml:space="preserve"> - San Diego's Pride Parade is the largest single-day civic event in the region, attracting over 250,000 supporters of the LGBTQIA+ community. The 2026 parade is scheduled for Saturday, July 18, 2026, starting at 10:00 AM at the Hillcrest Pride Flag at University Avenue and Normal Street.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san-diego-events/2026/07/08/san-diego-pride-kishalynn-elliott-lgbtq/" TargetMode="External"/><Relationship Id="rId10" Type="http://schemas.openxmlformats.org/officeDocument/2006/relationships/hyperlink" Target="https://sdpride.org/pride/" TargetMode="External"/><Relationship Id="rId11" Type="http://schemas.openxmlformats.org/officeDocument/2006/relationships/hyperlink" Target="https://www.fabuloushillcrest.com/events-pride/sdpridespiritofstonewallrally" TargetMode="External"/><Relationship Id="rId12" Type="http://schemas.openxmlformats.org/officeDocument/2006/relationships/hyperlink" Target="https://sdpride.org/parade-2026/" TargetMode="External"/><Relationship Id="rId13" Type="http://schemas.openxmlformats.org/officeDocument/2006/relationships/hyperlink" Target="https://www.kpbs.org/events/2026/07/19/lez-in-waterland-2026-sd-pride-pool-party-for-queer-women-and-friends" TargetMode="External"/><Relationship Id="rId14" Type="http://schemas.openxmlformats.org/officeDocument/2006/relationships/hyperlink" Target="https://www.sheppard.com/news-and-events/events/2026-san-diego-pride-parade" TargetMode="External"/><Relationship Id="rId15" Type="http://schemas.openxmlformats.org/officeDocument/2006/relationships/hyperlink" Target="https://www.kpbs.org/events/2026/07/18/san-diego-prid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