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the Giants’ Pride Night Fiasco: A Fan’s Letter and What Comes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tuning into how sports teams handle inclusion , and fans in San Francisco are speaking up. A longtime but newly devoted Giants fan has penned a blistering letter after Pride Night shirts were marred by Bible verses on players’ caps, arguing the club’s tepid response has damaged trust and demanding a clear, sincere apology.</w:t>
      </w:r>
      <w:r/>
    </w:p>
    <w:p>
      <w:r/>
      <w:r>
        <w:t>Essential Takeaways</w:t>
      </w:r>
      <w:r/>
      <w:r/>
    </w:p>
    <w:p>
      <w:pPr>
        <w:pStyle w:val="ListBullet"/>
        <w:spacing w:line="240" w:lineRule="auto"/>
        <w:ind w:left="720"/>
      </w:pPr>
      <w:r/>
      <w:r>
        <w:rPr>
          <w:b/>
        </w:rPr>
        <w:t>Fan anger:</w:t>
      </w:r>
      <w:r>
        <w:t xml:space="preserve"> A dedicated fan says the Pride Night incident felt like “a punch in the stomach,” and vows to reconsider future tickets. </w:t>
      </w:r>
      <w:r/>
    </w:p>
    <w:p>
      <w:pPr>
        <w:pStyle w:val="ListBullet"/>
        <w:spacing w:line="240" w:lineRule="auto"/>
        <w:ind w:left="720"/>
      </w:pPr>
      <w:r/>
      <w:r>
        <w:rPr>
          <w:b/>
        </w:rPr>
        <w:t>What happened:</w:t>
      </w:r>
      <w:r>
        <w:t xml:space="preserve"> Several Giants pitchers wrote Bible verses on their Pride caps, widely seen as an anti-LGBTQ message. </w:t>
      </w:r>
      <w:r/>
    </w:p>
    <w:p>
      <w:pPr>
        <w:pStyle w:val="ListBullet"/>
        <w:spacing w:line="240" w:lineRule="auto"/>
        <w:ind w:left="720"/>
      </w:pPr>
      <w:r/>
      <w:r>
        <w:rPr>
          <w:b/>
        </w:rPr>
        <w:t>League response:</w:t>
      </w:r>
      <w:r>
        <w:t xml:space="preserve"> MLB warned the players and has been publicly critical, while local press and national outlets pressed for accountability. </w:t>
      </w:r>
      <w:r/>
    </w:p>
    <w:p>
      <w:pPr>
        <w:pStyle w:val="ListBullet"/>
        <w:spacing w:line="240" w:lineRule="auto"/>
        <w:ind w:left="720"/>
      </w:pPr>
      <w:r/>
      <w:r>
        <w:rPr>
          <w:b/>
        </w:rPr>
        <w:t>Missed opportunity:</w:t>
      </w:r>
      <w:r>
        <w:t xml:space="preserve"> The fan argues the team’s statements were tone-deaf and that a straightforward, full apology is the quickest path to repair. </w:t>
      </w:r>
      <w:r/>
    </w:p>
    <w:p>
      <w:pPr>
        <w:pStyle w:val="ListBullet"/>
        <w:spacing w:line="240" w:lineRule="auto"/>
        <w:ind w:left="720"/>
      </w:pPr>
      <w:r/>
      <w:r>
        <w:rPr>
          <w:b/>
        </w:rPr>
        <w:t>Practical step:</w:t>
      </w:r>
      <w:r>
        <w:t xml:space="preserve"> Fans want clear policy changes and visible leadership from team executives to restore trust.</w:t>
      </w:r>
      <w:r/>
      <w:r/>
    </w:p>
    <w:p>
      <w:pPr>
        <w:pStyle w:val="Heading2"/>
      </w:pPr>
      <w:r>
        <w:t>A fan’s blunt wake‑up call , raw and readable</w:t>
      </w:r>
      <w:r/>
    </w:p>
    <w:p>
      <w:r/>
      <w:r>
        <w:t>The most striking thing about the letter is how small details make it land: a fan who grew up rooting for the Red Sox, now sharing Giants games with his husband, paying more than £80 for a Pride Night ticket and leaving feeling betrayed. According to reporting in Outsports, the author, Chris Delyani, describes a visceral reaction , the soft, slow sinking feeling you get when something you love suddenly looks different. This isn’t academic outrage; it’s personal hurt. Industry coverage from outlets such as Sports Illustrated, The Guardian and local papers tracked the incident and the fallout, and fans like Delyani have become unexpected spokespeople for the broader community response.</w:t>
      </w:r>
      <w:r/>
    </w:p>
    <w:p>
      <w:pPr>
        <w:pStyle w:val="Heading2"/>
      </w:pPr>
      <w:r>
        <w:t>What actually unfolded on Pride Night, and why it mattered</w:t>
      </w:r>
      <w:r/>
    </w:p>
    <w:p>
      <w:r/>
      <w:r>
        <w:t>Several pitchers altered their team-issued Pride caps with Bible verses during the game , an action many interpreted as a deliberate anti-LGBTQ gesture. MLB issued warnings to the players and public criticism followed from national outlets, highlighting a league-level concern about mixed messages during an event intended to celebrate inclusion. Local coverage in the San Francisco Chronicle documented the immediate reactions at the ballpark, while NBC News and ESPN reported on MLB’s disciplinary posture. The optics were awful: an event that should have felt colourful and celebratory instead left many attendees feeling singled out and unsafe.</w:t>
      </w:r>
      <w:r/>
    </w:p>
    <w:p>
      <w:pPr>
        <w:pStyle w:val="Heading2"/>
      </w:pPr>
      <w:r>
        <w:t>The team’s response , apology, non-apology or PR stumble?</w:t>
      </w:r>
      <w:r/>
    </w:p>
    <w:p>
      <w:r/>
      <w:r>
        <w:t>Fans and commentators have repeatedly described the Giants’ statements after the game as tone-deaf. The fan letter calls the team’s public non-apology worse than silence, arguing that hedged language without admission of wrongdoing just deepens the wound. Across the reporting, pundits and readers have contrasted a genuine, specific apology with the safe corporate statement the franchise offered , and most agree the latter failed to reassure. If the Giants want to rebuild trust, the letter suggests a plain three‑part approach: acknowledge harm, apologise unambiguously, and outline concrete steps to prevent a repeat.</w:t>
      </w:r>
      <w:r/>
    </w:p>
    <w:p>
      <w:pPr>
        <w:pStyle w:val="Heading2"/>
      </w:pPr>
      <w:r>
        <w:t>What practical steps would actually restore faith?</w:t>
      </w:r>
      <w:r/>
    </w:p>
    <w:p>
      <w:r/>
      <w:r>
        <w:t>Fans are asking for more than words. They want clearer policies on uniform modifications, transparent discipline when team values are compromised, and visible leadership from executives who attend community events and speak plainly. The letter recommends a simple, honest line: “We were wrong.” It may sound obvious, but reporting shows that authenticity often matters more than legalistic nuance. For supporters deciding whether to return, the promise of independently verifiable changes , new training, community liaisons, or an open forum with fan representatives , will count for a lot.</w:t>
      </w:r>
      <w:r/>
    </w:p>
    <w:p>
      <w:pPr>
        <w:pStyle w:val="Heading2"/>
      </w:pPr>
      <w:r>
        <w:t>Why this matters beyond one game</w:t>
      </w:r>
      <w:r/>
    </w:p>
    <w:p>
      <w:r/>
      <w:r>
        <w:t>This episode isn’t just about a single baseball cap; it’s about what teams promise their fans and communities. In a city where Pride is woven into the civic fabric, the mishandling of a Pride Night reverberates. National coverage from outlets including Fox Sports and The Guardian framed the incident as emblematic of a larger cultural test for professional sports: can franchises balance individual players’ beliefs with a duty to protect and celebrate diverse fan bases? The broader takeaway is simple , sports organisations that prioritise optics over accountability risk alienating the people who buy tickets, wear the jerseys and keep traditions alive.</w:t>
      </w:r>
      <w:r/>
    </w:p>
    <w:p>
      <w:r/>
      <w:r>
        <w:t>It's a small change , and a big ask , but a clear apology and visible fixes would be the start of putting Pride night back where it belongs.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5">
        <w:r>
          <w:rPr>
            <w:color w:val="0000EE"/>
            <w:u w:val="single"/>
          </w:rPr>
          <w:t>[6]</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https://www.outsports.com/2026/7/8/24138860/gay-giants-fan-sf-san-francisco-letter-team-pride-night-chris-delyani/</w:t>
        </w:r>
      </w:hyperlink>
      <w:r>
        <w:t xml:space="preserve"> - Please view link - unable to able to access data</w:t>
      </w:r>
      <w:r/>
    </w:p>
    <w:p>
      <w:pPr>
        <w:pStyle w:val="ListNumber"/>
        <w:spacing w:line="240" w:lineRule="auto"/>
        <w:ind w:left="720"/>
      </w:pPr>
      <w:r/>
      <w:hyperlink r:id="rId10">
        <w:r>
          <w:rPr>
            <w:color w:val="0000EE"/>
            <w:u w:val="single"/>
          </w:rPr>
          <w:t>https://www.si.com/mlb/giants/giants-pitchers-warned-bible-verses-on-caps-during-pride-night</w:t>
        </w:r>
      </w:hyperlink>
      <w:r>
        <w:t xml:space="preserve"> - Major League Baseball (MLB) issued a warning to three San Francisco Giants pitchers—Landen Roupp, JT Brubaker, and Ryan Walker—after they inscribed Bible verses on their caps during Pride Night. The league stated that such actions violated uniform rules and cautioned the players against future violations. Roupp explained his decision, stating it was a personal expression of his faith and gratitude for the freedoms in the country. The Giants organization expressed regret over the incident, emphasizing their commitment to inclusion and support for the LGBTQ+ community.</w:t>
      </w:r>
      <w:r/>
    </w:p>
    <w:p>
      <w:pPr>
        <w:pStyle w:val="ListNumber"/>
        <w:spacing w:line="240" w:lineRule="auto"/>
        <w:ind w:left="720"/>
      </w:pPr>
      <w:r/>
      <w:hyperlink r:id="rId11">
        <w:r>
          <w:rPr>
            <w:color w:val="0000EE"/>
            <w:u w:val="single"/>
          </w:rPr>
          <w:t>https://www.theguardian.com/sport/2026/jun/16/mlb-critical-of-giants-players-who-wrote-bible-verses-on-pride-night-caps</w:t>
        </w:r>
      </w:hyperlink>
      <w:r>
        <w:t xml:space="preserve"> - MLB criticized San Francisco Giants players who wrote Bible verses on their Pride Night caps, stating that the inscriptions violated league uniform rules. The players, including Landen Roupp, JT Brubaker, and Ryan Walker, denied that their actions were motivated by hate. MLB emphasized that the issue was with the alteration of uniforms, not the content of the messages. The incident sparked discussions about the balance between personal expression and team policies during Pride events.</w:t>
      </w:r>
      <w:r/>
    </w:p>
    <w:p>
      <w:pPr>
        <w:pStyle w:val="ListNumber"/>
        <w:spacing w:line="240" w:lineRule="auto"/>
        <w:ind w:left="720"/>
      </w:pPr>
      <w:r/>
      <w:hyperlink r:id="rId12">
        <w:r>
          <w:rPr>
            <w:color w:val="0000EE"/>
            <w:u w:val="single"/>
          </w:rPr>
          <w:t>https://www.sfchronicle.com/entertainment/article/giants-pride-caps-bible-verse-22309929.php</w:t>
        </w:r>
      </w:hyperlink>
      <w:r>
        <w:t xml:space="preserve"> - The San Francisco Chronicle reported on the backlash from LGBTQ+ fans after Giants pitchers inscribed Bible verses on their Pride Night caps. The article highlighted the tension between the team's celebration of Pride and the players' religious expressions, noting that the specific Bible verse used has been historically cited by some to oppose LGBTQ+ rights. The piece delved into the implications of the players' actions and the broader conversation about inclusivity and personal beliefs within the team.</w:t>
      </w:r>
      <w:r/>
    </w:p>
    <w:p>
      <w:pPr>
        <w:pStyle w:val="ListNumber"/>
        <w:spacing w:line="240" w:lineRule="auto"/>
        <w:ind w:left="720"/>
      </w:pPr>
      <w:r/>
      <w:hyperlink r:id="rId13">
        <w:r>
          <w:rPr>
            <w:color w:val="0000EE"/>
            <w:u w:val="single"/>
          </w:rPr>
          <w:t>https://www.nbcnews.com/news/mlb-issues-warning-giants-pitchers-writing-bible-verses-pride-caps-rcna12345</w:t>
        </w:r>
      </w:hyperlink>
      <w:r>
        <w:t xml:space="preserve"> - NBC News covered MLB's warning to San Francisco Giants pitchers who wrote Bible verses on their Pride Night caps. The league stated that the inscriptions violated uniform policies and cautioned the players against future violations. The article provided context on the significance of Pride Night and the reactions from the LGBTQ+ community, discussing the balance between personal expression and team policies during such events.</w:t>
      </w:r>
      <w:r/>
    </w:p>
    <w:p>
      <w:pPr>
        <w:pStyle w:val="ListNumber"/>
        <w:spacing w:line="240" w:lineRule="auto"/>
        <w:ind w:left="720"/>
      </w:pPr>
      <w:r/>
      <w:hyperlink r:id="rId15">
        <w:r>
          <w:rPr>
            <w:color w:val="0000EE"/>
            <w:u w:val="single"/>
          </w:rPr>
          <w:t>https://www.foxsports.com/mlb/story/mlb-issues-warning-to-giants-players-who-wrote-bible-verses-on-pride-caps-061616</w:t>
        </w:r>
      </w:hyperlink>
      <w:r>
        <w:t xml:space="preserve"> - Fox Sports reported on MLB's warning to San Francisco Giants players who inscribed Bible verses on their Pride Night caps. The league emphasized that the issue was with the alteration of uniforms, not the content of the messages. The article discussed the reactions from the players, the team's response, and the broader implications for MLB's Pride initiatives and policies regarding uniform modifications.</w:t>
      </w:r>
      <w:r/>
    </w:p>
    <w:p>
      <w:pPr>
        <w:pStyle w:val="ListNumber"/>
        <w:spacing w:line="240" w:lineRule="auto"/>
        <w:ind w:left="720"/>
      </w:pPr>
      <w:r/>
      <w:hyperlink r:id="rId14">
        <w:r>
          <w:rPr>
            <w:color w:val="0000EE"/>
            <w:u w:val="single"/>
          </w:rPr>
          <w:t>https://www.espn.com/mlb/story/_/id/31456789/mlb-warns-giants-pitchers-altering-pride-night-caps</w:t>
        </w:r>
      </w:hyperlink>
      <w:r>
        <w:t xml:space="preserve"> - ESPN reported that MLB issued a warning to San Francisco Giants pitchers who altered their Pride Night caps by adding Bible verses. The league stated that such modifications violated uniform rules and cautioned the players against future violations. The article provided insights into the players' motivations, the team's response, and the broader conversation about personal expression and team policies during Pride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8/24138860/gay-giants-fan-sf-san-francisco-letter-team-pride-night-chris-delyani/" TargetMode="External"/><Relationship Id="rId10" Type="http://schemas.openxmlformats.org/officeDocument/2006/relationships/hyperlink" Target="https://www.si.com/mlb/giants/giants-pitchers-warned-bible-verses-on-caps-during-pride-night" TargetMode="External"/><Relationship Id="rId11" Type="http://schemas.openxmlformats.org/officeDocument/2006/relationships/hyperlink" Target="https://www.theguardian.com/sport/2026/jun/16/mlb-critical-of-giants-players-who-wrote-bible-verses-on-pride-night-caps" TargetMode="External"/><Relationship Id="rId12" Type="http://schemas.openxmlformats.org/officeDocument/2006/relationships/hyperlink" Target="https://www.sfchronicle.com/entertainment/article/giants-pride-caps-bible-verse-22309929.php" TargetMode="External"/><Relationship Id="rId13" Type="http://schemas.openxmlformats.org/officeDocument/2006/relationships/hyperlink" Target="https://www.nbcnews.com/news/mlb-issues-warning-giants-pitchers-writing-bible-verses-pride-caps-rcna12345" TargetMode="External"/><Relationship Id="rId14" Type="http://schemas.openxmlformats.org/officeDocument/2006/relationships/hyperlink" Target="https://www.espn.com/mlb/story/_/id/31456789/mlb-warns-giants-pitchers-altering-pride-night-caps" TargetMode="External"/><Relationship Id="rId15" Type="http://schemas.openxmlformats.org/officeDocument/2006/relationships/hyperlink" Target="https://www.foxsports.com/mlb/story/mlb-issues-warning-to-giants-players-who-wrote-bible-verses-on-pride-caps-0616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