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July Book Releases to Add to Your TBR This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your summer reading: queer writers are dropping fresh, bold titles in July, from kaleidoscopic memoir-style fiction to sharp debut novels, here’s what to preorder, where to look, and why these releases matter to readers and communities alike.</w:t>
      </w:r>
      <w:r/>
    </w:p>
    <w:p>
      <w:r/>
      <w:r>
        <w:t>Essential Takeaways</w:t>
      </w:r>
      <w:r/>
      <w:r/>
    </w:p>
    <w:p>
      <w:pPr>
        <w:pStyle w:val="ListBullet"/>
        <w:spacing w:line="240" w:lineRule="auto"/>
        <w:ind w:left="720"/>
      </w:pPr>
      <w:r/>
      <w:r>
        <w:rPr>
          <w:b/>
        </w:rPr>
        <w:t>Standout titles:</w:t>
      </w:r>
      <w:r>
        <w:t xml:space="preserve"> Perverts by Mac Crane and Waterspout by MTF are among the buzziest July releases, each with a vivid voice and queer-centred scenes.</w:t>
      </w:r>
      <w:r/>
    </w:p>
    <w:p>
      <w:pPr>
        <w:pStyle w:val="ListBullet"/>
        <w:spacing w:line="240" w:lineRule="auto"/>
        <w:ind w:left="720"/>
      </w:pPr>
      <w:r/>
      <w:r>
        <w:rPr>
          <w:b/>
        </w:rPr>
        <w:t>Tone and feel:</w:t>
      </w:r>
      <w:r>
        <w:t xml:space="preserve"> Expect bright, candid storytelling, one book is described as candy-coloured and kaleidoscopic, the other lands as witty and unflinching.</w:t>
      </w:r>
      <w:r/>
    </w:p>
    <w:p>
      <w:pPr>
        <w:pStyle w:val="ListBullet"/>
        <w:spacing w:line="240" w:lineRule="auto"/>
        <w:ind w:left="720"/>
      </w:pPr>
      <w:r/>
      <w:r>
        <w:rPr>
          <w:b/>
        </w:rPr>
        <w:t>Preorder now:</w:t>
      </w:r>
      <w:r>
        <w:t xml:space="preserve"> Several titles are available to preorder through major retailers; release dates are imminent so don’t miss launch-week events.</w:t>
      </w:r>
      <w:r/>
    </w:p>
    <w:p>
      <w:pPr>
        <w:pStyle w:val="ListBullet"/>
        <w:spacing w:line="240" w:lineRule="auto"/>
        <w:ind w:left="720"/>
      </w:pPr>
      <w:r/>
      <w:r>
        <w:rPr>
          <w:b/>
        </w:rPr>
        <w:t>Community boost:</w:t>
      </w:r>
      <w:r>
        <w:t xml:space="preserve"> Engaging with queer writers, liking, commenting, restacking, directly supports creators and keeps queer publishing lively.</w:t>
      </w:r>
      <w:r/>
    </w:p>
    <w:p>
      <w:pPr>
        <w:pStyle w:val="ListBullet"/>
        <w:spacing w:line="240" w:lineRule="auto"/>
        <w:ind w:left="720"/>
      </w:pPr>
      <w:r/>
      <w:r>
        <w:rPr>
          <w:b/>
        </w:rPr>
        <w:t>Practical tip:</w:t>
      </w:r>
      <w:r>
        <w:t xml:space="preserve"> Follow Bookstagram and newsletter recs for early glimpses and to join preorder conversation threads.</w:t>
      </w:r>
      <w:r/>
      <w:r/>
    </w:p>
    <w:p>
      <w:pPr>
        <w:pStyle w:val="Heading2"/>
      </w:pPr>
      <w:r>
        <w:t>Why July feels like Queer Book Month</w:t>
      </w:r>
      <w:r/>
    </w:p>
    <w:p>
      <w:r/>
      <w:r>
        <w:t>There’s a particular warmth to summer releases: books arrive when people have time to savour them, and queer writers are leaning into that window with punchy, intimate work. According to publisher listings and author pages, Perverts is landing as a sharp, memorable novel with a distinct tone, while MTF’s Waterspout arrives mid-month with a party-ready, neon-soaked portrait of San Francisco’s scene. If you like reading that feels like being in a crowded room, loud, messy, affectionate, this is your shelf replenished.</w:t>
      </w:r>
      <w:r/>
    </w:p>
    <w:p>
      <w:pPr>
        <w:pStyle w:val="Heading2"/>
      </w:pPr>
      <w:r>
        <w:t>Perverts by Mac Crane , what to expect</w:t>
      </w:r>
      <w:r/>
    </w:p>
    <w:p>
      <w:r/>
      <w:r>
        <w:t>Perverts has been getting attention in listings from Penguin Random House and booksellers for its voice-driven approach. It reads like a novel that’s comfortable being provocative, with characters who push at boundaries and language that doesn’t apologise. Publishers Weekly and Goodreads entries suggest readers should brace for wit and a frankness that can be both laugh-out-loud and sharply observant. If you’re choosing a copy, check editions on Bookshop.org and the publisher’s site to support indie retailers and the author.</w:t>
      </w:r>
      <w:r/>
    </w:p>
    <w:p>
      <w:pPr>
        <w:pStyle w:val="Heading2"/>
      </w:pPr>
      <w:r>
        <w:t>Waterspout and the candy-coloured San Francisco portrait</w:t>
      </w:r>
      <w:r/>
    </w:p>
    <w:p>
      <w:r/>
      <w:r>
        <w:t>MTF’s Waterspout, arriving around Bastille Day, promises a kaleidoscopic sweep of the modern gay scene through one unforgettable narrator. The book has been teased in community newsletters as bright, horny, and full of insider texture, expect bar lights, late-night escapades, and intimate self-inventory. Preordering helps authors on smaller platforms reach wider audiences, so if you’re keen, reserve a copy and follow author chat appearances for launch-week conversations and Q&amp;As.</w:t>
      </w:r>
      <w:r/>
    </w:p>
    <w:p>
      <w:pPr>
        <w:pStyle w:val="Heading2"/>
      </w:pPr>
      <w:r>
        <w:t>How to pick the right queer new release for you</w:t>
      </w:r>
      <w:r/>
    </w:p>
    <w:p>
      <w:r/>
      <w:r>
        <w:t>Match tone to mood: pick Perverts if you want razor-sharp, provocative fiction; choose Waterspout if you want memoir-ish, scene-driven ambience. Look at page samples and reviews, Goodreads and publisher pages often include excerpts. If you care about format, check Bookshop.org for paperback versus hardcover options, and consider e-audio availability if you commute. And if activism or representation matters, scan author bios and publisher notes to see how books centre identity, chosen family, and community.</w:t>
      </w:r>
      <w:r/>
    </w:p>
    <w:p>
      <w:pPr>
        <w:pStyle w:val="Heading2"/>
      </w:pPr>
      <w:r>
        <w:t>Engage with authors and the queer book community</w:t>
      </w:r>
      <w:r/>
    </w:p>
    <w:p>
      <w:r/>
      <w:r>
        <w:t>Newsletters like Qstack and Bookstagram accounts are where a lot of buzz starts; they surface interviews, preorder links, and launch events. Commenting, sharing, and joining preorder campaigns gives creators momentum and helps smaller presses. For readers who like deeper context, look out for author interviews and newsletter chats, these often reveal creative choices and the personal histories that feed into a book.</w:t>
      </w:r>
      <w:r/>
    </w:p>
    <w:p>
      <w:r/>
      <w:r>
        <w:t>It's a small change to preorder a title and a big one for the writer; pick something that makes you want to read immediately.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11">
        <w:r>
          <w:rPr>
            <w:color w:val="0000EE"/>
            <w:u w:val="single"/>
          </w:rPr>
          <w:t>[6]</w:t>
        </w:r>
      </w:hyperlink>
      <w:r>
        <w:t xml:space="preserve">, </w:t>
      </w:r>
      <w:hyperlink r:id="rId14">
        <w:r>
          <w:rPr>
            <w:color w:val="0000EE"/>
            <w:u w:val="single"/>
          </w:rPr>
          <w:t>[5]</w:t>
        </w:r>
      </w:hyperlink>
      <w:r>
        <w:t xml:space="preserve">- Paragraph 6: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https://qstack.substack.com/p/queer-july-new-book-releases-freedom</w:t>
        </w:r>
      </w:hyperlink>
      <w:r>
        <w:t xml:space="preserve"> - Please view link - unable to able to access data</w:t>
      </w:r>
      <w:r/>
    </w:p>
    <w:p>
      <w:pPr>
        <w:pStyle w:val="ListNumber"/>
        <w:spacing w:line="240" w:lineRule="auto"/>
        <w:ind w:left="720"/>
      </w:pPr>
      <w:r/>
      <w:hyperlink r:id="rId10">
        <w:r>
          <w:rPr>
            <w:color w:val="0000EE"/>
            <w:u w:val="single"/>
          </w:rPr>
          <w:t>https://www.penguinrandomhouse.com/books/762973/perverts-by-mac-crane/</w:t>
        </w:r>
      </w:hyperlink>
      <w:r>
        <w:t xml:space="preserve"> - 'Perverts' is a provocative collection of seventeen transgressive short stories by Mac (Marisa) Crane, exploring themes of desire, shame, and societal norms. The stories delve into unconventional relationships and situations, challenging traditional perceptions of queerness and identity. The collection is set to be released on July 7, 2026, and is available for pre-order in various formats. (</w:t>
      </w:r>
      <w:hyperlink r:id="rId15">
        <w:r>
          <w:rPr>
            <w:color w:val="0000EE"/>
            <w:u w:val="single"/>
          </w:rPr>
          <w:t>penguinrandomhouse.com</w:t>
        </w:r>
      </w:hyperlink>
      <w:r>
        <w:t>)</w:t>
      </w:r>
      <w:r/>
    </w:p>
    <w:p>
      <w:pPr>
        <w:pStyle w:val="ListNumber"/>
        <w:spacing w:line="240" w:lineRule="auto"/>
        <w:ind w:left="720"/>
      </w:pPr>
      <w:r/>
      <w:hyperlink r:id="rId16">
        <w:r>
          <w:rPr>
            <w:color w:val="0000EE"/>
            <w:u w:val="single"/>
          </w:rPr>
          <w:t>https://www.penguinrandomhouse.com/authors/2356682/mac-marisa-crane/</w:t>
        </w:r>
      </w:hyperlink>
      <w:r>
        <w:t xml:space="preserve"> - Mac (Marisa) Crane is an acclaimed author known for their unique storytelling and exploration of queer themes. Their previous works include 'I Keep My Exoskeletons to Myself' and 'A Sharp Endless Need.' Crane has received fellowships from the Sewanee Writers’ Conference, American Short Fiction, and Vermont Studio Center. They currently reside in San Diego with their family. (</w:t>
      </w:r>
      <w:hyperlink r:id="rId17">
        <w:r>
          <w:rPr>
            <w:color w:val="0000EE"/>
            <w:u w:val="single"/>
          </w:rPr>
          <w:t>penguinrandomhouse.com</w:t>
        </w:r>
      </w:hyperlink>
      <w:r>
        <w:t>)</w:t>
      </w:r>
      <w:r/>
    </w:p>
    <w:p>
      <w:pPr>
        <w:pStyle w:val="ListNumber"/>
        <w:spacing w:line="240" w:lineRule="auto"/>
        <w:ind w:left="720"/>
      </w:pPr>
      <w:r/>
      <w:hyperlink r:id="rId13">
        <w:r>
          <w:rPr>
            <w:color w:val="0000EE"/>
            <w:u w:val="single"/>
          </w:rPr>
          <w:t>https://www.goodreads.com/en/book/show/242513363-perverts</w:t>
        </w:r>
      </w:hyperlink>
      <w:r>
        <w:t xml:space="preserve"> - 'Perverts' by Mac Crane is a collection of short stories that confronts contemporary desires and societal taboos. The narratives are intense and unfiltered, delving into the complexities of human relationships and identity. The book has received mixed reviews, with some readers finding it challenging yet thought-provoking. (</w:t>
      </w:r>
      <w:hyperlink r:id="rId18">
        <w:r>
          <w:rPr>
            <w:color w:val="0000EE"/>
            <w:u w:val="single"/>
          </w:rPr>
          <w:t>goodreads.com</w:t>
        </w:r>
      </w:hyperlink>
      <w:r>
        <w:t>)</w:t>
      </w:r>
      <w:r/>
    </w:p>
    <w:p>
      <w:pPr>
        <w:pStyle w:val="ListNumber"/>
        <w:spacing w:line="240" w:lineRule="auto"/>
        <w:ind w:left="720"/>
      </w:pPr>
      <w:r/>
      <w:hyperlink r:id="rId14">
        <w:r>
          <w:rPr>
            <w:color w:val="0000EE"/>
            <w:u w:val="single"/>
          </w:rPr>
          <w:t>https://www.publishersweekly.com/9780593733677</w:t>
        </w:r>
      </w:hyperlink>
      <w:r>
        <w:t xml:space="preserve"> - Publishers Weekly provides a review of 'Perverts' by Mac Crane, highlighting the collection's exploration of sexual identity, kink, and reinvention. The review notes the stories' boldness and the author's ability to delve into complex themes, offering a memorable and provocative reading experience. (</w:t>
      </w:r>
      <w:hyperlink r:id="rId19">
        <w:r>
          <w:rPr>
            <w:color w:val="0000EE"/>
            <w:u w:val="single"/>
          </w:rPr>
          <w:t>publishersweekly.com</w:t>
        </w:r>
      </w:hyperlink>
      <w:r>
        <w:t>)</w:t>
      </w:r>
      <w:r/>
    </w:p>
    <w:p>
      <w:pPr>
        <w:pStyle w:val="ListNumber"/>
        <w:spacing w:line="240" w:lineRule="auto"/>
        <w:ind w:left="720"/>
      </w:pPr>
      <w:r/>
      <w:hyperlink r:id="rId11">
        <w:r>
          <w:rPr>
            <w:color w:val="0000EE"/>
            <w:u w:val="single"/>
          </w:rPr>
          <w:t>https://www.bookshop.org/p/books/perverts-fiction-mac-crane/972c4957425debc7</w:t>
        </w:r>
      </w:hyperlink>
      <w:r>
        <w:t xml:space="preserve"> - 'Perverts' is available for pre-order on Bookshop.org, offering readers the opportunity to support independent bookstores while securing a copy of Mac Crane's latest work. The book is set to be released on July 7, 2026, and is priced at $28.00. (</w:t>
      </w:r>
      <w:hyperlink r:id="rId20">
        <w:r>
          <w:rPr>
            <w:color w:val="0000EE"/>
            <w:u w:val="single"/>
          </w:rPr>
          <w:t>bookshop.org</w:t>
        </w:r>
      </w:hyperlink>
      <w:r>
        <w:t>)</w:t>
      </w:r>
      <w:r/>
    </w:p>
    <w:p>
      <w:pPr>
        <w:pStyle w:val="ListNumber"/>
        <w:spacing w:line="240" w:lineRule="auto"/>
        <w:ind w:left="720"/>
      </w:pPr>
      <w:r/>
      <w:hyperlink r:id="rId12">
        <w:r>
          <w:rPr>
            <w:color w:val="0000EE"/>
            <w:u w:val="single"/>
          </w:rPr>
          <w:t>https://www.adlibris.com/fi/kirja/waterspout-9798992613834</w:t>
        </w:r>
      </w:hyperlink>
      <w:r>
        <w:t xml:space="preserve"> - 'Waterspout' is an upcoming book by MTF, scheduled for release on July 14, 2026. The book is described as a 'candy-colored kaleidoscopic survey of the modern San Francisco gay scene through the eyes of one slutty little twink.' It is available for pre-order and is published by Sweet Flag Books. (</w:t>
      </w:r>
      <w:hyperlink r:id="rId21">
        <w:r>
          <w:rPr>
            <w:color w:val="0000EE"/>
            <w:u w:val="single"/>
          </w:rPr>
          <w:t>adlibris.com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stack.substack.com/p/queer-july-new-book-releases-freedom" TargetMode="External"/><Relationship Id="rId10" Type="http://schemas.openxmlformats.org/officeDocument/2006/relationships/hyperlink" Target="https://www.penguinrandomhouse.com/books/762973/perverts-by-mac-crane/" TargetMode="External"/><Relationship Id="rId11" Type="http://schemas.openxmlformats.org/officeDocument/2006/relationships/hyperlink" Target="https://www.bookshop.org/p/books/perverts-fiction-mac-crane/972c4957425debc7" TargetMode="External"/><Relationship Id="rId12" Type="http://schemas.openxmlformats.org/officeDocument/2006/relationships/hyperlink" Target="https://www.adlibris.com/fi/kirja/waterspout-9798992613834" TargetMode="External"/><Relationship Id="rId13" Type="http://schemas.openxmlformats.org/officeDocument/2006/relationships/hyperlink" Target="https://www.goodreads.com/en/book/show/242513363-perverts" TargetMode="External"/><Relationship Id="rId14" Type="http://schemas.openxmlformats.org/officeDocument/2006/relationships/hyperlink" Target="https://www.publishersweekly.com/9780593733677" TargetMode="External"/><Relationship Id="rId15" Type="http://schemas.openxmlformats.org/officeDocument/2006/relationships/hyperlink" Target="https://www.penguinrandomhouse.com/books/762973/perverts-by-mac-crane/?utm_source=openai" TargetMode="External"/><Relationship Id="rId16" Type="http://schemas.openxmlformats.org/officeDocument/2006/relationships/hyperlink" Target="https://www.penguinrandomhouse.com/authors/2356682/mac-marisa-crane/" TargetMode="External"/><Relationship Id="rId17" Type="http://schemas.openxmlformats.org/officeDocument/2006/relationships/hyperlink" Target="https://www.penguinrandomhouse.com/authors/2356682/mac-marisa-crane/?utm_source=openai" TargetMode="External"/><Relationship Id="rId18" Type="http://schemas.openxmlformats.org/officeDocument/2006/relationships/hyperlink" Target="https://www.goodreads.com/en/book/show/242513363-perverts?utm_source=openai" TargetMode="External"/><Relationship Id="rId19" Type="http://schemas.openxmlformats.org/officeDocument/2006/relationships/hyperlink" Target="https://www.publishersweekly.com/9780593733677?utm_source=openai" TargetMode="External"/><Relationship Id="rId20" Type="http://schemas.openxmlformats.org/officeDocument/2006/relationships/hyperlink" Target="https://bookshop.org/p/books/perverts-fiction-mac-crane/972c4957425debc7?utm_source=openai" TargetMode="External"/><Relationship Id="rId21" Type="http://schemas.openxmlformats.org/officeDocument/2006/relationships/hyperlink" Target="https://www.adlibris.com/fi/kirja/waterspout-9798992613834?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