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Singles Night in Vancouver: Meet Me at the Gallery Pride Edition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swapping apps for art , Meet Me at the Gallery: Pride Edition turns the Vancouver Art Gallery into a lively after‑hours singles social where art, music and community mix. It’s a chance for locals to meet, sip cocktails and see exhibitions in a relaxed Pride‑season setting.</w:t>
      </w:r>
      <w:r/>
    </w:p>
    <w:p>
      <w:r/>
      <w:r>
        <w:t>Essential Takeaways</w:t>
      </w:r>
      <w:r/>
      <w:r/>
    </w:p>
    <w:p>
      <w:pPr>
        <w:pStyle w:val="ListBullet"/>
        <w:spacing w:line="240" w:lineRule="auto"/>
        <w:ind w:left="720"/>
      </w:pPr>
      <w:r/>
      <w:r>
        <w:rPr>
          <w:b/>
        </w:rPr>
        <w:t>What it is:</w:t>
      </w:r>
      <w:r>
        <w:t xml:space="preserve"> An after‑hours Pride singles mixer hosted by the Vancouver Art Gallery in partnership with Thursday Dating, with music, drinks and gallery access.</w:t>
      </w:r>
      <w:r/>
    </w:p>
    <w:p>
      <w:pPr>
        <w:pStyle w:val="ListBullet"/>
        <w:spacing w:line="240" w:lineRule="auto"/>
        <w:ind w:left="720"/>
      </w:pPr>
      <w:r/>
      <w:r>
        <w:rPr>
          <w:b/>
        </w:rPr>
        <w:t>When and where:</w:t>
      </w:r>
      <w:r>
        <w:t xml:space="preserve"> Friday 24 July 2026, 7–10pm (doors 6:45pm) at the Vancouver Art Gallery, 750 Hornby Street.</w:t>
      </w:r>
      <w:r/>
    </w:p>
    <w:p>
      <w:pPr>
        <w:pStyle w:val="ListBullet"/>
        <w:spacing w:line="240" w:lineRule="auto"/>
        <w:ind w:left="720"/>
      </w:pPr>
      <w:r/>
      <w:r>
        <w:rPr>
          <w:b/>
        </w:rPr>
        <w:t>Atmosphere:</w:t>
      </w:r>
      <w:r>
        <w:t xml:space="preserve"> Hosted by drag performer Mx Bukuru, with a live DJ, cocktails and mocktails by The Lazy Gourmet , expect colourful, upbeat vibes and easy conversation.</w:t>
      </w:r>
      <w:r/>
    </w:p>
    <w:p>
      <w:pPr>
        <w:pStyle w:val="ListBullet"/>
        <w:spacing w:line="240" w:lineRule="auto"/>
        <w:ind w:left="720"/>
      </w:pPr>
      <w:r/>
      <w:r>
        <w:rPr>
          <w:b/>
        </w:rPr>
        <w:t>Gallery access:</w:t>
      </w:r>
      <w:r>
        <w:t xml:space="preserve"> Exclusive entry to first and second‑floor exhibitions, including That Green Ideal: Emily Carr, Jim Lambie: Zobop (Colour‑Chrome) and Future Geographies.</w:t>
      </w:r>
      <w:r/>
    </w:p>
    <w:p>
      <w:pPr>
        <w:pStyle w:val="ListBullet"/>
        <w:spacing w:line="240" w:lineRule="auto"/>
        <w:ind w:left="720"/>
      </w:pPr>
      <w:r/>
      <w:r>
        <w:rPr>
          <w:b/>
        </w:rPr>
        <w:t>Tickets:</w:t>
      </w:r>
      <w:r>
        <w:t xml:space="preserve"> Available through Thursday Dating or on the door; the event promotes mingling in person rather than swiping.</w:t>
      </w:r>
      <w:r/>
      <w:r/>
    </w:p>
    <w:p>
      <w:pPr>
        <w:pStyle w:val="Heading2"/>
      </w:pPr>
      <w:r>
        <w:t>A singles night that feels like a late‑summer gallery party</w:t>
      </w:r>
      <w:r/>
    </w:p>
    <w:p>
      <w:r/>
      <w:r>
        <w:t>This isn’t your typical bar queue , the Gallery will be open after hours and set up for socialising among artworks, which gives the whole evening a quieter, more textured feel. According to the Vancouver Art Gallery event page, guests can wander exhibitions between DJ sets and drinks, which makes for a naturally good icebreaker: “What drew you to this piece?” beats “What’s your go‑to drink?” any night.</w:t>
      </w:r>
      <w:r/>
    </w:p>
    <w:p>
      <w:r/>
      <w:r>
        <w:t>The idea fits a broader trend of cultural venues staging social nights to help people meet in settings that prompt conversation. The Gallery’s Pride edition leans into that by pairing creative programming with LGBTQ2S+ celebration, so it’s as much about community as it is about dates.</w:t>
      </w:r>
      <w:r/>
    </w:p>
    <w:p>
      <w:pPr>
        <w:pStyle w:val="Heading2"/>
      </w:pPr>
      <w:r>
        <w:t>Host, music and drinks , the social mechanics</w:t>
      </w:r>
      <w:r/>
    </w:p>
    <w:p>
      <w:r/>
      <w:r>
        <w:t>Mx Bukuru, one of Vancouver’s popular drag performers, will guide the tone of the night, and The Lazy Gourmet will be serving cocktails and mocktails , details that signal a playful, inclusive atmosphere. A live DJ means the music will buoy conversations rather than drown them, so you can chat without shouting and still feel the party.</w:t>
      </w:r>
      <w:r/>
    </w:p>
    <w:p>
      <w:r/>
      <w:r>
        <w:t>If you want to make the most of the night, aim to arrive close to doors open time; early mingling lets you explore art with smaller crowds and start conversations more naturally. Tickets can be bought through Thursday Dating or on the door, so there’s flexibility if plans shift.</w:t>
      </w:r>
      <w:r/>
    </w:p>
    <w:p>
      <w:pPr>
        <w:pStyle w:val="Heading2"/>
      </w:pPr>
      <w:r>
        <w:t>See art after dark , exhibitions that spark talk</w:t>
      </w:r>
      <w:r/>
    </w:p>
    <w:p>
      <w:r/>
      <w:r>
        <w:t>Attendees get exclusive access to the Gallery’s first and second floors, showcasing exhibitions such as That Green Ideal: Emily Carr and Future Geographies: Art in the Century of Climate Change. These shows provide rich, conversation‑friendly material , whether it’s a debate about landscape and ecology or a shared laugh over a striking multimedia installation.</w:t>
      </w:r>
      <w:r/>
    </w:p>
    <w:p>
      <w:r/>
      <w:r>
        <w:t>The Gallery’s programming often pairs visual art with public events to broaden engagement, and this singles social is a neat example: people meet while looking at things that prompt opinion and curiosity, which makes follow‑up chats feel easier and more memorable.</w:t>
      </w:r>
      <w:r/>
    </w:p>
    <w:p>
      <w:pPr>
        <w:pStyle w:val="Heading2"/>
      </w:pPr>
      <w:r>
        <w:t>Why Pride season matters for an event like this</w:t>
      </w:r>
      <w:r/>
    </w:p>
    <w:p>
      <w:r/>
      <w:r>
        <w:t>Holding the event during Pride season brings an extra layer of celebration and visibility, creating a space where LGBTQ2S+ identities are centred and welcomed. The Gallery’s Pride programming aims to be inclusive and community‑focussed, so singles looking for affinity and fun will find both here.</w:t>
      </w:r>
      <w:r/>
    </w:p>
    <w:p>
      <w:r/>
      <w:r>
        <w:t>Beyond the social aspect, the night also reflects the Gallery’s commitment to public programming and wellbeing , it’s a reminder that cultural institutions can be places for connection as well as contemplation.</w:t>
      </w:r>
      <w:r/>
    </w:p>
    <w:p>
      <w:pPr>
        <w:pStyle w:val="Heading2"/>
      </w:pPr>
      <w:r>
        <w:t>Practical tips for a smooth evening</w:t>
      </w:r>
      <w:r/>
    </w:p>
    <w:p>
      <w:r/>
      <w:r>
        <w:t>Wear something you’re comfortable moving in , the mix of standing, walking galleries and dancing needs flexible footwear. Bring cash or card for door tickets if you decide to pop in last minute. And if you’re nervous, use the art: ask someone about a piece you both linger over to open a natural conversation.</w:t>
      </w:r>
      <w:r/>
    </w:p>
    <w:p>
      <w:r/>
      <w:r>
        <w:t>Arriving early helps with quieter conversations; staying late gives you the energy of a livelier crowd. Either way, treat it as a chance to meet people rather than force a match.</w:t>
      </w:r>
      <w:r/>
    </w:p>
    <w:p>
      <w:r/>
      <w:r>
        <w:t>It's a small change that can make meeting people feel a lot more human.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10">
        <w:r>
          <w:rPr>
            <w:color w:val="0000EE"/>
            <w:u w:val="single"/>
          </w:rPr>
          <w:t>[2]</w:t>
        </w:r>
      </w:hyperlink>
      <w:r>
        <w:t xml:space="preserve">, </w:t>
      </w:r>
      <w:hyperlink r:id="rId12">
        <w:r>
          <w:rPr>
            <w:color w:val="0000EE"/>
            <w:u w:val="single"/>
          </w:rPr>
          <w:t>[5]</w:t>
        </w:r>
      </w:hyperlink>
      <w:r>
        <w:t xml:space="preserve">- Paragraph 3: </w:t>
      </w:r>
      <w:hyperlink r:id="rId10">
        <w:r>
          <w:rPr>
            <w:color w:val="0000EE"/>
            <w:u w:val="single"/>
          </w:rPr>
          <w:t>[2]</w:t>
        </w:r>
      </w:hyperlink>
      <w:r>
        <w:t xml:space="preserve">, </w:t>
      </w:r>
      <w:hyperlink r:id="rId13">
        <w:r>
          <w:rPr>
            <w:color w:val="0000EE"/>
            <w:u w:val="single"/>
          </w:rPr>
          <w:t>[4]</w:t>
        </w:r>
      </w:hyperlink>
      <w:r>
        <w:t xml:space="preserve">- Paragraph 4: </w:t>
      </w:r>
      <w:hyperlink r:id="rId14">
        <w:r>
          <w:rPr>
            <w:color w:val="0000EE"/>
            <w:u w:val="single"/>
          </w:rPr>
          <w:t>[6]</w:t>
        </w:r>
      </w:hyperlink>
      <w:r>
        <w:t xml:space="preserve">, </w:t>
      </w:r>
      <w:hyperlink r:id="rId10">
        <w:r>
          <w:rPr>
            <w:color w:val="0000EE"/>
            <w:u w:val="single"/>
          </w:rPr>
          <w:t>[2]</w:t>
        </w:r>
      </w:hyperlink>
      <w:r>
        <w:t xml:space="preserve">- Paragraph 5: </w:t>
      </w:r>
      <w:hyperlink r:id="rId12">
        <w:r>
          <w:rPr>
            <w:color w:val="0000EE"/>
            <w:u w:val="single"/>
          </w:rPr>
          <w:t>[5]</w:t>
        </w:r>
      </w:hyperlink>
      <w:r>
        <w:t xml:space="preserve">, </w:t>
      </w:r>
      <w:hyperlink r:id="rId10">
        <w:r>
          <w:rPr>
            <w:color w:val="0000EE"/>
            <w:u w:val="single"/>
          </w:rPr>
          <w:t>[2]</w:t>
        </w:r>
      </w:hyperlink>
      <w:r>
        <w:t xml:space="preserve">- Paragraph 6: </w:t>
      </w:r>
      <w:hyperlink r:id="rId10">
        <w:r>
          <w:rPr>
            <w:color w:val="0000EE"/>
            <w:u w:val="single"/>
          </w:rPr>
          <w:t>[2]</w:t>
        </w:r>
      </w:hyperlink>
      <w:r>
        <w:t xml:space="preserve">, </w:t>
      </w:r>
      <w:hyperlink r:id="rId11">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https://myvancity.ca/2026/07/08/vancouver-art-gallery-hosts-after-hours-pride-singles-social/?utm_source=rss&amp;utm_medium=rss&amp;utm_campaign=vancouver-art-gallery-hosts-after-hours-pride-singles-social</w:t>
        </w:r>
      </w:hyperlink>
      <w:r>
        <w:t xml:space="preserve"> - Please view link - unable to able to access data</w:t>
      </w:r>
      <w:r/>
    </w:p>
    <w:p>
      <w:pPr>
        <w:pStyle w:val="ListNumber"/>
        <w:spacing w:line="240" w:lineRule="auto"/>
        <w:ind w:left="720"/>
      </w:pPr>
      <w:r/>
      <w:hyperlink r:id="rId10">
        <w:r>
          <w:rPr>
            <w:color w:val="0000EE"/>
            <w:u w:val="single"/>
          </w:rPr>
          <w:t>https://www.vanartgallery.bc.ca/events/meet-me-at-the-gallery-jul-24/</w:t>
        </w:r>
      </w:hyperlink>
      <w:r>
        <w:t xml:space="preserve"> - The Vancouver Art Gallery, in collaboration with Thursday Dating, is hosting 'Meet Me at the Gallery: Pride Edition' on Friday, July 24, 2026, from 7 to 10 PM. This after-hours singles mixer celebrates Pride through art, music, and community. Attendees can explore exhibitions, enjoy music, and connect in a vibrant social space. The event features a live DJ, cocktails and mocktails by The Lazy Gourmet, and exclusive access to exhibitions such as 'That Green Ideal: Emily Carr and the Idea of Nature', 'Jim Lambie: Zobop (Colour-Chrome)', and 'Future Geographies: Art in the Century of Climate Change'. Tickets are available through Thursday Dating or at the door. The Vancouver Art Gallery is located at 750 Hornby Street, Vancouver, BC V6Z 2H7.</w:t>
      </w:r>
      <w:r/>
    </w:p>
    <w:p>
      <w:pPr>
        <w:pStyle w:val="ListNumber"/>
        <w:spacing w:line="240" w:lineRule="auto"/>
        <w:ind w:left="720"/>
      </w:pPr>
      <w:r/>
      <w:hyperlink r:id="rId15">
        <w:r>
          <w:rPr>
            <w:color w:val="0000EE"/>
            <w:u w:val="single"/>
          </w:rPr>
          <w:t>https://www.vanartgallery.bc.ca/events/meet-me-at-the-gallery-mar-13/</w:t>
        </w:r>
      </w:hyperlink>
      <w:r>
        <w:t xml:space="preserve"> - On March 13, 2026, the Vancouver Art Gallery, in partnership with Thursday Dating, hosted 'Meet Me at the Gallery | Singles Social'. This after-hours event aimed to bring people together through art, conversation, and real-life connection. Guests explored exhibitions, lingered with artworks, and met new people in a vibrant, immersive environment. The evening featured a live DJ set and a pop-up bar with both alcoholic and zero-proof options. Tickets were available through Thursday Dating, with age restrictions of 25+ and last entry at 8 PM. The event took place at the Vancouver Art Gallery, 750 Hornby Street, Vancouver, BC V6Z 2H7.</w:t>
      </w:r>
      <w:r/>
    </w:p>
    <w:p>
      <w:pPr>
        <w:pStyle w:val="ListNumber"/>
        <w:spacing w:line="240" w:lineRule="auto"/>
        <w:ind w:left="720"/>
      </w:pPr>
      <w:r/>
      <w:hyperlink r:id="rId13">
        <w:r>
          <w:rPr>
            <w:color w:val="0000EE"/>
            <w:u w:val="single"/>
          </w:rPr>
          <w:t>https://www.vanartgallery.bc.ca/special-events/</w:t>
        </w:r>
      </w:hyperlink>
      <w:r>
        <w:t xml:space="preserve"> - The Vancouver Art Gallery's Special Events page provides information on upcoming and current events. Notably, 'Meet Me at the Gallery | Singles Social: Pride Edition' is scheduled for July 24, 2026, from 7 to 10 PM. This event, in collaboration with Thursday Dating, offers a unique after-hours experience celebrating Pride through art, music, and community. Attendees can explore exhibitions, enjoy music, and connect in a vibrant social space. The page also lists other events, such as 'Among the Trees with Emily Carr | An Enchanted Afternoon Tea' running from May 22 to September 20, 2026, at Notch8 Restaurant &amp; Bar, Fairmont Hotel Vancouver, 900 West Georgia Street.</w:t>
      </w:r>
      <w:r/>
    </w:p>
    <w:p>
      <w:pPr>
        <w:pStyle w:val="ListNumber"/>
        <w:spacing w:line="240" w:lineRule="auto"/>
        <w:ind w:left="720"/>
      </w:pPr>
      <w:r/>
      <w:hyperlink r:id="rId12">
        <w:r>
          <w:rPr>
            <w:color w:val="0000EE"/>
            <w:u w:val="single"/>
          </w:rPr>
          <w:t>https://www.vanartgallery.bc.ca/events/pride-at-the-gallery/</w:t>
        </w:r>
      </w:hyperlink>
      <w:r>
        <w:t xml:space="preserve"> - In August 2019, the Vancouver Art Gallery hosted 'PRIDE at the Gallery', a night of creativity, fun, and connection in celebration of the LGBTQ2+ community, presented in partnership with Vancouver Pride Society. The event featured various activities, including a themed bar with Paintillio, Me Love BINGO! hosted by Kyle Loven, and a Queer Living Library where local artists and activists shared their stories and answered questions about their lived experiences as members of the LGBTQ2+ community. The event took place on the first Friday of every month, with regular admission rates applying and free entry for Gallery Members.</w:t>
      </w:r>
      <w:r/>
    </w:p>
    <w:p>
      <w:pPr>
        <w:pStyle w:val="ListNumber"/>
        <w:spacing w:line="240" w:lineRule="auto"/>
        <w:ind w:left="720"/>
      </w:pPr>
      <w:r/>
      <w:hyperlink r:id="rId14">
        <w:r>
          <w:rPr>
            <w:color w:val="0000EE"/>
            <w:u w:val="single"/>
          </w:rPr>
          <w:t>https://www.vanartgallery.bc.ca/exhibitions/</w:t>
        </w:r>
      </w:hyperlink>
      <w:r>
        <w:t xml:space="preserve"> - The Vancouver Art Gallery's Exhibitions Archive provides information on past and upcoming exhibitions. Notably, 'Vancouver Now! Emily Hermant' is scheduled from August 7 to November 22, 2026. This exhibition is part of the Vancouver Now! series, showcasing contemporary artists from the region. The archive also lists other exhibitions, such as 'Modern Iran and the Avant-Gardes, 1948–78', running from December 11, 2026, to May 2, 2027. The Vancouver Art Gallery is located at 750 Hornby Street, Vancouver, BC V6Z 2H7.</w:t>
      </w:r>
      <w:r/>
    </w:p>
    <w:p>
      <w:pPr>
        <w:pStyle w:val="ListNumber"/>
        <w:spacing w:line="240" w:lineRule="auto"/>
        <w:ind w:left="720"/>
      </w:pPr>
      <w:r/>
      <w:hyperlink r:id="rId11">
        <w:r>
          <w:rPr>
            <w:color w:val="0000EE"/>
            <w:u w:val="single"/>
          </w:rPr>
          <w:t>https://www.straight.com/living/vancouver-art-gallerys-pride-singles-mixer-returns-this-july</w:t>
        </w:r>
      </w:hyperlink>
      <w:r>
        <w:t xml:space="preserve"> - The Georgia Straight reports that the Vancouver Art Gallery is teaming up with Thursday Dating for another after-hours singles mixer, 'Meet Me at the Gallery: Pride Edition', on July 24, 2026. The event invites Vancouver's queer community to swap endless swiping for an evening of art, conversation, and connection. The gallery transforms into a social space with a drag host, live DJ, cocktails and mocktails from The Lazy Gourmet, and exclusive after-hours access to exhibitions on the first and second floors. Tickets are $40+, with Gallery members receiving a $20 discount. The Vancouver Art Gallery is located at 750 Hornby Street, Vancouver, BC V6Z 2H7.</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myvancity.ca/2026/07/08/vancouver-art-gallery-hosts-after-hours-pride-singles-social/?utm_source=rss&amp;utm_medium=rss&amp;utm_campaign=vancouver-art-gallery-hosts-after-hours-pride-singles-social" TargetMode="External"/><Relationship Id="rId10" Type="http://schemas.openxmlformats.org/officeDocument/2006/relationships/hyperlink" Target="https://www.vanartgallery.bc.ca/events/meet-me-at-the-gallery-jul-24/" TargetMode="External"/><Relationship Id="rId11" Type="http://schemas.openxmlformats.org/officeDocument/2006/relationships/hyperlink" Target="https://www.straight.com/living/vancouver-art-gallerys-pride-singles-mixer-returns-this-july" TargetMode="External"/><Relationship Id="rId12" Type="http://schemas.openxmlformats.org/officeDocument/2006/relationships/hyperlink" Target="https://www.vanartgallery.bc.ca/events/pride-at-the-gallery/" TargetMode="External"/><Relationship Id="rId13" Type="http://schemas.openxmlformats.org/officeDocument/2006/relationships/hyperlink" Target="https://www.vanartgallery.bc.ca/special-events/" TargetMode="External"/><Relationship Id="rId14" Type="http://schemas.openxmlformats.org/officeDocument/2006/relationships/hyperlink" Target="https://www.vanartgallery.bc.ca/exhibitions/" TargetMode="External"/><Relationship Id="rId15" Type="http://schemas.openxmlformats.org/officeDocument/2006/relationships/hyperlink" Target="https://www.vanartgallery.bc.ca/events/meet-me-at-the-gallery-mar-1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