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Build Volunteer Events in Macon This Summer: Join the Macon Pride Habitat for Humanity Pride Build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Join a hands-on Pride Build on 18 July , volunteers 16+ will help Macon Area Habitat for Humanity and Macon Pride construct safer homes, raise visibility about LGBTQ+ housing inequity, and take part in Macon Pride’s Summer of Giving community projects.</w:t>
      </w:r>
      <w:r/>
    </w:p>
    <w:p>
      <w:r/>
      <w:r>
        <w:t>Essential Takeaways</w:t>
      </w:r>
      <w:r/>
      <w:r/>
    </w:p>
    <w:p>
      <w:pPr>
        <w:pStyle w:val="ListBullet"/>
        <w:spacing w:line="240" w:lineRule="auto"/>
        <w:ind w:left="720"/>
      </w:pPr>
      <w:r/>
      <w:r>
        <w:rPr>
          <w:b/>
        </w:rPr>
        <w:t>When and where:</w:t>
      </w:r>
      <w:r>
        <w:t xml:space="preserve"> Pride Build is 18 July, 8:30am–12:30pm at 1327 Duncan Avenue, Macon.</w:t>
      </w:r>
      <w:r/>
    </w:p>
    <w:p>
      <w:pPr>
        <w:pStyle w:val="ListBullet"/>
        <w:spacing w:line="240" w:lineRule="auto"/>
        <w:ind w:left="720"/>
      </w:pPr>
      <w:r/>
      <w:r>
        <w:rPr>
          <w:b/>
        </w:rPr>
        <w:t>Who can join:</w:t>
      </w:r>
      <w:r>
        <w:t xml:space="preserve"> Volunteers must be 16 or older; families, allies, and LGBTQ+ community members are welcome.</w:t>
      </w:r>
      <w:r/>
    </w:p>
    <w:p>
      <w:pPr>
        <w:pStyle w:val="ListBullet"/>
        <w:spacing w:line="240" w:lineRule="auto"/>
        <w:ind w:left="720"/>
      </w:pPr>
      <w:r/>
      <w:r>
        <w:rPr>
          <w:b/>
        </w:rPr>
        <w:t>What to expect:</w:t>
      </w:r>
      <w:r>
        <w:t xml:space="preserve"> Hands-on construction tasks, team camaraderie, and a clear focus on creating safe, stable housing.</w:t>
      </w:r>
      <w:r/>
    </w:p>
    <w:p>
      <w:pPr>
        <w:pStyle w:val="ListBullet"/>
        <w:spacing w:line="240" w:lineRule="auto"/>
        <w:ind w:left="720"/>
      </w:pPr>
      <w:r/>
      <w:r>
        <w:rPr>
          <w:b/>
        </w:rPr>
        <w:t>Bigger picture:</w:t>
      </w:r>
      <w:r>
        <w:t xml:space="preserve"> The event highlights systemic barriers to homeownership faced by LGBTQ+ people while raising local awareness.</w:t>
      </w:r>
      <w:r/>
    </w:p>
    <w:p>
      <w:pPr>
        <w:pStyle w:val="ListBullet"/>
        <w:spacing w:line="240" w:lineRule="auto"/>
        <w:ind w:left="720"/>
      </w:pPr>
      <w:r/>
      <w:r>
        <w:rPr>
          <w:b/>
        </w:rPr>
        <w:t>Part of a series:</w:t>
      </w:r>
      <w:r>
        <w:t xml:space="preserve"> The build is one piece of Macon Pride’s Summer of Giving, which includes park clean-ups, period-packing, and garden projects.</w:t>
      </w:r>
      <w:r/>
      <w:r/>
    </w:p>
    <w:p>
      <w:pPr>
        <w:pStyle w:val="Heading2"/>
      </w:pPr>
      <w:r>
        <w:t>A Pride Build that feels like community work , not just a fundraiser</w:t>
      </w:r>
      <w:r/>
    </w:p>
    <w:p>
      <w:r/>
      <w:r>
        <w:t>This isn’t a black-tie benefit; it’s boots-on-the-ground volunteering with a lively, purposeful atmosphere. Organisers promise the clatter of hammers, the smell of fresh-cut wood and the steady rhythm of teams working together, which is half the point , people meeting people while building something useful. Macon Area Habitat for Humanity has run similar affiliate Pride Builds elsewhere, and according to Habitat for Humanity’s wider reporting these events bring LGBTQ+ volunteers, allies and future homeowners together in ways fundraisers can’t replicate. If you like the idea of visible impact within a morning’s work, this is for you.</w:t>
      </w:r>
      <w:r/>
    </w:p>
    <w:p>
      <w:pPr>
        <w:pStyle w:val="Heading2"/>
      </w:pPr>
      <w:r>
        <w:t>Why Habitat and Pride are teaming up , history and housing justice</w:t>
      </w:r>
      <w:r/>
    </w:p>
    <w:p>
      <w:r/>
      <w:r>
        <w:t>The partnership recognises that LGBTQ+ people face unique obstacles to homeownership, rooted in decades of discrimination in employment, family law and lending. Habitat for Humanity’s Pride Build campaign has explicitly linked volunteer builds to that history, using the day to both construct a home and educate the public. Macon Pride’s involvement brings local organisers and community trust to the table, and together they’re framing the build as a chance to make housing more equitable in Middle Georgia. It’s practical solidarity , and it’s also messaging that sticks.</w:t>
      </w:r>
      <w:r/>
    </w:p>
    <w:p>
      <w:pPr>
        <w:pStyle w:val="Heading2"/>
      </w:pPr>
      <w:r>
        <w:t>Summer of Giving: more than one morning of service</w:t>
      </w:r>
      <w:r/>
    </w:p>
    <w:p>
      <w:r/>
      <w:r>
        <w:t>The Pride Build is a headline moment in Macon Pride’s first Summer of Giving, a months-long effort to lift up Middle Georgia through service and collaboration. The campaign began with “Pride in Your Park,” a clean-up at Ocmulgee Mounds, and continues through volunteer staples like a Period Packing Party and a community garden project. Signing up for the build helps you plug into ongoing local work; organisers often welcome repeat volunteers and group leaders, so this can be the start of something longer than a single Saturday.</w:t>
      </w:r>
      <w:r/>
    </w:p>
    <w:p>
      <w:pPr>
        <w:pStyle w:val="Heading2"/>
      </w:pPr>
      <w:r>
        <w:t>What volunteers should know , practical tips for the day</w:t>
      </w:r>
      <w:r/>
    </w:p>
    <w:p>
      <w:r/>
      <w:r>
        <w:t>Arrive ready to roll up your sleeves: closed-toe shoes, sun protection and a refillable water bottle are musts. Habitat provides tools, safety briefings and task assignments, so you don’t need experience , just a willingness to follow directions and work as part of a crew. If you’re under 18 but at least 16, bring a consent form if required and check group-chaperone rules. Expect a mix of jobs from painting and measuring to basic carpentry and site clean-up. Volunteers often comment that the work feels satisfying and social, and that meeting future homeowners is the most resonant part.</w:t>
      </w:r>
      <w:r/>
    </w:p>
    <w:p>
      <w:pPr>
        <w:pStyle w:val="Heading2"/>
      </w:pPr>
      <w:r>
        <w:t>Why this matters locally , visibility meets tangible change</w:t>
      </w:r>
      <w:r/>
    </w:p>
    <w:p>
      <w:r/>
      <w:r>
        <w:t>Beyond the immediate benefit of a renovated or newly framed house, Pride Build days in other cities have shown how visible acts of service shift perceptions. For local LGBTQ+ residents, seeing Pride banners alongside construction vests sends a clear message: you belong here. Macon Pride and Habitat’s joint effort is both symbolic and practical , it repairs a home and helps repair the narrative that housing justice is only for some. Organisers hope the event will broaden local conversations about inclusion and inspire further projects.</w:t>
      </w:r>
      <w:r/>
    </w:p>
    <w:p>
      <w:r/>
      <w:r>
        <w:t>It's a small change that can make every home a bit safer and every neighbourhood a bit more welcoming.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1">
        <w:r>
          <w:rPr>
            <w:color w:val="0000EE"/>
            <w:u w:val="single"/>
          </w:rPr>
          <w:t>[4]</w:t>
        </w:r>
      </w:hyperlink>
      <w:r>
        <w:t xml:space="preserve">, </w:t>
      </w:r>
      <w:hyperlink r:id="rId12">
        <w:r>
          <w:rPr>
            <w:color w:val="0000EE"/>
            <w:u w:val="single"/>
          </w:rPr>
          <w:t>[3]</w:t>
        </w:r>
      </w:hyperlink>
      <w:r>
        <w:t xml:space="preserve">- Paragraph 3: </w:t>
      </w:r>
      <w:hyperlink r:id="rId13">
        <w:r>
          <w:rPr>
            <w:color w:val="0000EE"/>
            <w:u w:val="single"/>
          </w:rPr>
          <w:t>[5]</w:t>
        </w:r>
      </w:hyperlink>
      <w:r>
        <w:t xml:space="preserve">, </w:t>
      </w:r>
      <w:hyperlink r:id="rId14">
        <w:r>
          <w:rPr>
            <w:color w:val="0000EE"/>
            <w:u w:val="single"/>
          </w:rPr>
          <w:t>[6]</w:t>
        </w:r>
      </w:hyperlink>
      <w:r>
        <w:t xml:space="preserve">- Paragraph 4: </w:t>
      </w:r>
      <w:hyperlink r:id="rId12">
        <w:r>
          <w:rPr>
            <w:color w:val="0000EE"/>
            <w:u w:val="single"/>
          </w:rPr>
          <w:t>[3]</w:t>
        </w:r>
      </w:hyperlink>
      <w:r>
        <w:t xml:space="preserve">, </w:t>
      </w:r>
      <w:hyperlink r:id="rId14">
        <w:r>
          <w:rPr>
            <w:color w:val="0000EE"/>
            <w:u w:val="single"/>
          </w:rPr>
          <w:t>[6]</w:t>
        </w:r>
      </w:hyperlink>
      <w:r>
        <w:t xml:space="preserve">- Paragraph 5: </w:t>
      </w:r>
      <w:hyperlink r:id="rId11">
        <w:r>
          <w:rPr>
            <w:color w:val="0000EE"/>
            <w:u w:val="single"/>
          </w:rPr>
          <w:t>[4]</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https://roughdraftatlanta.com/2026/07/08/macon-pride-habitat-build/</w:t>
        </w:r>
      </w:hyperlink>
      <w:r>
        <w:t xml:space="preserve"> - Please view link - unable to able to access data</w:t>
      </w:r>
      <w:r/>
    </w:p>
    <w:p>
      <w:pPr>
        <w:pStyle w:val="ListNumber"/>
        <w:spacing w:line="240" w:lineRule="auto"/>
        <w:ind w:left="720"/>
      </w:pPr>
      <w:r/>
      <w:hyperlink r:id="rId10">
        <w:r>
          <w:rPr>
            <w:color w:val="0000EE"/>
            <w:u w:val="single"/>
          </w:rPr>
          <w:t>https://www.maconpride.org/</w:t>
        </w:r>
      </w:hyperlink>
      <w:r>
        <w:t xml:space="preserve"> - Macon Pride is a 501(c)(3) nonprofit organisation dedicated to advancing unity, visibility, and self-esteem among LGBTQIA+ individuals and their allies in Middle Georgia. Through community activities and service, they aim to promote a positive image of the LGBTQIA+ community in the region. Their mission includes educating the community, celebrating diversity, commemorating history, and liberating people in Middle Georgia. Macon Pride hosts various events, including a multi-day festival in late September, which is the largest LGBTQ+ affiliated event in Central Georgia. The organisation also focuses on providing year-round opportunities for the LGBTQIA+ community to gather and grow together.</w:t>
      </w:r>
      <w:r/>
    </w:p>
    <w:p>
      <w:pPr>
        <w:pStyle w:val="ListNumber"/>
        <w:spacing w:line="240" w:lineRule="auto"/>
        <w:ind w:left="720"/>
      </w:pPr>
      <w:r/>
      <w:hyperlink r:id="rId12">
        <w:r>
          <w:rPr>
            <w:color w:val="0000EE"/>
            <w:u w:val="single"/>
          </w:rPr>
          <w:t>https://www.maconhabitat.org/</w:t>
        </w:r>
      </w:hyperlink>
      <w:r>
        <w:t xml:space="preserve"> - Macon Area Habitat for Humanity is a nonprofit organisation that collaborates with partner families to build safe, decent, and affordable homes in Macon-Bibb and Jones counties. They offer homeownership opportunities to low-income families, enabling them to own homes through a 20-year no-profit, no-interest mortgage. The organisation also operates a ReStore, selling new and used home improvement supplies to generate revenue for building more homes. Macon Area Habitat for Humanity is committed to eliminating substandard housing locally and worldwide by constructing, rehabilitating, and preserving homes, advocating for fair and just housing policies, and providing training and resources to help families improve their shelter conditions.</w:t>
      </w:r>
      <w:r/>
    </w:p>
    <w:p>
      <w:pPr>
        <w:pStyle w:val="ListNumber"/>
        <w:spacing w:line="240" w:lineRule="auto"/>
        <w:ind w:left="720"/>
      </w:pPr>
      <w:r/>
      <w:hyperlink r:id="rId11">
        <w:r>
          <w:rPr>
            <w:color w:val="0000EE"/>
            <w:u w:val="single"/>
          </w:rPr>
          <w:t>https://www.habitat.org/stories/photo-gallery-pride-build</w:t>
        </w:r>
      </w:hyperlink>
      <w:r>
        <w:t xml:space="preserve"> - Habitat for Humanity's Pride Build events bring together local members of the LGBTQ+ community, allies, and homeowners to work side by side on build sites. These events aim to celebrate LGBTQ+ homeowners, volunteers, and community members while shedding light on the systemic discrimination that has historically barred LGBTQ+ families from homeownership. The Pride Build events are collaborations between local Habitat affiliates and Spectrum, an employee resource group at Habitat for Humanity International for LGBTQ+ employees and their allies. The events not only focus on building homes but also on raising awareness and promoting inclusivity within the organisation and the broader community.</w:t>
      </w:r>
      <w:r/>
    </w:p>
    <w:p>
      <w:pPr>
        <w:pStyle w:val="ListNumber"/>
        <w:spacing w:line="240" w:lineRule="auto"/>
        <w:ind w:left="720"/>
      </w:pPr>
      <w:r/>
      <w:hyperlink r:id="rId13">
        <w:r>
          <w:rPr>
            <w:color w:val="0000EE"/>
            <w:u w:val="single"/>
          </w:rPr>
          <w:t>https://www.maconpride.org/about</w:t>
        </w:r>
      </w:hyperlink>
      <w:r>
        <w:t xml:space="preserve"> - Founded in 2019, Macon Pride began as a simple dance party in the rain on Third Street, radiating life-affirming love and acceptance. Over time, it has grown into a 501(c)(3) nonprofit organisation that hosts a multi-day festival in the last week of September, becoming the largest LGBTQ+ affiliated event in Central Georgia. Macon Pride believes in educating the community, celebrating diversity, commemorating history, and liberating people in Middle Georgia. The organisation has transitioned to a year-round model, focusing on providing more opportunities for Middle Georgia’s LGBTQIA+ community to gather and grow together regularly, while still maintaining its annual September Pride Festival.</w:t>
      </w:r>
      <w:r/>
    </w:p>
    <w:p>
      <w:pPr>
        <w:pStyle w:val="ListNumber"/>
        <w:spacing w:line="240" w:lineRule="auto"/>
        <w:ind w:left="720"/>
      </w:pPr>
      <w:r/>
      <w:hyperlink r:id="rId14">
        <w:r>
          <w:rPr>
            <w:color w:val="0000EE"/>
            <w:u w:val="single"/>
          </w:rPr>
          <w:t>https://members.mgar.org/event-calendar/Details/mgar-habitat-for-humanity-build-day-macon-area-1699067?sourceTypeId=Website</w:t>
        </w:r>
      </w:hyperlink>
      <w:r>
        <w:t xml:space="preserve"> - The Middle Georgia Association of REALTORS® (MGAR) hosted a Habitat for Humanity Build Day in the Macon area on May 2, 2026. Volunteers participated in building a safe, decent, and affordable house, with all necessary tools and safety gear provided. The event was open to volunteers aged 16 and older, with a limit of 15 participants. This initiative reflects the community's commitment to supporting affordable housing projects and highlights the collaborative efforts between local organisations and volunteers to address housing needs in the region.</w:t>
      </w:r>
      <w:r/>
    </w:p>
    <w:p>
      <w:pPr>
        <w:pStyle w:val="ListNumber"/>
        <w:spacing w:line="240" w:lineRule="auto"/>
        <w:ind w:left="720"/>
      </w:pPr>
      <w:r/>
      <w:hyperlink r:id="rId15">
        <w:r>
          <w:rPr>
            <w:color w:val="0000EE"/>
            <w:u w:val="single"/>
          </w:rPr>
          <w:t>https://www.maconpride.org/events/blackou</w:t>
        </w:r>
      </w:hyperlink>
      <w:r>
        <w:t xml:space="preserve"> - BlackOu+ is a purpose-driven event hosted by Macon Pride, designed to uplift, empower, and unify Black LGBTQIA+ individuals across Middle Georgia. The gathering centres the voices, needs, and experiences of Black queer communities, fostering a sense of community and support. The event is invite-only, created by and for Black LGBTQIA+ individuals, and welcomes Macon Pride’s volunteers, vendors, event contributors, partner organisations, and board members. Invitations are non-transferable and are not extended to additional guests, ensuring a focused and supportive environment for attendees.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roughdraftatlanta.com/2026/07/08/macon-pride-habitat-build/" TargetMode="External"/><Relationship Id="rId10" Type="http://schemas.openxmlformats.org/officeDocument/2006/relationships/hyperlink" Target="https://www.maconpride.org/" TargetMode="External"/><Relationship Id="rId11" Type="http://schemas.openxmlformats.org/officeDocument/2006/relationships/hyperlink" Target="https://www.habitat.org/stories/photo-gallery-pride-build" TargetMode="External"/><Relationship Id="rId12" Type="http://schemas.openxmlformats.org/officeDocument/2006/relationships/hyperlink" Target="https://www.maconhabitat.org/" TargetMode="External"/><Relationship Id="rId13" Type="http://schemas.openxmlformats.org/officeDocument/2006/relationships/hyperlink" Target="https://www.maconpride.org/about" TargetMode="External"/><Relationship Id="rId14" Type="http://schemas.openxmlformats.org/officeDocument/2006/relationships/hyperlink" Target="https://members.mgar.org/event-calendar/Details/mgar-habitat-for-humanity-build-day-macon-area-1699067?sourceTypeId=Website" TargetMode="External"/><Relationship Id="rId15" Type="http://schemas.openxmlformats.org/officeDocument/2006/relationships/hyperlink" Target="https://www.maconpride.org/events/blacko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