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Breakfasts in San Diego: Hearty Morning Meals to Fuel the Parade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parade-goers are turning to hefty, flavour-forward breakfasts across Hillcrest, North Park and University Heights, with maple-bacon donuts, Spam Benedicts and breakfast pasta leading the charge , here’s where to eat before the Pride march and why these dishes actually make sense for a long celebration day.</w:t>
      </w:r>
      <w:r/>
    </w:p>
    <w:p>
      <w:r/>
      <w:r>
        <w:t>Essential Takeaways</w:t>
      </w:r>
      <w:r/>
      <w:r/>
    </w:p>
    <w:p>
      <w:pPr>
        <w:pStyle w:val="ListBullet"/>
        <w:spacing w:line="240" w:lineRule="auto"/>
        <w:ind w:left="720"/>
      </w:pPr>
      <w:r/>
      <w:r>
        <w:rPr>
          <w:b/>
        </w:rPr>
        <w:t>Big, sustaining portions:</w:t>
      </w:r>
      <w:r>
        <w:t xml:space="preserve"> many dishes are calorie- and protein-rich, built to keep you going through a long day of festivities. </w:t>
      </w:r>
      <w:r/>
    </w:p>
    <w:p>
      <w:pPr>
        <w:pStyle w:val="ListBullet"/>
        <w:spacing w:line="240" w:lineRule="auto"/>
        <w:ind w:left="720"/>
      </w:pPr>
      <w:r/>
      <w:r>
        <w:rPr>
          <w:b/>
        </w:rPr>
        <w:t>Savory-sweet hits:</w:t>
      </w:r>
      <w:r>
        <w:t xml:space="preserve"> expect combinations like maple-bacon donuts and pineapple upside-down pancakes that mix sugar with salty or tangy notes. </w:t>
      </w:r>
      <w:r/>
    </w:p>
    <w:p>
      <w:pPr>
        <w:pStyle w:val="ListBullet"/>
        <w:spacing w:line="240" w:lineRule="auto"/>
        <w:ind w:left="720"/>
      </w:pPr>
      <w:r/>
      <w:r>
        <w:rPr>
          <w:b/>
        </w:rPr>
        <w:t>Local character:</w:t>
      </w:r>
      <w:r>
        <w:t xml:space="preserve"> spots favour house-made sauces, farmed ingredients and regional twists , guava sauce with duck, sesame Hollandaise with Spam. </w:t>
      </w:r>
      <w:r/>
    </w:p>
    <w:p>
      <w:pPr>
        <w:pStyle w:val="ListBullet"/>
        <w:spacing w:line="240" w:lineRule="auto"/>
        <w:ind w:left="720"/>
      </w:pPr>
      <w:r/>
      <w:r>
        <w:rPr>
          <w:b/>
        </w:rPr>
        <w:t>On-route convenience:</w:t>
      </w:r>
      <w:r>
        <w:t xml:space="preserve"> several restaurants sit right on or near the Pride parade path, so you won’t stray far from the action. </w:t>
      </w:r>
      <w:r/>
    </w:p>
    <w:p>
      <w:pPr>
        <w:pStyle w:val="ListBullet"/>
        <w:spacing w:line="240" w:lineRule="auto"/>
        <w:ind w:left="720"/>
      </w:pPr>
      <w:r/>
      <w:r>
        <w:rPr>
          <w:b/>
        </w:rPr>
        <w:t>Varied options:</w:t>
      </w:r>
      <w:r>
        <w:t xml:space="preserve"> from vegan burritos to hot-stone filets, there’s breakfast for every appetite and tempo.</w:t>
      </w:r>
      <w:r/>
      <w:r/>
    </w:p>
    <w:p>
      <w:pPr>
        <w:pStyle w:val="Heading2"/>
      </w:pPr>
      <w:r>
        <w:t>Where to find the parade-ready power breakfast</w:t>
      </w:r>
      <w:r/>
    </w:p>
    <w:p>
      <w:r/>
      <w:r>
        <w:t>Start with a location that’s both charming and practical , Parkhouse Eatery in University Heights serves pan-fried linguine strewn with scrambled eggs, feta and basil, a textural, comforting plate that reads as breakfast and carb-recharge in one. The room’s stained-glass windows and brick fireplace give it a slow-morning vibe, but the dish itself is built to energise parade-goers. According to diner listings and local reviews, Parkhouse has kept this recipe in rotation for years, which says something about its staying power and appeal for folks who want to eat big early and keep moving.</w:t>
      </w:r>
      <w:r/>
    </w:p>
    <w:p>
      <w:pPr>
        <w:pStyle w:val="Heading2"/>
      </w:pPr>
      <w:r>
        <w:t>Spam musubi Benedict: Pride-route comfort with a Hawaiian wink</w:t>
      </w:r>
      <w:r/>
    </w:p>
    <w:p>
      <w:r/>
      <w:r>
        <w:t>If you like breakfast with a playful, salty edge, Gossip Grill’s Spam Benny is worth the detour , fried sticky rice, seared Spam, poached eggs and a sesame Hollandaise, finished with furikake and garlic-chili crunch. Gossip Grill sits on the parade route in Hillcrest, so it’s an easy stop before the crowds swell. Menu notes and the restaurant’s brunch page show they lean into comfort plates for a mostly female-centred crowd, which helps explain the dish’s popularity and the inventive dressing-up of a classic.</w:t>
      </w:r>
      <w:r/>
    </w:p>
    <w:p>
      <w:pPr>
        <w:pStyle w:val="Heading2"/>
      </w:pPr>
      <w:r>
        <w:t>Duck confit and waffles: upgrade your chicken-and-waffles expectations</w:t>
      </w:r>
      <w:r/>
    </w:p>
    <w:p>
      <w:r/>
      <w:r>
        <w:t>Between Us in North Park swaps the usual fried bird for a seven-ounce duck thigh cooked confit and crisped to order, served with house-made guava sauce for a sweet-tart lift. This is the sort of decadent, slow-cooked protein that reads as both indulgent and practical: plenty of fat and flavour to carry you through hours of celebration. The kitchen’s focus on locally sourced produce and farm-raised ingredients gives the plate a slightly polished edge compared with a traditional diner take.</w:t>
      </w:r>
      <w:r/>
    </w:p>
    <w:p>
      <w:pPr>
        <w:pStyle w:val="Heading2"/>
      </w:pPr>
      <w:r>
        <w:t>Sweet breakfast theatre: pineapple pancakes and maple-bacon donuts</w:t>
      </w:r>
      <w:r/>
    </w:p>
    <w:p>
      <w:r/>
      <w:r>
        <w:t>For those who want sweets without sacrificing substance, Snooze Eatery’s pineapple upside-down pancakes bring tropical chunks and vanilla-cream butter into the hotcake conversation, replacing brown sugar with cinnamon-infused butter for extra perfume. And at Great Maple in Hillcrest you’ll find maple-bacon donuts made to order , a glossy yeast dough topped with real maple glaze and just enough bacon to keep it savoury. Both places are built for morning spectacle: big, photogenic plates that also eat well.</w:t>
      </w:r>
      <w:r/>
    </w:p>
    <w:p>
      <w:pPr>
        <w:pStyle w:val="Heading2"/>
      </w:pPr>
      <w:r>
        <w:t>Hearty, unusual Bennies and steaks if you’re thinking protein-first</w:t>
      </w:r>
      <w:r/>
    </w:p>
    <w:p>
      <w:r/>
      <w:r>
        <w:t>Jo’s Mission Hills Diner elevates eggs Benedict with wine-braised short rib that pulls into fork-tender shreds , think beef bourguignon meets brunch. It’s a rich, slow-cooked take that reads as celebratory and sustaining. Over in Hillcrest, InsideOUT offers an eight-ounce aged filet cooked on a hot stone at the table, paired with eggs and potatoes , theatrical, filling and an obvious choice if you want to be full for hours. These options prove that breakfast doesn’t have to be light to be smart; sometimes a long-cooked protein is the best fuel for a long day.</w:t>
      </w:r>
      <w:r/>
    </w:p>
    <w:p>
      <w:pPr>
        <w:pStyle w:val="Heading2"/>
      </w:pPr>
      <w:r>
        <w:t>Where to go if you want variety or plant-based fuel</w:t>
      </w:r>
      <w:r/>
    </w:p>
    <w:p>
      <w:r/>
      <w:r>
        <w:t>Breakfast Republic and other multi-location cafés in the city push playful, boundary-crunching plates: think shrimp-and-ricotta frittata, breakfast jambalaya, vegan burritos with plant-based eggs and chipotle-cashew cream. Chains and independent spots alike are answering demand for both novelty and inclusivity, so whether you want animal protein or a vegan stack that keeps you full, there’s a creative choice nearby. Menu notes show these places aim to surprise, which is handy when you want breakfast to feel like part of the Pride celebration.</w:t>
      </w:r>
      <w:r/>
    </w:p>
    <w:p>
      <w:r/>
      <w:r>
        <w:t>It's a small change that can make every bite count during Pride , choose something satisfying and local, then enjoy the parade.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0">
        <w:r>
          <w:rPr>
            <w:color w:val="0000EE"/>
            <w:u w:val="single"/>
          </w:rPr>
          <w:t>[6]</w:t>
        </w:r>
      </w:hyperlink>
      <w:r>
        <w:t xml:space="preserve">- Paragraph 2: </w:t>
      </w:r>
      <w:hyperlink r:id="rId11">
        <w:r>
          <w:rPr>
            <w:color w:val="0000EE"/>
            <w:u w:val="single"/>
          </w:rPr>
          <w:t>[2]</w:t>
        </w:r>
      </w:hyperlink>
      <w:r>
        <w:t xml:space="preserve">, </w:t>
      </w:r>
      <w:hyperlink r:id="rId10">
        <w:r>
          <w:rPr>
            <w:color w:val="0000EE"/>
            <w:u w:val="single"/>
          </w:rPr>
          <w:t>[4]</w:t>
        </w:r>
      </w:hyperlink>
      <w:r>
        <w:t xml:space="preserve">- Paragraph 3: </w:t>
      </w:r>
      <w:hyperlink r:id="rId11">
        <w:r>
          <w:rPr>
            <w:color w:val="0000EE"/>
            <w:u w:val="single"/>
          </w:rPr>
          <w:t>[2]</w:t>
        </w:r>
      </w:hyperlink>
      <w:r>
        <w:t xml:space="preserve">- Paragraph 4: </w:t>
      </w:r>
      <w:hyperlink r:id="rId9">
        <w:r>
          <w:rPr>
            <w:color w:val="0000EE"/>
            <w:u w:val="single"/>
          </w:rPr>
          <w:t>[1]</w:t>
        </w:r>
      </w:hyperlink>
      <w:r>
        <w:t xml:space="preserve">, </w:t>
      </w:r>
      <w:hyperlink r:id="rId12">
        <w:r>
          <w:rPr>
            <w:color w:val="0000EE"/>
            <w:u w:val="single"/>
          </w:rPr>
          <w:t>[5]</w:t>
        </w:r>
      </w:hyperlink>
      <w:r>
        <w:t xml:space="preserve">- Paragraph 5: </w:t>
      </w:r>
      <w:hyperlink r:id="rId9">
        <w:r>
          <w:rPr>
            <w:color w:val="0000EE"/>
            <w:u w:val="single"/>
          </w:rPr>
          <w:t>[1]</w:t>
        </w:r>
      </w:hyperlink>
      <w:r>
        <w:t xml:space="preserve">, </w:t>
      </w:r>
      <w:hyperlink r:id="rId10">
        <w:r>
          <w:rPr>
            <w:color w:val="0000EE"/>
            <w:u w:val="single"/>
          </w:rPr>
          <w:t>[4]</w:t>
        </w:r>
      </w:hyperlink>
      <w:r>
        <w:t xml:space="preserve">- Paragraph 6: </w:t>
      </w:r>
      <w:hyperlink r:id="rId9">
        <w:r>
          <w:rPr>
            <w:color w:val="0000EE"/>
            <w:u w:val="single"/>
          </w:rPr>
          <w:t>[1]</w:t>
        </w:r>
      </w:hyperlink>
      <w:r>
        <w:t xml:space="preserve">, </w:t>
      </w:r>
      <w:hyperlink r:id="rId13">
        <w:r>
          <w:rPr>
            <w:color w:val="0000EE"/>
            <w:u w:val="single"/>
          </w:rPr>
          <w:t>[3]</w:t>
        </w:r>
      </w:hyperlink>
      <w:r>
        <w:t xml:space="preserve">- Paragraph 7: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https://timesofsandiego.com/life/2026/07/08/champions-breakfast-morning-fare-san-diego-pride/</w:t>
        </w:r>
      </w:hyperlink>
      <w:r>
        <w:t xml:space="preserve"> - Please view link - unable to able to access data</w:t>
      </w:r>
      <w:r/>
    </w:p>
    <w:p>
      <w:pPr>
        <w:pStyle w:val="ListNumber"/>
        <w:spacing w:line="240" w:lineRule="auto"/>
        <w:ind w:left="720"/>
      </w:pPr>
      <w:r/>
      <w:hyperlink r:id="rId11">
        <w:r>
          <w:rPr>
            <w:color w:val="0000EE"/>
            <w:u w:val="single"/>
          </w:rPr>
          <w:t>https://gossipgrill.com/brunch/</w:t>
        </w:r>
      </w:hyperlink>
      <w:r>
        <w:t xml:space="preserve"> - Gossip Grill offers a diverse brunch menu featuring dishes like the 'Spam Musubi Benny', which includes crispy fried sticky rice topped with seared Spam, poached eggs, and sesame Hollandaise sauce, garnished with furikake and garlic-chili crunch. Other options include avocado toast, chicken and waffles, and chilaquiles. The restaurant is located at 1220 University Ave., Hillcrest, San Diego, CA 92103. For more information, visit their website or call (619) 260-8023.</w:t>
      </w:r>
      <w:r/>
    </w:p>
    <w:p>
      <w:pPr>
        <w:pStyle w:val="ListNumber"/>
        <w:spacing w:line="240" w:lineRule="auto"/>
        <w:ind w:left="720"/>
      </w:pPr>
      <w:r/>
      <w:hyperlink r:id="rId13">
        <w:r>
          <w:rPr>
            <w:color w:val="0000EE"/>
            <w:u w:val="single"/>
          </w:rPr>
          <w:t>https://www.snoozeeatery.com/menu/sides-enhancements/restaurant/la-jolla/</w:t>
        </w:r>
      </w:hyperlink>
      <w:r>
        <w:t xml:space="preserve"> - Snooze, an A.M. Eatery, is known for its creative breakfast offerings, including the 'Pineapple Upside Down GFF Pancakes'. The menu also features a variety of other pancakes, French toast, and Benedict options. The La Jolla location is situated at 8861 Villa La Jolla Dr #509, La Jolla, CA 92037. For more details, visit their website or call (858) 483-5556.</w:t>
      </w:r>
      <w:r/>
    </w:p>
    <w:p>
      <w:pPr>
        <w:pStyle w:val="ListNumber"/>
        <w:spacing w:line="240" w:lineRule="auto"/>
        <w:ind w:left="720"/>
      </w:pPr>
      <w:r/>
      <w:hyperlink r:id="rId10">
        <w:r>
          <w:rPr>
            <w:color w:val="0000EE"/>
            <w:u w:val="single"/>
          </w:rPr>
          <w:t>https://www.sluurpy.us/san-diego/restaurant/3729532/parkhouse-eatery</w:t>
        </w:r>
      </w:hyperlink>
      <w:r>
        <w:t xml:space="preserve"> - Parkhouse Eatery, located at 4574 Park Boulevard, University Heights, San Diego, CA 92116, offers a unique breakfast experience with dishes like the 'PH Benedict', featuring two poached eggs, apple-smoked bacon, and tomato atop grilled focaccia, topped with avocado Hollandaise. The restaurant operates within a circa-1928 structure and is known for its stained glass windows and brick fireplace. For more information, visit their website or call (619) 295-7275.</w:t>
      </w:r>
      <w:r/>
    </w:p>
    <w:p>
      <w:pPr>
        <w:pStyle w:val="ListNumber"/>
        <w:spacing w:line="240" w:lineRule="auto"/>
        <w:ind w:left="720"/>
      </w:pPr>
      <w:r/>
      <w:hyperlink r:id="rId12">
        <w:r>
          <w:rPr>
            <w:color w:val="0000EE"/>
            <w:u w:val="single"/>
          </w:rPr>
          <w:t>https://www.sandiegofamily.com/things-to-do/restaurant-reviews/snooze-eatery</w:t>
        </w:r>
      </w:hyperlink>
      <w:r>
        <w:t xml:space="preserve"> - Snooze, an A.M. Eatery, is a popular breakfast spot in San Diego, known for its unique and creative dishes. The menu features a variety of pancakes, French toast, and Benedict options, including the 'Pineapple Upside Down Pancakes'. The restaurant offers a fun and welcoming atmosphere, with rainbow decorations and friendly staff. For more details, visit their website or call (619) 500-3344.</w:t>
      </w:r>
      <w:r/>
    </w:p>
    <w:p>
      <w:pPr>
        <w:pStyle w:val="ListNumber"/>
        <w:spacing w:line="240" w:lineRule="auto"/>
        <w:ind w:left="720"/>
      </w:pPr>
      <w:r/>
      <w:hyperlink r:id="rId10">
        <w:r>
          <w:rPr>
            <w:color w:val="0000EE"/>
            <w:u w:val="single"/>
          </w:rPr>
          <w:t>https://www.sluurpy.us/san-diego/restaurant/3729532/parkhouse-eatery</w:t>
        </w:r>
      </w:hyperlink>
      <w:r>
        <w:t xml:space="preserve"> - Parkhouse Eatery, located at 4574 Park Boulevard, University Heights, San Diego, CA 92116, offers a unique breakfast experience with dishes like the 'PH Benedict', featuring two poached eggs, apple-smoked bacon, and tomato atop grilled focaccia, topped with avocado Hollandaise. The restaurant operates within a circa-1928 structure and is known for its stained glass windows and brick fireplace. For more information, visit their website or call (619) 295-7275.</w:t>
      </w:r>
      <w:r/>
    </w:p>
    <w:p>
      <w:pPr>
        <w:pStyle w:val="ListNumber"/>
        <w:spacing w:line="240" w:lineRule="auto"/>
        <w:ind w:left="720"/>
      </w:pPr>
      <w:r/>
      <w:hyperlink r:id="rId10">
        <w:r>
          <w:rPr>
            <w:color w:val="0000EE"/>
            <w:u w:val="single"/>
          </w:rPr>
          <w:t>https://www.sluurpy.us/san-diego/restaurant/3729532/parkhouse-eatery</w:t>
        </w:r>
      </w:hyperlink>
      <w:r>
        <w:t xml:space="preserve"> - Parkhouse Eatery, located at 4574 Park Boulevard, University Heights, San Diego, CA 92116, offers a unique breakfast experience with dishes like the 'PH Benedict', featuring two poached eggs, apple-smoked bacon, and tomato atop grilled focaccia, topped with avocado Hollandaise. The restaurant operates within a circa-1928 structure and is known for its stained glass windows and brick fireplace. For more information, visit their website or call (619) 295-7275.</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imesofsandiego.com/life/2026/07/08/champions-breakfast-morning-fare-san-diego-pride/" TargetMode="External"/><Relationship Id="rId10" Type="http://schemas.openxmlformats.org/officeDocument/2006/relationships/hyperlink" Target="https://www.sluurpy.us/san-diego/restaurant/3729532/parkhouse-eatery" TargetMode="External"/><Relationship Id="rId11" Type="http://schemas.openxmlformats.org/officeDocument/2006/relationships/hyperlink" Target="https://gossipgrill.com/brunch/" TargetMode="External"/><Relationship Id="rId12" Type="http://schemas.openxmlformats.org/officeDocument/2006/relationships/hyperlink" Target="https://www.sandiegofamily.com/things-to-do/restaurant-reviews/snooze-eatery" TargetMode="External"/><Relationship Id="rId13" Type="http://schemas.openxmlformats.org/officeDocument/2006/relationships/hyperlink" Target="https://www.snoozeeatery.com/menu/sides-enhancements/restaurant/la-joll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