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Politicians to Watch at Fredericton’s Pride Parade 2026</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Spot a few familiar faces while you cheer: local and provincial politicians are lining up to march in Fredericton’s Pride Parade, bringing visibility, solidarity and a little civic theatre to the festival , here’s who’s involved, why it matters and what to expect on parade day.</w:t>
      </w:r>
      <w:r/>
    </w:p>
    <w:p>
      <w:r/>
      <w:r>
        <w:t>Essential Takeaways</w:t>
      </w:r>
      <w:r/>
      <w:r/>
    </w:p>
    <w:p>
      <w:pPr>
        <w:pStyle w:val="ListBullet"/>
        <w:spacing w:line="240" w:lineRule="auto"/>
        <w:ind w:left="720"/>
      </w:pPr>
      <w:r/>
      <w:r>
        <w:rPr>
          <w:b/>
        </w:rPr>
        <w:t>Who’s showing up:</w:t>
      </w:r>
      <w:r>
        <w:t xml:space="preserve"> A mix of municipal and provincial elected officials are scheduled to participate, signalling public support for 2SLGBTQ+ communities.</w:t>
      </w:r>
      <w:r/>
    </w:p>
    <w:p>
      <w:pPr>
        <w:pStyle w:val="ListBullet"/>
        <w:spacing w:line="240" w:lineRule="auto"/>
        <w:ind w:left="720"/>
      </w:pPr>
      <w:r/>
      <w:r>
        <w:rPr>
          <w:b/>
        </w:rPr>
        <w:t>Where and when:</w:t>
      </w:r>
      <w:r>
        <w:t xml:space="preserve"> The parade is part of Fierté Fredericton’s weekend of events; expect road closures and community programming downtown.</w:t>
      </w:r>
      <w:r/>
    </w:p>
    <w:p>
      <w:pPr>
        <w:pStyle w:val="ListBullet"/>
        <w:spacing w:line="240" w:lineRule="auto"/>
        <w:ind w:left="720"/>
      </w:pPr>
      <w:r/>
      <w:r>
        <w:rPr>
          <w:b/>
        </w:rPr>
        <w:t>Visuals:</w:t>
      </w:r>
      <w:r>
        <w:t xml:space="preserve"> Look for the new Pride transit bus and colourful official contingents , it’s loud, bright and family-friendly.</w:t>
      </w:r>
      <w:r/>
    </w:p>
    <w:p>
      <w:pPr>
        <w:pStyle w:val="ListBullet"/>
        <w:spacing w:line="240" w:lineRule="auto"/>
        <w:ind w:left="720"/>
      </w:pPr>
      <w:r/>
      <w:r>
        <w:rPr>
          <w:b/>
        </w:rPr>
        <w:t>Practical note:</w:t>
      </w:r>
      <w:r>
        <w:t xml:space="preserve"> Arrive early for good viewing spots; there are accessible areas and volunteer info booths for questions.</w:t>
      </w:r>
      <w:r/>
    </w:p>
    <w:p>
      <w:pPr>
        <w:pStyle w:val="ListBullet"/>
        <w:spacing w:line="240" w:lineRule="auto"/>
        <w:ind w:left="720"/>
      </w:pPr>
      <w:r/>
      <w:r>
        <w:rPr>
          <w:b/>
        </w:rPr>
        <w:t>Community tone:</w:t>
      </w:r>
      <w:r>
        <w:t xml:space="preserve"> Organisers emphasise celebration and inclusion, while some marchers use the day to press for policy change.</w:t>
      </w:r>
      <w:r/>
      <w:r/>
    </w:p>
    <w:p>
      <w:r/>
      <w:r>
        <w:t>Why elected officials marching matters</w:t>
      </w:r>
      <w:r/>
    </w:p>
    <w:p>
      <w:r/>
      <w:r>
        <w:t>There’s something distinctly human about seeing a mayor, MLA or councillor stride down a parade route in a rainbow sash , it’s a visual shorthand for support. According to the city’s events listings, Fredericton’s Pride parade is an official part of the Fierté Fredericton festival, which draws civic partners and community groups together, and that makes political participation both symbolic and practical.</w:t>
      </w:r>
      <w:r/>
    </w:p>
    <w:p>
      <w:r/>
      <w:r>
        <w:t>Over recent years more politicians across Canada have made point-of-presence appearances at Pride events, and organisers say those gestures help with visibility and resources. For onlookers, the sight can feel reassuring , a quiet, public confirmation that elected leaders are willing to be seen alongside 2SLGBTQ+ people in a celebratory setting.</w:t>
      </w:r>
      <w:r/>
    </w:p>
    <w:p>
      <w:r/>
      <w:r>
        <w:t>Which politicians are likely to appear</w:t>
      </w:r>
      <w:r/>
    </w:p>
    <w:p>
      <w:r/>
      <w:r>
        <w:t>Fredericton’s municipal event calendar and Pride organisation materials show regular collaboration with city staff and community leaders; the city even unveiled a Pride-branded transit bus as part of its civic support. Expect representatives from city hall, local councillors and provincial MLAs who have previously engaged with festival events to take part.</w:t>
      </w:r>
      <w:r/>
    </w:p>
    <w:p>
      <w:r/>
      <w:r>
        <w:t>Organisers at Fredericton Pride publish a “get involved” guide each year, listing volunteer roles, march guidelines and how community groups can register. That means the political contingents are usually coordinated in advance , you’ll see branded groups, official banners and sometimes short statements or waving as they pass by.</w:t>
      </w:r>
      <w:r/>
    </w:p>
    <w:p>
      <w:r/>
      <w:r>
        <w:t>What the parade experience will feel like</w:t>
      </w:r>
      <w:r/>
    </w:p>
    <w:p>
      <w:r/>
      <w:r>
        <w:t>Arrive with your ears ready: there’ll be music, speeches at staging points and the chatter of thousands. The parade is family-friendly and accessible, and the festival calendar highlights allied events across the weekend. If you’re watching from the curb, bring a small folding chair and a water bottle; street food and festival vendors are typically nearby.</w:t>
      </w:r>
      <w:r/>
    </w:p>
    <w:p>
      <w:r/>
      <w:r>
        <w:t>If you want to engage rather than just watch, volunteers at information tents can point you to accessible viewing areas and explain how to safely join a march section. Expect a mixture of joy and civic messaging , some marchers celebrate progress, others use their platform to call for better laws, services or funding.</w:t>
      </w:r>
      <w:r/>
    </w:p>
    <w:p>
      <w:r/>
      <w:r>
        <w:t>How to read the politics behind the pomp</w:t>
      </w:r>
      <w:r/>
    </w:p>
    <w:p>
      <w:r/>
      <w:r>
        <w:t>Not every friendly wave equals policy progress. Attendance shows willingness to be visible, but it’s worth checking what actions those politicians are backing off the parade route. Community groups’ “about” pages can give quick context on priorities they hope officials will support, such as anti-discrimination measures, healthcare access or youth services.</w:t>
      </w:r>
      <w:r/>
    </w:p>
    <w:p>
      <w:r/>
      <w:r>
        <w:t>Conversely, organisers say that public support at events helps open doors for dialogue. For constituents, it’s a chance to meet representatives informally, thank supportive leaders, or raise issues directly. The parade is not the end of civic work , it’s a colourful checkpoint on a longer journey.</w:t>
      </w:r>
      <w:r/>
    </w:p>
    <w:p>
      <w:r/>
      <w:r>
        <w:t>Tips for parade day and joining the conversation</w:t>
      </w:r>
      <w:r/>
    </w:p>
    <w:p>
      <w:r/>
      <w:r>
        <w:t>If you’re planning to join the march, register through Fredericton Pride’s volunteer and participation hub so organisers can place you safely. For spectators, early arrival wins the best spots and quieter road access for leaving. Keep an ear out for announcements about accessible viewing and community resource tables.</w:t>
      </w:r>
      <w:r/>
    </w:p>
    <w:p>
      <w:r/>
      <w:r>
        <w:t>Finally, bring curiosity and courtesy. Politicians at the parade are open to conversation, but the event is first and foremost a community celebration , let the music and colour do the talking, and save policy debates for follow-up meetings or town halls.</w:t>
      </w:r>
      <w:r/>
    </w:p>
    <w:p>
      <w:r/>
      <w:r>
        <w:t>It’s a small civic ritual that says a lot: show up, look closely, and see which promises are followed by action.</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[5]</w:t>
        </w:r>
      </w:hyperlink>
      <w:r>
        <w:t xml:space="preserve">- Paragraph 2: </w:t>
      </w:r>
      <w:hyperlink r:id="rId10">
        <w:r>
          <w:rPr>
            <w:color w:val="0000EE"/>
            <w:u w:val="single"/>
          </w:rPr>
          <w:t>[2]</w:t>
        </w:r>
      </w:hyperlink>
      <w:r>
        <w:t xml:space="preserve">, </w:t>
      </w:r>
      <w:hyperlink r:id="rId12">
        <w:r>
          <w:rPr>
            <w:color w:val="0000EE"/>
            <w:u w:val="single"/>
          </w:rPr>
          <w:t>[4]</w:t>
        </w:r>
      </w:hyperlink>
      <w:r>
        <w:t xml:space="preserve">- Paragraph 3: </w:t>
      </w:r>
      <w:hyperlink r:id="rId12">
        <w:r>
          <w:rPr>
            <w:color w:val="0000EE"/>
            <w:u w:val="single"/>
          </w:rPr>
          <w:t>[4]</w:t>
        </w:r>
      </w:hyperlink>
      <w:r>
        <w:t xml:space="preserve">, </w:t>
      </w:r>
      <w:hyperlink r:id="rId11">
        <w:r>
          <w:rPr>
            <w:color w:val="0000EE"/>
            <w:u w:val="single"/>
          </w:rPr>
          <w:t>[5]</w:t>
        </w:r>
      </w:hyperlink>
      <w:r>
        <w:t xml:space="preserve">- Paragraph 4: </w:t>
      </w:r>
      <w:hyperlink r:id="rId13">
        <w:r>
          <w:rPr>
            <w:color w:val="0000EE"/>
            <w:u w:val="single"/>
          </w:rPr>
          <w:t>[3]</w:t>
        </w:r>
      </w:hyperlink>
      <w:r>
        <w:t xml:space="preserve">, </w:t>
      </w:r>
      <w:hyperlink r:id="rId14">
        <w:r>
          <w:rPr>
            <w:color w:val="0000EE"/>
            <w:u w:val="single"/>
          </w:rPr>
          <w:t>[7]</w:t>
        </w:r>
      </w:hyperlink>
      <w:r>
        <w:t xml:space="preserve">- Paragraph 5: </w:t>
      </w:r>
      <w:hyperlink r:id="rId11">
        <w:r>
          <w:rPr>
            <w:color w:val="0000EE"/>
            <w:u w:val="single"/>
          </w:rPr>
          <w:t>[5]</w:t>
        </w:r>
      </w:hyperlink>
      <w:r>
        <w:t xml:space="preserve">, </w:t>
      </w:r>
      <w:hyperlink r:id="rId15">
        <w:r>
          <w:rPr>
            <w:color w:val="0000EE"/>
            <w:u w:val="single"/>
          </w:rPr>
          <w:t>[6]</w:t>
        </w:r>
      </w:hyperlink>
      <w:r>
        <w:t xml:space="preserve">- Paragraph 6: </w:t>
      </w:r>
      <w:hyperlink r:id="rId13">
        <w:r>
          <w:rPr>
            <w:color w:val="0000EE"/>
            <w:u w:val="single"/>
          </w:rPr>
          <w:t>[3]</w:t>
        </w:r>
      </w:hyperlink>
      <w:r>
        <w:t xml:space="preserve">, </w:t>
      </w:r>
      <w:hyperlink r:id="rId11">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https://tj.news/fredericton-west/which-notable-politicians-will-participate-in-the-capitals-pride-parade</w:t>
        </w:r>
      </w:hyperlink>
      <w:r>
        <w:t xml:space="preserve"> - Please view link - unable to able to access data</w:t>
      </w:r>
      <w:r/>
    </w:p>
    <w:p>
      <w:pPr>
        <w:pStyle w:val="ListNumber"/>
        <w:spacing w:line="240" w:lineRule="auto"/>
        <w:ind w:left="720"/>
      </w:pPr>
      <w:r/>
      <w:hyperlink r:id="rId10">
        <w:r>
          <w:rPr>
            <w:color w:val="0000EE"/>
            <w:u w:val="single"/>
          </w:rPr>
          <w:t>https://www.fredericton.ca/about-fredericton/calendar-events/fierte-fredericton-pride-parade-festival-2026</w:t>
        </w:r>
      </w:hyperlink>
      <w:r>
        <w:t xml:space="preserve"> - The City of Fredericton has announced the 2026 Fierté Fredericton Pride Parade and Festival, scheduled for July 11, 2026. The parade will commence at Officer's Square and proceed along Queen Street. Following the parade, attendees can enjoy the Pride Week Kick-Off Party at Officer's Square, featuring face painting, live music, family-friendly drag performances, and community booths. This event aims to celebrate and recognise the 2SLGBTQIA+ community in Fredericton.</w:t>
      </w:r>
      <w:r/>
    </w:p>
    <w:p>
      <w:pPr>
        <w:pStyle w:val="ListNumber"/>
        <w:spacing w:line="240" w:lineRule="auto"/>
        <w:ind w:left="720"/>
      </w:pPr>
      <w:r/>
      <w:hyperlink r:id="rId13">
        <w:r>
          <w:rPr>
            <w:color w:val="0000EE"/>
            <w:u w:val="single"/>
          </w:rPr>
          <w:t>https://frederictonpride.com/get-involved/</w:t>
        </w:r>
      </w:hyperlink>
      <w:r>
        <w:t xml:space="preserve"> - Fierté Fredericton Pride invites individuals to become official members, volunteer, join the board, submit events, or donate to support the 2SLGBTQIA+ community. Members have voting rights at meetings and may apply to become Board Directors. Volunteers are sought for various roles, including event support, photography, and translation. The organisation is a volunteer-run, registered non-profit that relies on donations, sponsorships, and grants to deliver programming to local communities.</w:t>
      </w:r>
      <w:r/>
    </w:p>
    <w:p>
      <w:pPr>
        <w:pStyle w:val="ListNumber"/>
        <w:spacing w:line="240" w:lineRule="auto"/>
        <w:ind w:left="720"/>
      </w:pPr>
      <w:r/>
      <w:hyperlink r:id="rId12">
        <w:r>
          <w:rPr>
            <w:color w:val="0000EE"/>
            <w:u w:val="single"/>
          </w:rPr>
          <w:t>https://www.fredericton.ca/city-government/news/city-fredericton-unveils-new-ride-pride-transit-bus</w:t>
        </w:r>
      </w:hyperlink>
      <w:r>
        <w:t xml:space="preserve"> - In May 2026, the City of Fredericton unveiled a new 'Ride with Pride' transit bus to celebrate and recognise Pride month. The bus, adorned with a colourful custom design, will be in service throughout Pride Season, from June through August, promoting inclusion, diversity, and community pride across the city. The design was created by Red Knot Studio, a Fredericton-based creative studio, reflecting the vibrancy and strength of the 2SLGBTQIA+ community.</w:t>
      </w:r>
      <w:r/>
    </w:p>
    <w:p>
      <w:pPr>
        <w:pStyle w:val="ListNumber"/>
        <w:spacing w:line="240" w:lineRule="auto"/>
        <w:ind w:left="720"/>
      </w:pPr>
      <w:r/>
      <w:hyperlink r:id="rId11">
        <w:r>
          <w:rPr>
            <w:color w:val="0000EE"/>
            <w:u w:val="single"/>
          </w:rPr>
          <w:t>https://frederictonpride.com/about-2/</w:t>
        </w:r>
      </w:hyperlink>
      <w:r>
        <w:t xml:space="preserve"> - Fierté Fredericton Pride is a not-for-profit corporation run entirely by volunteers, committed to promoting inclusion and intersectionality in celebrating and advocating for 2SLGBTQ+ individuals and communities. The organisation focuses on supporting and empowering communities while promoting visibility, collaboration, education, and diversity through community-focused events and programming. The current co-chairs are Antoinette Del Vasto and Santiago Estrada.</w:t>
      </w:r>
      <w:r/>
    </w:p>
    <w:p>
      <w:pPr>
        <w:pStyle w:val="ListNumber"/>
        <w:spacing w:line="240" w:lineRule="auto"/>
        <w:ind w:left="720"/>
      </w:pPr>
      <w:r/>
      <w:hyperlink r:id="rId15">
        <w:r>
          <w:rPr>
            <w:color w:val="0000EE"/>
            <w:u w:val="single"/>
          </w:rPr>
          <w:t>https://www.frederictoncapitalregion.ca/fr/voir-et-faire/festivals-events/calendrier-des-evenements/defile-et-festival-de-fierte-fredericton</w:t>
        </w:r>
      </w:hyperlink>
      <w:r>
        <w:t xml:space="preserve"> - The Fredericton Capital Region has listed the 2026 Fierté Fredericton Pride Parade and Festival, taking place on July 11, 2026, at Officer's Square, 575 Queen Street, Fredericton. The event celebrates the 2SLGBTQIA+ community with a parade along Queen Street, followed by the Pride Week Kick-Off Party featuring face painting, live music, family-friendly drag performances, and community booths. For more information, visit the official website.</w:t>
      </w:r>
      <w:r/>
    </w:p>
    <w:p>
      <w:pPr>
        <w:pStyle w:val="ListNumber"/>
        <w:spacing w:line="240" w:lineRule="auto"/>
        <w:ind w:left="720"/>
      </w:pPr>
      <w:r/>
      <w:hyperlink r:id="rId14">
        <w:r>
          <w:rPr>
            <w:color w:val="0000EE"/>
            <w:u w:val="single"/>
          </w:rPr>
          <w:t>https://frederictondirectory.com/events/2026-fredericton-pride-parade-festival</w:t>
        </w:r>
      </w:hyperlink>
      <w:r>
        <w:t xml:space="preserve"> - The 2026 Fredericton Pride Parade and Festival, hosted by Fierté Fredericton Pride, is scheduled for Saturday, July 11, 2026. The event will begin at Officer's Square, 571 Queen Street, Fredericton. The parade route, festival lineup, and start time are available on the Facebook event page. This annual event serves as a cornerstone for the Greater Fredericton 2SLGBTQIA+ community, offering a vibrant celebration of diversity and inclusion.</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tj.news/fredericton-west/which-notable-politicians-will-participate-in-the-capitals-pride-parade" TargetMode="External"/><Relationship Id="rId10" Type="http://schemas.openxmlformats.org/officeDocument/2006/relationships/hyperlink" Target="https://www.fredericton.ca/about-fredericton/calendar-events/fierte-fredericton-pride-parade-festival-2026" TargetMode="External"/><Relationship Id="rId11" Type="http://schemas.openxmlformats.org/officeDocument/2006/relationships/hyperlink" Target="https://frederictonpride.com/about-2/" TargetMode="External"/><Relationship Id="rId12" Type="http://schemas.openxmlformats.org/officeDocument/2006/relationships/hyperlink" Target="https://www.fredericton.ca/city-government/news/city-fredericton-unveils-new-ride-pride-transit-bus" TargetMode="External"/><Relationship Id="rId13" Type="http://schemas.openxmlformats.org/officeDocument/2006/relationships/hyperlink" Target="https://frederictonpride.com/get-involved/" TargetMode="External"/><Relationship Id="rId14" Type="http://schemas.openxmlformats.org/officeDocument/2006/relationships/hyperlink" Target="https://frederictondirectory.com/events/2026-fredericton-pride-parade-festival" TargetMode="External"/><Relationship Id="rId15" Type="http://schemas.openxmlformats.org/officeDocument/2006/relationships/hyperlink" Target="https://www.frederictoncapitalregion.ca/fr/voir-et-faire/festivals-events/calendrier-des-evenements/defile-et-festival-de-fierte-fredericto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