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Petrol &amp; Pride 2026 Plans: Inclusive Motoring Returns to Gaydon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car fans are marking calendars as Petrol &amp; Pride grows into a bigger, bolder celebration at the British Motor Museum , a colourful, community-first motoring event that matters for LGBTQIA+ enthusiasts, allies and the wider events sector. It’s set to showcase vehicles, music, awards and museum access on Sunday 26 July 2026.</w:t>
      </w:r>
      <w:r/>
    </w:p>
    <w:p>
      <w:r/>
      <w:r>
        <w:t>Essential Takeaways</w:t>
      </w:r>
      <w:r/>
      <w:r/>
    </w:p>
    <w:p>
      <w:pPr>
        <w:pStyle w:val="ListBullet"/>
        <w:spacing w:line="240" w:lineRule="auto"/>
        <w:ind w:left="720"/>
      </w:pPr>
      <w:r/>
      <w:r>
        <w:rPr>
          <w:b/>
        </w:rPr>
        <w:t>When and where:</w:t>
      </w:r>
      <w:r>
        <w:t xml:space="preserve"> Petrol &amp; Pride takes place on Sunday 26 July 2026 at the British Motor Museum, Gaydon , 10:00–17:00.</w:t>
      </w:r>
      <w:r/>
    </w:p>
    <w:p>
      <w:pPr>
        <w:pStyle w:val="ListBullet"/>
        <w:spacing w:line="240" w:lineRule="auto"/>
        <w:ind w:left="720"/>
      </w:pPr>
      <w:r/>
      <w:r>
        <w:rPr>
          <w:b/>
        </w:rPr>
        <w:t>Who it’s for:</w:t>
      </w:r>
      <w:r>
        <w:t xml:space="preserve"> Members, friends and allies of the LGBTQIA+ community, and anyone who loves cars, motorcycles, trucks or ice cream vans.</w:t>
      </w:r>
      <w:r/>
    </w:p>
    <w:p>
      <w:pPr>
        <w:pStyle w:val="ListBullet"/>
        <w:spacing w:line="240" w:lineRule="auto"/>
        <w:ind w:left="720"/>
      </w:pPr>
      <w:r/>
      <w:r>
        <w:rPr>
          <w:b/>
        </w:rPr>
        <w:t>What to expect:</w:t>
      </w:r>
      <w:r>
        <w:t xml:space="preserve"> Vehicle displays, a Pride “flag” of rainbow-coloured cars, music, awards and access to the museum collection.</w:t>
      </w:r>
      <w:r/>
    </w:p>
    <w:p>
      <w:pPr>
        <w:pStyle w:val="ListBullet"/>
        <w:spacing w:line="240" w:lineRule="auto"/>
        <w:ind w:left="720"/>
      </w:pPr>
      <w:r/>
      <w:r>
        <w:rPr>
          <w:b/>
        </w:rPr>
        <w:t>Atmosphere:</w:t>
      </w:r>
      <w:r>
        <w:t xml:space="preserve"> Inclusive, celebratory and professionally delivered; the event pairs motoring culture with a safe, welcoming vibe.</w:t>
      </w:r>
      <w:r/>
    </w:p>
    <w:p>
      <w:pPr>
        <w:pStyle w:val="ListBullet"/>
        <w:spacing w:line="240" w:lineRule="auto"/>
        <w:ind w:left="720"/>
      </w:pPr>
      <w:r/>
      <w:r>
        <w:rPr>
          <w:b/>
        </w:rPr>
        <w:t>Good to know:</w:t>
      </w:r>
      <w:r>
        <w:t xml:space="preserve"> All proceeds will support the British Motor Museum and a yet-to-be-announced LGBTQ+ charity.</w:t>
      </w:r>
      <w:r/>
      <w:r/>
    </w:p>
    <w:p>
      <w:pPr>
        <w:pStyle w:val="Heading2"/>
      </w:pPr>
      <w:r>
        <w:t>A bigger, more public Petrol &amp; Pride that feels joyful to visit</w:t>
      </w:r>
      <w:r/>
    </w:p>
    <w:p>
      <w:r/>
      <w:r>
        <w:t>Petrol &amp; Pride has moved quickly from an industry meetup to a public-facing day out that’s deliberately warm and visual. The British Motor Museum’s lawns and galleries provide a sleek backdrop for a parade of vehicles and a literal rainbow of display cars, so expect a colourful, Instagram-ready scene. Organisers describe the format as full day and family-friendly, with room for both serious car chat and light-hearted celebration.</w:t>
      </w:r>
      <w:r/>
    </w:p>
    <w:p>
      <w:pPr>
        <w:pStyle w:val="Heading2"/>
      </w:pPr>
      <w:r>
        <w:t>Why the British Motor Museum is the right partner</w:t>
      </w:r>
      <w:r/>
    </w:p>
    <w:p>
      <w:r/>
      <w:r>
        <w:t>The museum brings more than a pretty location; it offers hard standing, vehicle access, onsite operational support and central motorway links near junction 12 of the M40. That logistical backbone is exactly what made the move to a larger format possible, according to museum spokespeople, and it’s why the event can feel both relaxed and professionally run. If you’re planning to attend with an older or unusual vehicle, the venue’s access and space make it an easy fit.</w:t>
      </w:r>
      <w:r/>
    </w:p>
    <w:p>
      <w:pPr>
        <w:pStyle w:val="Heading2"/>
      </w:pPr>
      <w:r>
        <w:t>Event pros see Petrol &amp; Pride as a template for purpose-led gatherings</w:t>
      </w:r>
      <w:r/>
    </w:p>
    <w:p>
      <w:r/>
      <w:r>
        <w:t>Organisers and industry partners are framing Petrol &amp; Pride as an example of how venue choice and event expertise can scale a values-driven idea. Goose Live Events is on board as event partner, bringing motoring-event know-how and production experience; their involvement signals that this is more than a pop-up , it’s being shaped into a repeatable, reputable live event. Event companies interested in sponsorship, production or services are being invited to contribute.</w:t>
      </w:r>
      <w:r/>
    </w:p>
    <w:p>
      <w:pPr>
        <w:pStyle w:val="Heading2"/>
      </w:pPr>
      <w:r>
        <w:t>What to bring, display and expect on the day</w:t>
      </w:r>
      <w:r/>
    </w:p>
    <w:p>
      <w:r/>
      <w:r>
        <w:t>Any vehicle is welcome, whether it’s a gleaming show car, a weathered truck or a quirky ice cream van , condition and value don’t matter. That openness is central to the event’s ethos: it’s about people and passion, not price tags. Practical tip: arrive early if you want a prime display spot, and check the organiser site for any vehicle registration or classification details before you go.</w:t>
      </w:r>
      <w:r/>
    </w:p>
    <w:p>
      <w:pPr>
        <w:pStyle w:val="Heading2"/>
      </w:pPr>
      <w:r>
        <w:t>The community and charity angle matters , and it’s visible</w:t>
      </w:r>
      <w:r/>
    </w:p>
    <w:p>
      <w:r/>
      <w:r>
        <w:t>Petrol &amp; Pride is explicitly rooted in inclusion and visibility; proceeds will support the museum and an LGBTQ+ charity to be named. That gives the day tangible purpose beyond celebration, and it’s likely to attract local groups, allies and brand partners looking to demonstrate genuine support. Expect a welcoming crowd and a few moving moments when community and car culture intersect.</w:t>
      </w:r>
      <w:r/>
    </w:p>
    <w:p>
      <w:r/>
      <w:r>
        <w:t>It’s a small change that can make every drive, display or chat feel more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14">
        <w:r>
          <w:rPr>
            <w:color w:val="0000EE"/>
            <w:u w:val="single"/>
          </w:rPr>
          <w:t>[3]</w:t>
        </w:r>
      </w:hyperlink>
      <w:r>
        <w:t xml:space="preserve">, </w:t>
      </w:r>
      <w:hyperlink r:id="rId15">
        <w:r>
          <w:rPr>
            <w:color w:val="0000EE"/>
            <w:u w:val="single"/>
          </w:rPr>
          <w:t>[5]</w:t>
        </w:r>
      </w:hyperlink>
      <w:r>
        <w:t xml:space="preserve">- Paragraph 6: </w:t>
      </w:r>
      <w:hyperlink r:id="rId9">
        <w:r>
          <w:rPr>
            <w:color w:val="0000EE"/>
            <w:u w:val="single"/>
          </w:rPr>
          <w:t>[1]</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restigeeventsmagazineblog.com/british-motor-museum-and-petrol-pride-grow-inclusive-automotive-event-with-support-from-goose-live-events/?utm_source=rss&amp;utm_medium=rss&amp;utm_campaign=british-motor-museum-and-petrol-pride-grow-inclusive-automotive-event-with-support-from-goose-live-events</w:t>
        </w:r>
      </w:hyperlink>
      <w:r>
        <w:t xml:space="preserve"> - Please view link - unable to able to access data</w:t>
      </w:r>
      <w:r/>
    </w:p>
    <w:p>
      <w:pPr>
        <w:pStyle w:val="ListNumber"/>
        <w:spacing w:line="240" w:lineRule="auto"/>
        <w:ind w:left="720"/>
      </w:pPr>
      <w:r/>
      <w:hyperlink r:id="rId10">
        <w:r>
          <w:rPr>
            <w:color w:val="0000EE"/>
            <w:u w:val="single"/>
          </w:rPr>
          <w:t>https://www.britishmotormuseum.co.uk/whats-on/petrol-and-pride</w:t>
        </w:r>
      </w:hyperlink>
      <w:r>
        <w:t xml:space="preserve"> - The British Motor Museum is hosting 'Petrol &amp; Pride' on Sunday, 26 July 2026. This inclusive automotive event celebrates the LGBTQIA+ community, welcoming all vehicles regardless of type, age, or condition. Attendees can enjoy music, food, and a pride flag display made from various coloured cars. The event is a partnership between Petrol &amp; Pride and the British Motor Museum, with all proceeds supporting the museum and an LGBTQ+ charity. Tickets include entry to the museum, featuring over 400 iconic British vehicles.</w:t>
      </w:r>
      <w:r/>
    </w:p>
    <w:p>
      <w:pPr>
        <w:pStyle w:val="ListNumber"/>
        <w:spacing w:line="240" w:lineRule="auto"/>
        <w:ind w:left="720"/>
      </w:pPr>
      <w:r/>
      <w:hyperlink r:id="rId14">
        <w:r>
          <w:rPr>
            <w:color w:val="0000EE"/>
            <w:u w:val="single"/>
          </w:rPr>
          <w:t>https://www.petrolandpride.co.uk/</w:t>
        </w:r>
      </w:hyperlink>
      <w:r>
        <w:t xml:space="preserve"> - Petrol &amp; Pride returns for its second year on Sunday, 26 July 2026, at the British Motor Museum in Gaydon, Warwickshire. This event is designed for members, friends, and allies of the LGBTQIA+ community to showcase their pride in their vehicles and themselves. The event is inclusive of all vehicles, regardless of age, brand, value, or condition. Highlights include a pride flag display made from coloured cars, music, and prizes for categories like 'Butchest', 'Gayest', and 'Best Glow Up'.</w:t>
      </w:r>
      <w:r/>
    </w:p>
    <w:p>
      <w:pPr>
        <w:pStyle w:val="ListNumber"/>
        <w:spacing w:line="240" w:lineRule="auto"/>
        <w:ind w:left="720"/>
      </w:pPr>
      <w:r/>
      <w:hyperlink r:id="rId12">
        <w:r>
          <w:rPr>
            <w:color w:val="0000EE"/>
            <w:u w:val="single"/>
          </w:rPr>
          <w:t>https://www.britishmotormuseum.co.uk/news/british-motor-museum-to-host-the-uks-most-colourful-motoring-event-petrol-and-pride</w:t>
        </w:r>
      </w:hyperlink>
      <w:r>
        <w:t xml:space="preserve"> - The British Motor Museum is set to host 'Petrol &amp; Pride' on Sunday, 26 July 2026. This event aims to empower members, friends, and allies of the LGBTQIA+ community to showcase their pride in their vehicles and themselves. The event is inclusive of all vehicles, regardless of type, age, or condition. Attendees can expect music, food, and a pride flag display made from various coloured cars. The event is a partnership between Petrol &amp; Pride and the British Motor Museum, with all proceeds supporting the museum and an LGBTQ+ charity.</w:t>
      </w:r>
      <w:r/>
    </w:p>
    <w:p>
      <w:pPr>
        <w:pStyle w:val="ListNumber"/>
        <w:spacing w:line="240" w:lineRule="auto"/>
        <w:ind w:left="720"/>
      </w:pPr>
      <w:r/>
      <w:hyperlink r:id="rId15">
        <w:r>
          <w:rPr>
            <w:color w:val="0000EE"/>
            <w:u w:val="single"/>
          </w:rPr>
          <w:t>https://www.rustourismnews.com/2026/06/19/british-motor-museum-to-host-petrol-and-pride-event/</w:t>
        </w:r>
      </w:hyperlink>
      <w:r>
        <w:t xml:space="preserve"> - The British Motor Museum is hosting 'Petrol &amp; Pride' on Sunday, 26 July 2026. This inclusive automotive event celebrates the LGBTQIA+ community, welcoming all vehicles regardless of type, age, or condition. Attendees can enjoy music, food, and a pride flag display made from various coloured cars. The event is a partnership between Petrol &amp; Pride and the British Motor Museum, with all proceeds supporting the museum and an LGBTQ+ charity. Tickets include entry to the museum, featuring over 400 iconic British vehicles.</w:t>
      </w:r>
      <w:r/>
    </w:p>
    <w:p>
      <w:pPr>
        <w:pStyle w:val="ListNumber"/>
        <w:spacing w:line="240" w:lineRule="auto"/>
        <w:ind w:left="720"/>
      </w:pPr>
      <w:r/>
      <w:hyperlink r:id="rId11">
        <w:r>
          <w:rPr>
            <w:color w:val="0000EE"/>
            <w:u w:val="single"/>
          </w:rPr>
          <w:t>https://www.attitude.co.uk/news/petrol-pride-returns-2026-for-lgbtq-car-lovers-and-allies-523127/</w:t>
        </w:r>
      </w:hyperlink>
      <w:r>
        <w:t xml:space="preserve"> - Petrol &amp; Pride returns for its second year on Sunday, 26 July 2026, at the British Motor Museum in Gaydon, Warwickshire. This event is designed for members, friends, and allies of the LGBTQIA+ community to showcase their pride in their vehicles and themselves. The event is inclusive of all vehicles, regardless of age, brand, value, or condition. Highlights include a pride flag display made from coloured cars, music, and prizes for categories like 'Butchest', 'Gayest', and 'Best Glow Up'.</w:t>
      </w:r>
      <w:r/>
    </w:p>
    <w:p>
      <w:pPr>
        <w:pStyle w:val="ListNumber"/>
        <w:spacing w:line="240" w:lineRule="auto"/>
        <w:ind w:left="720"/>
      </w:pPr>
      <w:r/>
      <w:hyperlink r:id="rId13">
        <w:r>
          <w:rPr>
            <w:color w:val="0000EE"/>
            <w:u w:val="single"/>
          </w:rPr>
          <w:t>https://www.autoexpress.co.uk/motor-shows-and-car-events/369658/petrol-pride-returns-british-motor-museum-sunday-26-july</w:t>
        </w:r>
      </w:hyperlink>
      <w:r>
        <w:t xml:space="preserve"> - Petrol &amp; Pride returns for its second year on Sunday, 26 July 2026, at the British Motor Museum in Gaydon, Warwickshire. This event is designed for members, friends, and allies of the LGBTQIA+ community to showcase their pride in their vehicles and themselves. The event is inclusive of all vehicles, regardless of age, brand, value, or condition. Highlights include a pride flag display made from coloured cars, music, and prizes for categories like 'Butchest', 'Gayest', and 'Best Glow Up'.</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restigeeventsmagazineblog.com/british-motor-museum-and-petrol-pride-grow-inclusive-automotive-event-with-support-from-goose-live-events/?utm_source=rss&amp;utm_medium=rss&amp;utm_campaign=british-motor-museum-and-petrol-pride-grow-inclusive-automotive-event-with-support-from-goose-live-events" TargetMode="External"/><Relationship Id="rId10" Type="http://schemas.openxmlformats.org/officeDocument/2006/relationships/hyperlink" Target="https://www.britishmotormuseum.co.uk/whats-on/petrol-and-pride" TargetMode="External"/><Relationship Id="rId11" Type="http://schemas.openxmlformats.org/officeDocument/2006/relationships/hyperlink" Target="https://www.attitude.co.uk/news/petrol-pride-returns-2026-for-lgbtq-car-lovers-and-allies-523127/" TargetMode="External"/><Relationship Id="rId12" Type="http://schemas.openxmlformats.org/officeDocument/2006/relationships/hyperlink" Target="https://www.britishmotormuseum.co.uk/news/british-motor-museum-to-host-the-uks-most-colourful-motoring-event-petrol-and-pride" TargetMode="External"/><Relationship Id="rId13" Type="http://schemas.openxmlformats.org/officeDocument/2006/relationships/hyperlink" Target="https://www.autoexpress.co.uk/motor-shows-and-car-events/369658/petrol-pride-returns-british-motor-museum-sunday-26-july" TargetMode="External"/><Relationship Id="rId14" Type="http://schemas.openxmlformats.org/officeDocument/2006/relationships/hyperlink" Target="https://www.petrolandpride.co.uk/" TargetMode="External"/><Relationship Id="rId15" Type="http://schemas.openxmlformats.org/officeDocument/2006/relationships/hyperlink" Target="https://www.rustourismnews.com/2026/06/19/british-motor-museum-to-host-petrol-and-pride-ev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