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Non-Binary Portrait Exhibit in Atlanta This Week: There's No One Way to Be Non-Binary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fresh, intimate look at gender this week in Atlanta , Southern Fried Queer Pride presents Valeska Freire’s photo series “There’s No One Way to Be Non-Binary,” a free exhibit at The Supermarket that celebrates real people, quiet gestures, and the many ways gender can be lived.</w:t>
      </w:r>
      <w:r/>
    </w:p>
    <w:p>
      <w:r/>
      <w:r>
        <w:t>Essential Takeaways</w:t>
      </w:r>
      <w:r/>
      <w:r/>
    </w:p>
    <w:p>
      <w:pPr>
        <w:pStyle w:val="ListBullet"/>
        <w:spacing w:line="240" w:lineRule="auto"/>
        <w:ind w:left="720"/>
      </w:pPr>
      <w:r/>
      <w:r>
        <w:rPr>
          <w:b/>
        </w:rPr>
        <w:t>Where and when:</w:t>
      </w:r>
      <w:r>
        <w:t xml:space="preserve"> The exhibition runs at The Supermarket in Atlanta from 9–14 July, with a closing reception on 14 July. </w:t>
      </w:r>
      <w:r/>
    </w:p>
    <w:p>
      <w:pPr>
        <w:pStyle w:val="ListBullet"/>
        <w:spacing w:line="240" w:lineRule="auto"/>
        <w:ind w:left="720"/>
      </w:pPr>
      <w:r/>
      <w:r>
        <w:rPr>
          <w:b/>
        </w:rPr>
        <w:t>Artist:</w:t>
      </w:r>
      <w:r>
        <w:t xml:space="preserve"> Valeska Freire is a Venezuelan photographer and filmmaker exploring queer identity through portraiture and self-portraiture. </w:t>
      </w:r>
      <w:r/>
    </w:p>
    <w:p>
      <w:pPr>
        <w:pStyle w:val="ListBullet"/>
        <w:spacing w:line="240" w:lineRule="auto"/>
        <w:ind w:left="720"/>
      </w:pPr>
      <w:r/>
      <w:r>
        <w:rPr>
          <w:b/>
        </w:rPr>
        <w:t>What to expect:</w:t>
      </w:r>
      <w:r>
        <w:t xml:space="preserve"> Close, personal portraits of non-binary Atlantans , soft lighting, honest expressions, varied styles. </w:t>
      </w:r>
      <w:r/>
    </w:p>
    <w:p>
      <w:pPr>
        <w:pStyle w:val="ListBullet"/>
        <w:spacing w:line="240" w:lineRule="auto"/>
        <w:ind w:left="720"/>
      </w:pPr>
      <w:r/>
      <w:r>
        <w:rPr>
          <w:b/>
        </w:rPr>
        <w:t>Free and open:</w:t>
      </w:r>
      <w:r>
        <w:t xml:space="preserve"> Both the exhibition and the closing reception are free; registration is available on Eventbrite. </w:t>
      </w:r>
      <w:r/>
    </w:p>
    <w:p>
      <w:pPr>
        <w:pStyle w:val="ListBullet"/>
        <w:spacing w:line="240" w:lineRule="auto"/>
        <w:ind w:left="720"/>
      </w:pPr>
      <w:r/>
      <w:r>
        <w:rPr>
          <w:b/>
        </w:rPr>
        <w:t>Reception highlights:</w:t>
      </w:r>
      <w:r>
        <w:t xml:space="preserve"> The closing night includes a talk by Freire, music from DJ 4GetMeNot, and refreshments.</w:t>
      </w:r>
      <w:r/>
      <w:r/>
    </w:p>
    <w:p>
      <w:pPr>
        <w:pStyle w:val="Heading2"/>
      </w:pPr>
      <w:r>
        <w:t>Why this exhibit feels timely and tender</w:t>
      </w:r>
      <w:r/>
    </w:p>
    <w:p>
      <w:r/>
      <w:r>
        <w:t>If you want a show that’s more intimate than a manifesto, this one fits the bill. Freire’s portraits foreground calm faces, small details and clothing choices that refuse a single narrative. The images look and feel like conversations , quiet, complicated, and often joyful. According to Southern Fried Queer Pride’s listings, the festival has a track record of centring local queer voices, and this series slots neatly into that mission.</w:t>
      </w:r>
      <w:r/>
    </w:p>
    <w:p>
      <w:pPr>
        <w:pStyle w:val="Heading2"/>
      </w:pPr>
      <w:r>
        <w:t>From personal journey to a public series</w:t>
      </w:r>
      <w:r/>
    </w:p>
    <w:p>
      <w:r/>
      <w:r>
        <w:t>Freire began the project from a personal place: navigating non-binary identity without a map. That backstory matters because it steers the work away from staged “types” and toward lived experience. Exhibition notes and the artist’s own statements suggest these photos grew from long conversations and trust with each sitter, which shows on camera as a relaxed, honest presence. It’s portraiture that privileges nuance over spectacle.</w:t>
      </w:r>
      <w:r/>
    </w:p>
    <w:p>
      <w:pPr>
        <w:pStyle w:val="Heading2"/>
      </w:pPr>
      <w:r>
        <w:t>What the community angle brings to the show</w:t>
      </w:r>
      <w:r/>
    </w:p>
    <w:p>
      <w:r/>
      <w:r>
        <w:t>This isn’t a disconnected gallery drop. Southern Fried Queer Pride curates events that are community-forward, and hosting the series at The Supermarket , a DIY-rooted arts space , keeps things accessible and grassroots. For visitors that means fewer velvet ropes and more chance encounters: you’ll likely meet subjects, friends, or organisers in the room. For Atlanta’s queer scene, it’s another chance to see representation that reflects local faces and stories.</w:t>
      </w:r>
      <w:r/>
    </w:p>
    <w:p>
      <w:pPr>
        <w:pStyle w:val="Heading2"/>
      </w:pPr>
      <w:r>
        <w:t>Practical details: planning your visit</w:t>
      </w:r>
      <w:r/>
    </w:p>
    <w:p>
      <w:r/>
      <w:r>
        <w:t>The show runs for a week, with the closing reception on Non-Binary People’s Day. Both the exhibition and reception are free, but registration via Eventbrite is recommended to secure a spot for the talk and music. The Supermarket’s event calendar lists practical info about arrivals and accessibility; check it if you need step-free access or have questions about seating. Arrive early on the reception night if you want to hear Freire speak and catch DJ 4GetMeNot’s set.</w:t>
      </w:r>
      <w:r/>
    </w:p>
    <w:p>
      <w:pPr>
        <w:pStyle w:val="Heading2"/>
      </w:pPr>
      <w:r>
        <w:t>Why it matters beyond the prints</w:t>
      </w:r>
      <w:r/>
    </w:p>
    <w:p>
      <w:r/>
      <w:r>
        <w:t>Portraits like these do small, steady work: they normalise difference by showing the ordinary, textured lives of non-binary people. They’re a reminder that representation isn’t only about headlines, it’s also about seeing people in everyday poses and authentic garments. If you’re curious, supportive, or simply love thoughtful photography, this exhibition offers both a warm welcome and a gentle education.</w:t>
      </w:r>
      <w:r/>
    </w:p>
    <w:p>
      <w:r/>
      <w:r>
        <w:t>It's a small but meaningful show , go see how many ways there really are to be non-binary.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https://roughdraftatlanta.com/2026/07/08/non-binary-portrait-exhibit-atlanta/</w:t>
        </w:r>
      </w:hyperlink>
      <w:r>
        <w:t xml:space="preserve"> - Please view link - unable to able to access data</w:t>
      </w:r>
      <w:r/>
    </w:p>
    <w:p>
      <w:pPr>
        <w:pStyle w:val="ListNumber"/>
        <w:spacing w:line="240" w:lineRule="auto"/>
        <w:ind w:left="720"/>
      </w:pPr>
      <w:r/>
      <w:hyperlink r:id="rId10">
        <w:r>
          <w:rPr>
            <w:color w:val="0000EE"/>
            <w:u w:val="single"/>
          </w:rPr>
          <w:t>https://www.southernfriedqueerpride.com/all-events</w:t>
        </w:r>
      </w:hyperlink>
      <w:r>
        <w:t xml:space="preserve"> - Southern Fried Queer Pride (SFQP) is an Atlanta-based organisation dedicated to empowering Black queer and QTPOC communities in the South through the arts. They host a variety of events, including festivals, drag shows, and community discussions. Their upcoming event, 'There’s No One Way to Be Non-Binary: A Photo Exhibition by Valeska Freire', is scheduled from July 9 to July 14, 2026, at The Supermarket in Atlanta. The exhibition features portraits of non-binary individuals, celebrating diverse gender identities beyond the binary. The closing reception on July 14 will include an artist talk, music by DJ 4GetMeNot, and refreshments. Both the exhibition and reception are free and open to the public. More details and registration are available on their website. (</w:t>
      </w:r>
      <w:hyperlink r:id="rId15">
        <w:r>
          <w:rPr>
            <w:color w:val="0000EE"/>
            <w:u w:val="single"/>
          </w:rPr>
          <w:t>southernfriedqueerpride.com</w:t>
        </w:r>
      </w:hyperlink>
      <w:r>
        <w:t>)</w:t>
      </w:r>
      <w:r/>
    </w:p>
    <w:p>
      <w:pPr>
        <w:pStyle w:val="ListNumber"/>
        <w:spacing w:line="240" w:lineRule="auto"/>
        <w:ind w:left="720"/>
      </w:pPr>
      <w:r/>
      <w:hyperlink r:id="rId12">
        <w:r>
          <w:rPr>
            <w:color w:val="0000EE"/>
            <w:u w:val="single"/>
          </w:rPr>
          <w:t>https://www.southernfriedqueerpride.com/</w:t>
        </w:r>
      </w:hyperlink>
      <w:r>
        <w:t xml:space="preserve"> - Southern Fried Queer Pride (SFQP) is an Atlanta-based non-profit organisation that centres and empowers Black queer and QTPOC communities in the South through the arts. Founded in 2014 by Taylor Alxndr and Micky B, SFQP hosts 40-60 events annually, including festivals, drag shows, and community discussions. They also publish a zine called Kudzu and organise art projects like the SFQP Bites video series. Their mission is to provide a platform for Black and brown queer individuals, fostering a vibrant and inclusive community. (</w:t>
      </w:r>
      <w:hyperlink r:id="rId16">
        <w:r>
          <w:rPr>
            <w:color w:val="0000EE"/>
            <w:u w:val="single"/>
          </w:rPr>
          <w:t>southernfriedqueerpride.com</w:t>
        </w:r>
      </w:hyperlink>
      <w:r>
        <w:t>)</w:t>
      </w:r>
      <w:r/>
    </w:p>
    <w:p>
      <w:pPr>
        <w:pStyle w:val="ListNumber"/>
        <w:spacing w:line="240" w:lineRule="auto"/>
        <w:ind w:left="720"/>
      </w:pPr>
      <w:r/>
      <w:hyperlink r:id="rId11">
        <w:r>
          <w:rPr>
            <w:color w:val="0000EE"/>
            <w:u w:val="single"/>
          </w:rPr>
          <w:t>https://www.eventbrite.com/e/theres-no-one-way-to-be-non-binary-a-photo-exhibition-closing-reception-tickets-1992577134849</w:t>
        </w:r>
      </w:hyperlink>
      <w:r>
        <w:t xml:space="preserve"> - Eventbrite is hosting the ticketing and registration for the closing reception of 'There’s No One Way to Be Non-Binary: A Photo Exhibition' by Valeska Freire. The event is scheduled for Tuesday, July 14, 2026, from 6 PM to 10 PM at The Supermarket in Atlanta. The reception will feature an artist talk, music by DJ 4GetMeNot, and refreshments. The exhibition runs from July 9 to July 14, 2026, and both the exhibition and reception are free and open to the public. Registration is available through Eventbrite. (</w:t>
      </w:r>
      <w:hyperlink r:id="rId17">
        <w:r>
          <w:rPr>
            <w:color w:val="0000EE"/>
            <w:u w:val="single"/>
          </w:rPr>
          <w:t>eventbrite.com</w:t>
        </w:r>
      </w:hyperlink>
      <w:r>
        <w:t>)</w:t>
      </w:r>
      <w:r/>
    </w:p>
    <w:p>
      <w:pPr>
        <w:pStyle w:val="ListNumber"/>
        <w:spacing w:line="240" w:lineRule="auto"/>
        <w:ind w:left="720"/>
      </w:pPr>
      <w:r/>
      <w:hyperlink r:id="rId14">
        <w:r>
          <w:rPr>
            <w:color w:val="0000EE"/>
            <w:u w:val="single"/>
          </w:rPr>
          <w:t>https://www.thesupermarketatl.com/events</w:t>
        </w:r>
      </w:hyperlink>
      <w:r>
        <w:t xml:space="preserve"> - The Supermarket is an arts and creative event space in Atlanta, hosting a variety of events throughout the year. Their upcoming event, 'There’s No One Way to Be Non-Binary: A Photo Exhibition by Valeska Freire', is scheduled from July 9 to July 14, 2026. The exhibition features portraits of non-binary individuals, celebrating diverse gender identities beyond the binary. The closing reception on July 14 will include an artist talk, music by DJ 4GetMeNot, and refreshments. Both the exhibition and reception are free and open to the public. More details are available on their website. (</w:t>
      </w:r>
      <w:hyperlink r:id="rId18">
        <w:r>
          <w:rPr>
            <w:color w:val="0000EE"/>
            <w:u w:val="single"/>
          </w:rPr>
          <w:t>thesupermarketatl.com</w:t>
        </w:r>
      </w:hyperlink>
      <w:r>
        <w:t>)</w:t>
      </w:r>
      <w:r/>
    </w:p>
    <w:p>
      <w:pPr>
        <w:pStyle w:val="ListNumber"/>
        <w:spacing w:line="240" w:lineRule="auto"/>
        <w:ind w:left="720"/>
      </w:pPr>
      <w:r/>
      <w:hyperlink r:id="rId13">
        <w:r>
          <w:rPr>
            <w:color w:val="0000EE"/>
            <w:u w:val="single"/>
          </w:rPr>
          <w:t>https://en.wikipedia.org/wiki/Southern_Fried_Queer_Pride</w:t>
        </w:r>
      </w:hyperlink>
      <w:r>
        <w:t xml:space="preserve"> - Southern Fried Queer Pride (SFQP) is an Atlanta-based non-profit organisation that centres and empowers Black queer and QTPOC communities in the South through the arts. Founded in 2014 by Taylor Alxndr and Micky B, SFQP hosts 40-60 events annually, including festivals, drag shows, and community discussions. They also publish a zine called Kudzu and organise art projects like the SFQP Bites video series. Their mission is to provide a platform for Black and brown queer individuals, fostering a vibrant and inclusive community. (</w:t>
      </w:r>
      <w:hyperlink r:id="rId19">
        <w:r>
          <w:rPr>
            <w:color w:val="0000EE"/>
            <w:u w:val="single"/>
          </w:rPr>
          <w:t>en.wikipedia.org</w:t>
        </w:r>
      </w:hyperlink>
      <w:r>
        <w:t>)</w:t>
      </w:r>
      <w:r/>
    </w:p>
    <w:p>
      <w:pPr>
        <w:pStyle w:val="ListNumber"/>
        <w:spacing w:line="240" w:lineRule="auto"/>
        <w:ind w:left="720"/>
      </w:pPr>
      <w:r/>
      <w:hyperlink r:id="rId20">
        <w:r>
          <w:rPr>
            <w:color w:val="0000EE"/>
            <w:u w:val="single"/>
          </w:rPr>
          <w:t>https://www.lgbtqinstitute.org/calendar/2016/6/24/southern-fried-queer-pride</w:t>
        </w:r>
      </w:hyperlink>
      <w:r>
        <w:t xml:space="preserve"> - Southern Fried Queer Pride (SFQP) is an Atlanta-based queer and trans alternative Pride festival celebrating the robust and vibrant community in the Southern United States. Cooked in the oils of our forequeers of the Compton Cafeteria Riots, the Stonewall Riots, ACT UP, and the many radical uprisings of years past, SFQP holds close to the political identity of being queer. SFQP is arts and politically based and serves to provide an intersectional, radically inclusive festival on the last week of June, along with events throughout the year. (</w:t>
      </w:r>
      <w:hyperlink r:id="rId21">
        <w:r>
          <w:rPr>
            <w:color w:val="0000EE"/>
            <w:u w:val="single"/>
          </w:rPr>
          <w:t>lgbtqinstitute.org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oughdraftatlanta.com/2026/07/08/non-binary-portrait-exhibit-atlanta/" TargetMode="External"/><Relationship Id="rId10" Type="http://schemas.openxmlformats.org/officeDocument/2006/relationships/hyperlink" Target="https://www.southernfriedqueerpride.com/all-events" TargetMode="External"/><Relationship Id="rId11" Type="http://schemas.openxmlformats.org/officeDocument/2006/relationships/hyperlink" Target="https://www.eventbrite.com/e/theres-no-one-way-to-be-non-binary-a-photo-exhibition-closing-reception-tickets-1992577134849" TargetMode="External"/><Relationship Id="rId12" Type="http://schemas.openxmlformats.org/officeDocument/2006/relationships/hyperlink" Target="https://www.southernfriedqueerpride.com/" TargetMode="External"/><Relationship Id="rId13" Type="http://schemas.openxmlformats.org/officeDocument/2006/relationships/hyperlink" Target="https://en.wikipedia.org/wiki/Southern_Fried_Queer_Pride" TargetMode="External"/><Relationship Id="rId14" Type="http://schemas.openxmlformats.org/officeDocument/2006/relationships/hyperlink" Target="https://www.thesupermarketatl.com/events" TargetMode="External"/><Relationship Id="rId15" Type="http://schemas.openxmlformats.org/officeDocument/2006/relationships/hyperlink" Target="https://www.southernfriedqueerpride.com/all-events?utm_source=openai" TargetMode="External"/><Relationship Id="rId16" Type="http://schemas.openxmlformats.org/officeDocument/2006/relationships/hyperlink" Target="https://www.southernfriedqueerpride.com/?utm_source=openai" TargetMode="External"/><Relationship Id="rId17" Type="http://schemas.openxmlformats.org/officeDocument/2006/relationships/hyperlink" Target="https://www.eventbrite.com/e/theres-no-one-way-to-be-non-binary-a-photo-exhibition-closing-reception-tickets-1992577134849?utm_source=openai" TargetMode="External"/><Relationship Id="rId18" Type="http://schemas.openxmlformats.org/officeDocument/2006/relationships/hyperlink" Target="https://www.thesupermarketatl.com/events?utm_source=openai" TargetMode="External"/><Relationship Id="rId19" Type="http://schemas.openxmlformats.org/officeDocument/2006/relationships/hyperlink" Target="https://en.wikipedia.org/wiki/Southern_Fried_Queer_Pride?utm_source=openai" TargetMode="External"/><Relationship Id="rId20" Type="http://schemas.openxmlformats.org/officeDocument/2006/relationships/hyperlink" Target="https://www.lgbtqinstitute.org/calendar/2016/6/24/southern-fried-queer-pride" TargetMode="External"/><Relationship Id="rId21" Type="http://schemas.openxmlformats.org/officeDocument/2006/relationships/hyperlink" Target="https://www.lgbtqinstitute.org/calendar/2016/6/24/southern-fried-queer-prid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