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Midsummer Nights Out in San Francisco: Top Arts and Nightlife Picks This July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the city’s midsummer energy with theatre, dance, outdoor circus and late-night revelry, what’s reopening, what’s new, and which events are worth booking now. From intimate drag brunches to high-flying acrobatics, here’s what to see, taste and dance to across the Bay.</w:t>
      </w:r>
      <w:r/>
    </w:p>
    <w:p>
      <w:r/>
      <w:r>
        <w:t>Essential Takeaways</w:t>
      </w:r>
      <w:r/>
      <w:r/>
    </w:p>
    <w:p>
      <w:pPr>
        <w:pStyle w:val="ListBullet"/>
        <w:spacing w:line="240" w:lineRule="auto"/>
        <w:ind w:left="720"/>
      </w:pPr>
      <w:r/>
      <w:r>
        <w:rPr>
          <w:b/>
        </w:rPr>
        <w:t>Big reopen:</w:t>
      </w:r>
      <w:r>
        <w:t xml:space="preserve"> Oasis nightclub returns after renovations with a sold-out grand reveal and more nights available later, expect glossy production and big personality.</w:t>
      </w:r>
      <w:r/>
    </w:p>
    <w:p>
      <w:pPr>
        <w:pStyle w:val="ListBullet"/>
        <w:spacing w:line="240" w:lineRule="auto"/>
        <w:ind w:left="720"/>
      </w:pPr>
      <w:r/>
      <w:r>
        <w:rPr>
          <w:b/>
        </w:rPr>
        <w:t>Theatre variety:</w:t>
      </w:r>
      <w:r>
        <w:t xml:space="preserve"> From SF BATCO’s sharp new production of Arab Spring to Tenderloin Museum’s immersive Compton’s Cafeteria Riot, the stage season is smart and emotionally textured.</w:t>
      </w:r>
      <w:r/>
    </w:p>
    <w:p>
      <w:pPr>
        <w:pStyle w:val="ListBullet"/>
        <w:spacing w:line="240" w:lineRule="auto"/>
        <w:ind w:left="720"/>
      </w:pPr>
      <w:r/>
      <w:r>
        <w:rPr>
          <w:b/>
        </w:rPr>
        <w:t>Outdoor fun:</w:t>
      </w:r>
      <w:r>
        <w:t xml:space="preserve"> Circus Bella’s family-friendly “Ah Ha!” tours parks through late July, a breezy pick for kids and picnic-goers.</w:t>
      </w:r>
      <w:r/>
    </w:p>
    <w:p>
      <w:pPr>
        <w:pStyle w:val="ListBullet"/>
        <w:spacing w:line="240" w:lineRule="auto"/>
        <w:ind w:left="720"/>
      </w:pPr>
      <w:r/>
      <w:r>
        <w:rPr>
          <w:b/>
        </w:rPr>
        <w:t>Museums &amp; galleries:</w:t>
      </w:r>
      <w:r>
        <w:t xml:space="preserve"> Yerba Buena, SFMOMA and the Asian Art Museum have summer exhibitions that pair well with afternoon museum-hopping.</w:t>
      </w:r>
      <w:r/>
    </w:p>
    <w:p>
      <w:pPr>
        <w:pStyle w:val="ListBullet"/>
        <w:spacing w:line="240" w:lineRule="auto"/>
        <w:ind w:left="720"/>
      </w:pPr>
      <w:r/>
      <w:r>
        <w:rPr>
          <w:b/>
        </w:rPr>
        <w:t>Nightlife vibing:</w:t>
      </w:r>
      <w:r>
        <w:t xml:space="preserve"> The Castro and SoMa clubs are packed with themed nights, drag brunches, underwear parties and campy cabarets, so plan according to your energy level.</w:t>
      </w:r>
      <w:r/>
      <w:r/>
    </w:p>
    <w:p>
      <w:pPr>
        <w:pStyle w:val="Heading2"/>
      </w:pPr>
      <w:r>
        <w:t>Where to start? A theatre-first evening that still leaves time for cocktails</w:t>
      </w:r>
      <w:r/>
    </w:p>
    <w:p>
      <w:r/>
      <w:r>
        <w:t>If you want an elevated night that feels like a proper date or a cultured catch-up with friends, book a show first and drinks after. SF BATCO and Golden Thread’s Arab Spring is one of those plays that lingers, it’s a dark comedy that mixes grief and family dynamics, so expect something sharp and quietly heavy. TheatreWorks in Palo Alto and Berkeley Rep also have premieres that reward curious theatre-goers. After the curtain, head to a nearby bar, Castro spots like The Lookout or 440 Castro make for easy late-night conversations. Practical tip: pick shows with nearby late-night venues to avoid a long trek home; San Francisco’s compact districts make this easy.</w:t>
      </w:r>
      <w:r/>
    </w:p>
    <w:p>
      <w:pPr>
        <w:pStyle w:val="Heading2"/>
      </w:pPr>
      <w:r>
        <w:t>Family-friendly afternoons: parks, circus and outdoor theatre</w:t>
      </w:r>
      <w:r/>
    </w:p>
    <w:p>
      <w:r/>
      <w:r>
        <w:t>For lighter, sunlit plans, Circus Bella’s “Ah Ha!” is charming and genuinely family-friendly, with outdoor dates that work well for a picnic setup. The San Francisco Mime Troupe’s free park performances are another lovely option, especially if you like politicised, musical theatre in green spaces. Bring sunscreen and a low chair or picnic blanket, and aim to arrive early for the best viewing spots, parks fill up fast on sunny Sundays. If you’ve got kids, pairing a neighbourhood museum visit, like the Exploratorium or California Academy of Sciences, with an outdoor performance makes for a full but relaxed day.</w:t>
      </w:r>
      <w:r/>
    </w:p>
    <w:p>
      <w:pPr>
        <w:pStyle w:val="Heading2"/>
      </w:pPr>
      <w:r>
        <w:t>Immersive and historic picks: Compton’s Cafeteria Riot and queer cultural exhibits</w:t>
      </w:r>
      <w:r/>
    </w:p>
    <w:p>
      <w:r/>
      <w:r>
        <w:t>Tenderloin Museum’s Compton’s Cafeteria Riot play is staged in a recreated diner and serves breakfast as part of the experience, which turns history into something you feel with your senses. The GLBT History Museum and the new OUT Museum are running exhibitions that foreground queer lives, perfect if you want context before or after seeing the play. These programmes are valuable because they fold local history into performance and display, and they’re an easy way to support community-led storytelling. Advice: book these immersive experiences in advance; they often sell out on weekend slots.</w:t>
      </w:r>
      <w:r/>
    </w:p>
    <w:p>
      <w:pPr>
        <w:pStyle w:val="Heading2"/>
      </w:pPr>
      <w:r>
        <w:t>Late-night and clubland: who’s doing what after dark</w:t>
      </w:r>
      <w:r/>
    </w:p>
    <w:p>
      <w:r/>
      <w:r>
        <w:t>Nightlife in the Castro, SoMa and Oakland is humming with themed nights. Beaux is serving everything from underwear parties to Latin Divas and a Popper Slut Disco on Sundays, if you like theatrical club programming, make a list of nights you want and book early. Oasis’s renovations mean a slicker dance-floor experience; while the July 17 reveal is sold out, subsequent nights are releasing tickets. If you prefer something less high-energy, intimate bars like Aunt Charlie’s Lounge or Fireside Lounge offer gentler drag shows and cocktails. For a full-throttle festival atmosphere, Mosswood Meltdown in Oakland brings punk and star acts across a weekend. Safety note: check door policies and bring ID, popular nights can have queues or guest-list restrictions.</w:t>
      </w:r>
      <w:r/>
    </w:p>
    <w:p>
      <w:pPr>
        <w:pStyle w:val="Heading2"/>
      </w:pPr>
      <w:r>
        <w:t>Art and film: afternoon exhibits and late screenings to round out a weekend</w:t>
      </w:r>
      <w:r/>
    </w:p>
    <w:p>
      <w:r/>
      <w:r>
        <w:t>Museums are leaning into summer programming: SFMOMA’s rotating shows, Yerba Buena’s Conjuring Power, and the Asian Art Museum’s installations give you plenty of options for a long, contemplative afternoon. Film festivals, like the Jewish Film Festival and Castro Theatre speciality nights, offer evening screenings that pair well with a casual dinner nearby. Combo idea: do an afternoon gallery hop, grab a quick dinner, then catch a film or a concert to end the night with something quieter or more cinematic. Practical tip: many museums and festivals have member or late-night discounts, search for those to stretch a day’s itinerary further.</w:t>
      </w:r>
      <w:r/>
    </w:p>
    <w:p>
      <w:pPr>
        <w:pStyle w:val="Heading2"/>
      </w:pPr>
      <w:r>
        <w:t>How to pick what’s worth your time</w:t>
      </w:r>
      <w:r/>
    </w:p>
    <w:p>
      <w:r/>
      <w:r>
        <w:t>Start with mood: want something light and social, or immersive and reflective? Check run dates, some productions are limited runs or extensions, and book tickets early for immersive shows and big-name nights. If you’re planning group outings, coordinate arrival times and consider eateries nearby that can handle groups without long waits. And don’t forget the small pleasures: an unexpected drag brunch, a park performance in fog-dusted light, or a museum find that surprises you, these are the midsummer moments that stay with you.</w:t>
      </w:r>
      <w:r/>
    </w:p>
    <w:p>
      <w:r/>
      <w:r>
        <w:t>It's a small change in plans that can turn a foggy evening into a memorable San Francisco night.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13">
        <w:r>
          <w:rPr>
            <w:color w:val="0000EE"/>
            <w:u w:val="single"/>
          </w:rPr>
          <w:t>[3]</w:t>
        </w:r>
      </w:hyperlink>
      <w:r>
        <w:t xml:space="preserve">, - Paragraph 4: </w:t>
      </w:r>
      <w:hyperlink r:id="rId11">
        <w:r>
          <w:rPr>
            <w:color w:val="0000EE"/>
            <w:u w:val="single"/>
          </w:rPr>
          <w:t>[4]</w:t>
        </w:r>
      </w:hyperlink>
      <w:r>
        <w:t xml:space="preserve">, </w:t>
      </w:r>
      <w:hyperlink r:id="rId9">
        <w:r>
          <w:rPr>
            <w:color w:val="0000EE"/>
            <w:u w:val="single"/>
          </w:rPr>
          <w:t>[1]</w:t>
        </w:r>
      </w:hyperlink>
      <w:r>
        <w:t xml:space="preserve">- Paragraph 5: </w:t>
      </w:r>
      <w:hyperlink r:id="rId9">
        <w:r>
          <w:rPr>
            <w:color w:val="0000EE"/>
            <w:u w:val="single"/>
          </w:rPr>
          <w:t>[1]</w:t>
        </w:r>
      </w:hyperlink>
      <w:r>
        <w:t xml:space="preserve">, </w:t>
      </w:r>
      <w:hyperlink r:id="rId14">
        <w:r>
          <w:rPr>
            <w:color w:val="0000EE"/>
            <w:u w:val="single"/>
          </w:rPr>
          <w:t>[6]</w:t>
        </w:r>
      </w:hyperlink>
      <w:r>
        <w:t xml:space="preserve">- Paragraph 6: </w:t>
      </w:r>
      <w:hyperlink r:id="rId9">
        <w:r>
          <w:rPr>
            <w:color w:val="0000EE"/>
            <w:u w:val="single"/>
          </w:rPr>
          <w:t>[1]</w:t>
        </w:r>
      </w:hyperlink>
      <w:r>
        <w:t xml:space="preserve">, </w:t>
      </w:r>
      <w:hyperlink r:id="rId15">
        <w:r>
          <w:rPr>
            <w:color w:val="0000EE"/>
            <w:u w:val="single"/>
          </w:rPr>
          <w:t>[5]</w:t>
        </w:r>
      </w:hyperlink>
      <w:r>
        <w:t xml:space="preserve">- Paragraph 7: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https://www.ebar.com/story/168117/</w:t>
        </w:r>
      </w:hyperlink>
      <w:r>
        <w:t xml:space="preserve"> - Please view link - unable to able to access data</w:t>
      </w:r>
      <w:r/>
    </w:p>
    <w:p>
      <w:pPr>
        <w:pStyle w:val="ListNumber"/>
        <w:spacing w:line="240" w:lineRule="auto"/>
        <w:ind w:left="720"/>
      </w:pPr>
      <w:r/>
      <w:hyperlink r:id="rId10">
        <w:r>
          <w:rPr>
            <w:color w:val="0000EE"/>
            <w:u w:val="single"/>
          </w:rPr>
          <w:t>https://www.sfbatco.org/arab-spring</w:t>
        </w:r>
      </w:hyperlink>
      <w:r>
        <w:t xml:space="preserve"> - SF BATCO and Golden Thread Productions present 'Arab Spring,' a dark comedy by Denmo Ibrahim exploring themes of loss, grief, war, and family. The play runs from June 19 to July 12, 2026, at Potrero Stage, 1695 18th St., San Francisco. Tickets range from $20 to $80. (</w:t>
      </w:r>
      <w:hyperlink r:id="rId16">
        <w:r>
          <w:rPr>
            <w:color w:val="0000EE"/>
            <w:u w:val="single"/>
          </w:rPr>
          <w:t>sfbatco.org</w:t>
        </w:r>
      </w:hyperlink>
      <w:r>
        <w:t>)</w:t>
      </w:r>
      <w:r/>
    </w:p>
    <w:p>
      <w:pPr>
        <w:pStyle w:val="ListNumber"/>
        <w:spacing w:line="240" w:lineRule="auto"/>
        <w:ind w:left="720"/>
      </w:pPr>
      <w:r/>
      <w:hyperlink r:id="rId13">
        <w:r>
          <w:rPr>
            <w:color w:val="0000EE"/>
            <w:u w:val="single"/>
          </w:rPr>
          <w:t>https://www.circusbella.org/circusintheparks</w:t>
        </w:r>
      </w:hyperlink>
      <w:r>
        <w:t xml:space="preserve"> - Circus Bella's 'Circus in the Parks' is a free summer series featuring their new show, 'Ah Ha!'. Performances are scheduled at various Bay Area parks through July 26, 2026. The show includes acrobats, aerialists, jugglers, and clowns, accompanied by live music from the Circus Bella All-Star Band. (</w:t>
      </w:r>
      <w:hyperlink r:id="rId17">
        <w:r>
          <w:rPr>
            <w:color w:val="0000EE"/>
            <w:u w:val="single"/>
          </w:rPr>
          <w:t>circusbella.org</w:t>
        </w:r>
      </w:hyperlink>
      <w:r>
        <w:t>)</w:t>
      </w:r>
      <w:r/>
    </w:p>
    <w:p>
      <w:pPr>
        <w:pStyle w:val="ListNumber"/>
        <w:spacing w:line="240" w:lineRule="auto"/>
        <w:ind w:left="720"/>
      </w:pPr>
      <w:r/>
      <w:hyperlink r:id="rId11">
        <w:r>
          <w:rPr>
            <w:color w:val="0000EE"/>
            <w:u w:val="single"/>
          </w:rPr>
          <w:t>https://www.tenderloinmuseum.org/the-comptons-cafeteria-riot-play</w:t>
        </w:r>
      </w:hyperlink>
      <w:r>
        <w:t xml:space="preserve"> - 'Compton’s Cafeteria Riot' is a dramatic recreation of the 1966 uprising by trans and drag individuals, set in a recreated diner with breakfast served. The play, featuring Colette LeGrande, Mark Nassar, and Donna Personna, is celebrating its one-year run and has been extended through August 2026. Performances are held at 835 Larkin St., San Francisco, on Fridays and Saturdays at 7 pm. Tickets are priced at $75.</w:t>
      </w:r>
      <w:r/>
    </w:p>
    <w:p>
      <w:pPr>
        <w:pStyle w:val="ListNumber"/>
        <w:spacing w:line="240" w:lineRule="auto"/>
        <w:ind w:left="720"/>
      </w:pPr>
      <w:r/>
      <w:hyperlink r:id="rId15">
        <w:r>
          <w:rPr>
            <w:color w:val="0000EE"/>
            <w:u w:val="single"/>
          </w:rPr>
          <w:t>https://www.clubfugazisf.com/</w:t>
        </w:r>
      </w:hyperlink>
      <w:r>
        <w:t xml:space="preserve"> - 'Dear San Francisco' is a high-flying acrobatics show by The 7 Fingers, paying homage to the city. Performances are scheduled at Club Fugazi, 678 Green St., San Francisco. Tickets range from $87 to $200.</w:t>
      </w:r>
      <w:r/>
    </w:p>
    <w:p>
      <w:pPr>
        <w:pStyle w:val="ListNumber"/>
        <w:spacing w:line="240" w:lineRule="auto"/>
        <w:ind w:left="720"/>
      </w:pPr>
      <w:r/>
      <w:hyperlink r:id="rId14">
        <w:r>
          <w:rPr>
            <w:color w:val="0000EE"/>
            <w:u w:val="single"/>
          </w:rPr>
          <w:t>https://us.atgtickets.com/</w:t>
        </w:r>
      </w:hyperlink>
      <w:r>
        <w:t xml:space="preserve"> - Disney’s 'Beauty and the Beast' is a live musical adaptation of the popular animated film, marking the first touring production in 25 years. The show runs from July 14 to August 9, 2026, at the Orpheum Theatre, 1192 Market St., San Francisco. Tickets are priced between $41 and $240.</w:t>
      </w:r>
      <w:r/>
    </w:p>
    <w:p>
      <w:pPr>
        <w:pStyle w:val="ListNumber"/>
        <w:spacing w:line="240" w:lineRule="auto"/>
        <w:ind w:left="720"/>
      </w:pPr>
      <w:r/>
      <w:hyperlink r:id="rId12">
        <w:r>
          <w:rPr>
            <w:color w:val="0000EE"/>
            <w:u w:val="single"/>
          </w:rPr>
          <w:t>https://theatreworks.org/</w:t>
        </w:r>
      </w:hyperlink>
      <w:r>
        <w:t xml:space="preserve"> - 'The Employee Dharma Handbook' is the world premiere of Geetha Reddy’s play, presented by TheatreWorks Silicon Valley. The play delves into ancient origins uncovered at an aerospace company accused of sexist hiring policies. Performances are held at Lucie Stern Theatre, 1305 Middlefield Road, Palo Alto, through August 2, 2026. Tickets range from $65 to $84.</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117/" TargetMode="External"/><Relationship Id="rId10" Type="http://schemas.openxmlformats.org/officeDocument/2006/relationships/hyperlink" Target="https://www.sfbatco.org/arab-spring" TargetMode="External"/><Relationship Id="rId11" Type="http://schemas.openxmlformats.org/officeDocument/2006/relationships/hyperlink" Target="https://www.tenderloinmuseum.org/the-comptons-cafeteria-riot-play" TargetMode="External"/><Relationship Id="rId12" Type="http://schemas.openxmlformats.org/officeDocument/2006/relationships/hyperlink" Target="https://theatreworks.org/" TargetMode="External"/><Relationship Id="rId13" Type="http://schemas.openxmlformats.org/officeDocument/2006/relationships/hyperlink" Target="https://www.circusbella.org/circusintheparks" TargetMode="External"/><Relationship Id="rId14" Type="http://schemas.openxmlformats.org/officeDocument/2006/relationships/hyperlink" Target="https://us.atgtickets.com/" TargetMode="External"/><Relationship Id="rId15" Type="http://schemas.openxmlformats.org/officeDocument/2006/relationships/hyperlink" Target="https://www.clubfugazisf.com/" TargetMode="External"/><Relationship Id="rId16" Type="http://schemas.openxmlformats.org/officeDocument/2006/relationships/hyperlink" Target="https://www.sfbatco.org/calendar/arab-spring?utm_source=openai" TargetMode="External"/><Relationship Id="rId17" Type="http://schemas.openxmlformats.org/officeDocument/2006/relationships/hyperlink" Target="https://www.circusbella.org/circusinthepark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