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Culture Picks This Week: New Specials, Scandal and Star Turns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tuning into a wave of queer culture this week, from Netflix’s Heartstopper behind-the-scenes special to celebrity wedding rumours and fresh projects by rising queer stars; here’s what to know, why it matters, and what to watch next.</w:t>
      </w:r>
      <w:r/>
    </w:p>
    <w:p>
      <w:r/>
      <w:r>
        <w:t>Essential Takeaways</w:t>
      </w:r>
      <w:r/>
      <w:r/>
    </w:p>
    <w:p>
      <w:pPr>
        <w:pStyle w:val="ListBullet"/>
        <w:spacing w:line="240" w:lineRule="auto"/>
        <w:ind w:left="720"/>
      </w:pPr>
      <w:r/>
      <w:r>
        <w:rPr>
          <w:b/>
        </w:rPr>
        <w:t>New Heartstopper special:</w:t>
      </w:r>
      <w:r>
        <w:t xml:space="preserve"> Netflix will stream Ending On A Hi, a behind-the-scenes look with Kit Connor and Joe Locke, debuting July 24 , perfect for fans wanting more closure. </w:t>
      </w:r>
      <w:r/>
    </w:p>
    <w:p>
      <w:pPr>
        <w:pStyle w:val="ListBullet"/>
        <w:spacing w:line="240" w:lineRule="auto"/>
        <w:ind w:left="720"/>
      </w:pPr>
      <w:r/>
      <w:r>
        <w:rPr>
          <w:b/>
        </w:rPr>
        <w:t>Wedding talk buzz:</w:t>
      </w:r>
      <w:r>
        <w:t xml:space="preserve"> Reports of a risqué toast by Lena Dunham at Taylor Swift and Travis Kelce’s wedding have circulated widely, fuelling gossip and online debate. </w:t>
      </w:r>
      <w:r/>
    </w:p>
    <w:p>
      <w:pPr>
        <w:pStyle w:val="ListBullet"/>
        <w:spacing w:line="240" w:lineRule="auto"/>
        <w:ind w:left="720"/>
      </w:pPr>
      <w:r/>
      <w:r>
        <w:rPr>
          <w:b/>
        </w:rPr>
        <w:t>Big-name queer projects:</w:t>
      </w:r>
      <w:r>
        <w:t xml:space="preserve"> Kristen Stewart stars in a queer stoner comedy from Dylan Meyer, while new animated and stage projects celebrate queer history and camp. </w:t>
      </w:r>
      <w:r/>
    </w:p>
    <w:p>
      <w:pPr>
        <w:pStyle w:val="ListBullet"/>
        <w:spacing w:line="240" w:lineRule="auto"/>
        <w:ind w:left="720"/>
      </w:pPr>
      <w:r/>
      <w:r>
        <w:rPr>
          <w:b/>
        </w:rPr>
        <w:t>Events and resilience:</w:t>
      </w:r>
      <w:r>
        <w:t xml:space="preserve"> Gay Games XII concluded in Valencia amid heat and protests, underscoring community determination and visibility. </w:t>
      </w:r>
      <w:r/>
    </w:p>
    <w:p>
      <w:pPr>
        <w:pStyle w:val="ListBullet"/>
        <w:spacing w:line="240" w:lineRule="auto"/>
        <w:ind w:left="720"/>
      </w:pPr>
      <w:r/>
      <w:r>
        <w:rPr>
          <w:b/>
        </w:rPr>
        <w:t>Tour and holiday cheer:</w:t>
      </w:r>
      <w:r>
        <w:t xml:space="preserve"> Jinkx Monsoon and BenDeLaCreme return with their holiday tour and a raunchy new book for grown-up fans.</w:t>
      </w:r>
      <w:r/>
      <w:r/>
    </w:p>
    <w:p>
      <w:pPr>
        <w:pStyle w:val="Heading2"/>
      </w:pPr>
      <w:r>
        <w:t>Netflix gives Heartstopper fans a proper send-off</w:t>
      </w:r>
      <w:r/>
    </w:p>
    <w:p>
      <w:r/>
      <w:r>
        <w:t>If you’re not ready to say goodbye, you’re not alone , and Netflix seems to agree. Ending On A Hi brings the cast together for a behind-the-scenes special that promises laughs, memories and a little heartbreak, with Kit Connor and Joe Locke front and centre. It’s the kind of warm, glossy extra that turns a finale into a communal event.</w:t>
      </w:r>
      <w:r/>
    </w:p>
    <w:p>
      <w:r/>
      <w:r>
        <w:t>According to UPI, the special hits Netflix on July 24, so mark the calendar if you want the full cast reunion energy. For heavy fans, extras like this become must-watch ritual , they add context, easter eggs and the small, human moments that made the show beloved.</w:t>
      </w:r>
      <w:r/>
    </w:p>
    <w:p>
      <w:r/>
      <w:r>
        <w:t>Practical tip: queue it with friends or after a rewatch of the last episodes to catch callbacks and feel the shared nostalgia.</w:t>
      </w:r>
      <w:r/>
    </w:p>
    <w:p>
      <w:pPr>
        <w:pStyle w:val="Heading2"/>
      </w:pPr>
      <w:r>
        <w:t>Celebrity wedding gossip , why the Lena Dunham story sticks</w:t>
      </w:r>
      <w:r/>
    </w:p>
    <w:p>
      <w:r/>
      <w:r>
        <w:t>Celebrity moments turn into cultural watercooler chat fast, and the reports about a risqué toast at Taylor Swift and Travis Kelce’s wedding have been doing rounds. TMZ’s coverage claims Lena Dunham compared football to gay adult entertainment in a speech that divided listeners , and got people talking online.</w:t>
      </w:r>
      <w:r/>
    </w:p>
    <w:p>
      <w:r/>
      <w:r>
        <w:t>Gossip like this spreads because it’s part scandal, part comedy, and part curiosity about how stars behave off-camera. Whether the room winced or laughed, the story shows how private celebrations can become public cultural moments overnight.</w:t>
      </w:r>
      <w:r/>
    </w:p>
    <w:p>
      <w:r/>
      <w:r>
        <w:t>Practical take: take early reports with a pinch of salt; speeches at high-profile events often get recounted with colour that can exaggerate tone.</w:t>
      </w:r>
      <w:r/>
    </w:p>
    <w:p>
      <w:pPr>
        <w:pStyle w:val="Heading2"/>
      </w:pPr>
      <w:r>
        <w:t>Big screen and stage , queer talent flexes across genres</w:t>
      </w:r>
      <w:r/>
    </w:p>
    <w:p>
      <w:r/>
      <w:r>
        <w:t>There’s a pleasing scattershot of queer creativity this week. Kristen Stewart is set to star in The Wrong Girls, a queer stoner comedy written and directed by her wife Dylan Meyer, with a cast including Alia Shawkat and Kate McKinnon. Elsewhere, Broadway favourites and drag icons continue to tour , Jinkx Monsoon and BenDeLaCreme announced their eighth holiday show and a new adults-only book.</w:t>
      </w:r>
      <w:r/>
    </w:p>
    <w:p>
      <w:r/>
      <w:r>
        <w:t>These projects show queer artists moving between mainstream cinema, indie comedy and live theatre, bringing camp, nuance and new stories to wider audiences. It’s heartening to see established names take playful, risky roles that lean into queer humour and tenderness.</w:t>
      </w:r>
      <w:r/>
    </w:p>
    <w:p>
      <w:r/>
      <w:r>
        <w:t>Practical tip: check release dates early , The Wrong Girls is slated for August 14, so add it to your summer watchlist.</w:t>
      </w:r>
      <w:r/>
    </w:p>
    <w:p>
      <w:pPr>
        <w:pStyle w:val="Heading2"/>
      </w:pPr>
      <w:r>
        <w:t>Remembering queer history with new animated and documentary sparks</w:t>
      </w:r>
      <w:r/>
    </w:p>
    <w:p>
      <w:r/>
      <w:r>
        <w:t>From animated musicals about mid-century drag tours to awards backing trans filmmakers, this week highlights creative efforts to reclaim and celebrate queer history. The Jewel Box Revue’s animated musical pays tribute to the country’s first interracial drag tour, while grants like the Transgender Film Center’s fund help filmmakers follow daring instincts.</w:t>
      </w:r>
      <w:r/>
    </w:p>
    <w:p>
      <w:r/>
      <w:r>
        <w:t>These developments matter because they expand the kinds of queer stories in the mainstream, pairing archival curiosity with modern sensibilities and new formats.</w:t>
      </w:r>
      <w:r/>
    </w:p>
    <w:p>
      <w:r/>
      <w:r>
        <w:t>Practical tip: keep an eye on festival programmes and streaming debuts , projects often start with animatics and short-form premieres before wide release.</w:t>
      </w:r>
      <w:r/>
    </w:p>
    <w:p>
      <w:pPr>
        <w:pStyle w:val="Heading2"/>
      </w:pPr>
      <w:r>
        <w:t>Sport, pride and the broader ripple , Gay Games and pop music that keeps Pride going</w:t>
      </w:r>
      <w:r/>
    </w:p>
    <w:p>
      <w:r/>
      <w:r>
        <w:t>The Gay Games XII wrapped in Valencia, showing that sport and identity keep intersecting in public life despite political pushback and extreme heat. Outsports noted resilience and controversy, but the Games carried on as a visible celebration of queer athleticism.</w:t>
      </w:r>
      <w:r/>
    </w:p>
    <w:p>
      <w:r/>
      <w:r>
        <w:t>On the pop front, rising artists like Madison Rose are keeping the Pride energy alive with anthems that feel celebratory and defiant, making summer playlists a little brighter.</w:t>
      </w:r>
      <w:r/>
    </w:p>
    <w:p>
      <w:r/>
      <w:r>
        <w:t>Practical tip: if you missed the Games, look for athlete stories and highlights online , they’re a great place to find inspiring personal journeys and local community impact.</w:t>
      </w:r>
      <w:r/>
    </w:p>
    <w:p>
      <w:r/>
      <w:r>
        <w:t>It's a small cultural shift each week, and this one serves up reunions, rumours, and creative flourishes that keep queer stories loud, proud and very watchable.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9">
        <w:r>
          <w:rPr>
            <w:color w:val="0000EE"/>
            <w:u w:val="single"/>
          </w:rPr>
          <w:t>[1]</w:t>
        </w:r>
      </w:hyperlink>
      <w:r>
        <w:t xml:space="preserve">- Paragraph 4: </w:t>
      </w:r>
      <w:hyperlink r:id="rId9">
        <w:r>
          <w:rPr>
            <w:color w:val="0000EE"/>
            <w:u w:val="single"/>
          </w:rPr>
          <w:t>[1]</w:t>
        </w:r>
      </w:hyperlink>
      <w:r>
        <w:t xml:space="preserve">, </w:t>
      </w:r>
      <w:hyperlink r:id="rId9">
        <w:r>
          <w:rPr>
            <w:color w:val="0000EE"/>
            <w:u w:val="single"/>
          </w:rPr>
          <w:t>[1]</w:t>
        </w:r>
      </w:hyperlink>
      <w:r>
        <w:t xml:space="preserve">- Paragraph 5: </w:t>
      </w:r>
      <w:hyperlink r:id="rId12">
        <w:r>
          <w:rPr>
            <w:color w:val="0000EE"/>
            <w:u w:val="single"/>
          </w:rPr>
          <w:t>[7]</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https://www.queerty.com/omar-rudbergs-cheeky-vacation-pics-kristen-stewart-in-mode-all-the-best-lgbtq-releases-this-week-20260708/</w:t>
        </w:r>
      </w:hyperlink>
      <w:r>
        <w:t xml:space="preserve"> - Please view link - unable to able to access data</w:t>
      </w:r>
      <w:r/>
    </w:p>
    <w:p>
      <w:pPr>
        <w:pStyle w:val="ListNumber"/>
        <w:spacing w:line="240" w:lineRule="auto"/>
        <w:ind w:left="720"/>
      </w:pPr>
      <w:r/>
      <w:hyperlink r:id="rId10">
        <w:r>
          <w:rPr>
            <w:color w:val="0000EE"/>
            <w:u w:val="single"/>
          </w:rPr>
          <w:t>https://www.upi.com/Entertainment_News/2026/07/08/heartstopper-ending-on-hi-special/4621783531291/</w:t>
        </w:r>
      </w:hyperlink>
      <w:r>
        <w:t xml:space="preserve"> - Netflix has announced a behind-the-scenes special titled 'Heartstopper: Ending on a Hi', set to premiere on July 24, 2026. This special will explore the impact and legacy of the series since its 2022 debut, featuring interviews with the cast, creator Alice Oseman, and fans. It aims to celebrate the show's journey and its cultural significance, providing an intimate look at the making of the series and its influence on audiences worldwide.</w:t>
      </w:r>
      <w:r/>
    </w:p>
    <w:p>
      <w:pPr>
        <w:pStyle w:val="ListNumber"/>
        <w:spacing w:line="240" w:lineRule="auto"/>
        <w:ind w:left="720"/>
      </w:pPr>
      <w:r/>
      <w:hyperlink r:id="rId11">
        <w:r>
          <w:rPr>
            <w:color w:val="0000EE"/>
            <w:u w:val="single"/>
          </w:rPr>
          <w:t>https://www.tmz.com/2026/07/04/taylor-swift-and-travis-kelces-wedding-lena-dunham-allegedly-made-racy-speech/</w:t>
        </w:r>
      </w:hyperlink>
      <w:r>
        <w:t xml:space="preserve"> - At Taylor Swift and Travis Kelce's wedding on July 3, 2026, Lena Dunham reportedly delivered a provocative speech, joking that 'American football is just straight guys reenacting gay porn.' This remark elicited gasps and laughter from the audience, which included NFL players and sports personalities. Swift praised Dunham, calling her a 'genius' in response to the joke.</w:t>
      </w:r>
      <w:r/>
    </w:p>
    <w:p>
      <w:pPr>
        <w:pStyle w:val="ListNumber"/>
        <w:spacing w:line="240" w:lineRule="auto"/>
        <w:ind w:left="720"/>
      </w:pPr>
      <w:r/>
      <w:hyperlink r:id="rId12">
        <w:r>
          <w:rPr>
            <w:color w:val="0000EE"/>
            <w:u w:val="single"/>
          </w:rPr>
          <w:t>https://www.tmz.com/2026/07/06/lena-dunham-appears-to-joke-about-nsfw-wedding-toast/</w:t>
        </w:r>
      </w:hyperlink>
      <w:r>
        <w:t xml:space="preserve"> - Lena Dunham addressed her controversial wedding speech at Taylor Swift and Travis Kelce's wedding by sharing photos from the event on Instagram. In her caption, she humorously offered her services for future events, referencing her earlier toast. The speech, which compared American football to gay pornography, had previously divided guests, with some finding it cringeworthy.</w:t>
      </w:r>
      <w:r/>
    </w:p>
    <w:p>
      <w:pPr>
        <w:pStyle w:val="ListNumber"/>
        <w:spacing w:line="240" w:lineRule="auto"/>
        <w:ind w:left="720"/>
      </w:pPr>
      <w:r/>
      <w:hyperlink r:id="rId10">
        <w:r>
          <w:rPr>
            <w:color w:val="0000EE"/>
            <w:u w:val="single"/>
          </w:rPr>
          <w:t>https://www.upi.com/Entertainment_News/2026/07/08/heartstopper-ending-on-hi-special/4621783531291/</w:t>
        </w:r>
      </w:hyperlink>
      <w:r>
        <w:t xml:space="preserve"> - Netflix has announced a behind-the-scenes special titled 'Heartstopper: Ending on a Hi', set to premiere on July 24, 2026. This special will explore the impact and legacy of the series since its 2022 debut, featuring interviews with the cast, creator Alice Oseman, and fans. It aims to celebrate the show's journey and its cultural significance, providing an intimate look at the making of the series and its influence on audiences worldwide.</w:t>
      </w:r>
      <w:r/>
    </w:p>
    <w:p>
      <w:pPr>
        <w:pStyle w:val="ListNumber"/>
        <w:spacing w:line="240" w:lineRule="auto"/>
        <w:ind w:left="720"/>
      </w:pPr>
      <w:r/>
      <w:hyperlink r:id="rId11">
        <w:r>
          <w:rPr>
            <w:color w:val="0000EE"/>
            <w:u w:val="single"/>
          </w:rPr>
          <w:t>https://www.tmz.com/2026/07/04/taylor-swift-and-travis-kelces-wedding-lena-dunham-allegedly-made-racy-speech/</w:t>
        </w:r>
      </w:hyperlink>
      <w:r>
        <w:t xml:space="preserve"> - At Taylor Swift and Travis Kelce's wedding on July 3, 2026, Lena Dunham reportedly delivered a provocative speech, joking that 'American football is just straight guys reenacting gay porn.' This remark elicited gasps and laughter from the audience, which included NFL players and sports personalities. Swift praised Dunham, calling her a 'genius' in response to the joke.</w:t>
      </w:r>
      <w:r/>
    </w:p>
    <w:p>
      <w:pPr>
        <w:pStyle w:val="ListNumber"/>
        <w:spacing w:line="240" w:lineRule="auto"/>
        <w:ind w:left="720"/>
      </w:pPr>
      <w:r/>
      <w:hyperlink r:id="rId12">
        <w:r>
          <w:rPr>
            <w:color w:val="0000EE"/>
            <w:u w:val="single"/>
          </w:rPr>
          <w:t>https://www.tmz.com/2026/07/06/lena-dunham-appears-to-joke-about-nsfw-wedding-toast/</w:t>
        </w:r>
      </w:hyperlink>
      <w:r>
        <w:t xml:space="preserve"> - Lena Dunham addressed her controversial wedding speech at Taylor Swift and Travis Kelce's wedding by sharing photos from the event on Instagram. In her caption, she humorously offered her services for future events, referencing her earlier toast. The speech, which compared American football to gay pornography, had previously divided guests, with some finding it cringeworthy.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omar-rudbergs-cheeky-vacation-pics-kristen-stewart-in-mode-all-the-best-lgbtq-releases-this-week-20260708/" TargetMode="External"/><Relationship Id="rId10" Type="http://schemas.openxmlformats.org/officeDocument/2006/relationships/hyperlink" Target="https://www.upi.com/Entertainment_News/2026/07/08/heartstopper-ending-on-hi-special/4621783531291/" TargetMode="External"/><Relationship Id="rId11" Type="http://schemas.openxmlformats.org/officeDocument/2006/relationships/hyperlink" Target="https://www.tmz.com/2026/07/04/taylor-swift-and-travis-kelces-wedding-lena-dunham-allegedly-made-racy-speech/" TargetMode="External"/><Relationship Id="rId12" Type="http://schemas.openxmlformats.org/officeDocument/2006/relationships/hyperlink" Target="https://www.tmz.com/2026/07/06/lena-dunham-appears-to-joke-about-nsfw-wedding-toa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