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Joining Hearts Pool Party Tips for an Unforgettable Atlanta Summer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Dive into sunshine, music and meaning , attendees are flocking to Piedmont Park for the Joining Hearts Pool Party, a beloved Atlanta tradition where great beats and bold outfits meet fundraising for HIV/AIDS care and education. Here’s how to arrive ready, have more fun, and make your ticket count.</w:t>
      </w:r>
      <w:r/>
    </w:p>
    <w:p>
      <w:r/>
      <w:r>
        <w:t>Essential Takeaways</w:t>
      </w:r>
      <w:r/>
      <w:r/>
    </w:p>
    <w:p>
      <w:pPr>
        <w:pStyle w:val="ListBullet"/>
        <w:spacing w:line="240" w:lineRule="auto"/>
        <w:ind w:left="720"/>
      </w:pPr>
      <w:r/>
      <w:r>
        <w:rPr>
          <w:b/>
        </w:rPr>
        <w:t>What it supports:</w:t>
      </w:r>
      <w:r>
        <w:t xml:space="preserve"> Joining Hearts raises funds for local organisations that provide HIV/AIDS care, prevention and education.</w:t>
      </w:r>
      <w:r/>
    </w:p>
    <w:p>
      <w:pPr>
        <w:pStyle w:val="ListBullet"/>
        <w:spacing w:line="240" w:lineRule="auto"/>
        <w:ind w:left="720"/>
      </w:pPr>
      <w:r/>
      <w:r>
        <w:rPr>
          <w:b/>
        </w:rPr>
        <w:t>Dress tip:</w:t>
      </w:r>
      <w:r>
        <w:t xml:space="preserve"> Wear what feels authentic , bright prints, mesh or classic swimwear all fit; comfort over runway.</w:t>
      </w:r>
      <w:r/>
    </w:p>
    <w:p>
      <w:pPr>
        <w:pStyle w:val="ListBullet"/>
        <w:spacing w:line="240" w:lineRule="auto"/>
        <w:ind w:left="720"/>
      </w:pPr>
      <w:r/>
      <w:r>
        <w:rPr>
          <w:b/>
        </w:rPr>
        <w:t>Practical prep:</w:t>
      </w:r>
      <w:r>
        <w:t xml:space="preserve"> Pack sunscreen, water, a small towel and a portable charger; light bags move faster through gates.</w:t>
      </w:r>
      <w:r/>
    </w:p>
    <w:p>
      <w:pPr>
        <w:pStyle w:val="ListBullet"/>
        <w:spacing w:line="240" w:lineRule="auto"/>
        <w:ind w:left="720"/>
      </w:pPr>
      <w:r/>
      <w:r>
        <w:rPr>
          <w:b/>
        </w:rPr>
        <w:t>Social vibe:</w:t>
      </w:r>
      <w:r>
        <w:t xml:space="preserve"> The crowd is welcoming and diverse , bring friendly energy and be open to new conversations.</w:t>
      </w:r>
      <w:r/>
    </w:p>
    <w:p>
      <w:pPr>
        <w:pStyle w:val="ListBullet"/>
        <w:spacing w:line="240" w:lineRule="auto"/>
        <w:ind w:left="720"/>
      </w:pPr>
      <w:r/>
      <w:r>
        <w:rPr>
          <w:b/>
        </w:rPr>
        <w:t>Pacing matters:</w:t>
      </w:r>
      <w:r>
        <w:t xml:space="preserve"> Alternate cocktails with water and seek shade to keep energy through the evening fireworks.</w:t>
      </w:r>
      <w:r/>
      <w:r/>
    </w:p>
    <w:p>
      <w:pPr>
        <w:pStyle w:val="Heading2"/>
      </w:pPr>
      <w:r>
        <w:t>Why this pool party feels different , it’s joy with a purpose</w:t>
      </w:r>
      <w:r/>
    </w:p>
    <w:p>
      <w:r/>
      <w:r>
        <w:t>There’s a particular warmth to this event that goes beyond the DJ’s set and the poolside cocktails; you can feel the generosity in the air. According to the Joining Hearts organisation, ticket sales and donations funnel back into services across metro Atlanta, which adds a quiet, important weight to every laugh and splash. That mix of celebration and charity is what has kept it a summer staple, and it’s why locals and visitors turn up not just for the music but for the cause.</w:t>
      </w:r>
      <w:r/>
    </w:p>
    <w:p>
      <w:pPr>
        <w:pStyle w:val="Heading2"/>
      </w:pPr>
      <w:r>
        <w:t>Prep like a pro , small kit, big payoff</w:t>
      </w:r>
      <w:r/>
    </w:p>
    <w:p>
      <w:r/>
      <w:r>
        <w:t>A little forethought makes the day way more enjoyable. Pack sunscreen for reapplication, sunglasses, a light towel and a portable charger so you’re not hunting for outlets mid-sunset. Eat beforehand or plan a sensible snack stop if you’ll be indulging in cocktails; staying hydrated before you arrive makes the afternoon far kinder to your head and skin. Lightweight bags and ready tickets speed you through entry, leaving more time to dance.</w:t>
      </w:r>
      <w:r/>
    </w:p>
    <w:p>
      <w:pPr>
        <w:pStyle w:val="Heading2"/>
      </w:pPr>
      <w:r>
        <w:t>Dress to feel like yourself , confidence beats trendiness</w:t>
      </w:r>
      <w:r/>
    </w:p>
    <w:p>
      <w:r/>
      <w:r>
        <w:t>Joining Hearts is a playground for personal style, from classic swim trunks to bold mesh tops and statement sunglasses. The unspoken dress code is authenticity: pick something that feels comfortable and true to you. That way you’ll spend less time fussing and more time enjoying conversations and the music , and your confidence will be noticed more than any trend-led outfit ever would.</w:t>
      </w:r>
      <w:r/>
    </w:p>
    <w:p>
      <w:pPr>
        <w:pStyle w:val="Heading2"/>
      </w:pPr>
      <w:r>
        <w:t>Put the phone away sometimes , memories over posts</w:t>
      </w:r>
      <w:r/>
    </w:p>
    <w:p>
      <w:r/>
      <w:r>
        <w:t>Capture the sunset and that group selfie, by all means, but don’t let your screen be a barrier. Some of the best moments , spontaneous chats, new friends joining your dance circle, or the crowd singing along to an anthem , are lived rather than recorded. Step back, look around, and let the atmosphere sink in; you’ll remember the feeling long after the photos fade.</w:t>
      </w:r>
      <w:r/>
    </w:p>
    <w:p>
      <w:pPr>
        <w:pStyle w:val="Heading2"/>
      </w:pPr>
      <w:r>
        <w:t>How to meet people without being awkward</w:t>
      </w:r>
      <w:r/>
    </w:p>
    <w:p>
      <w:r/>
      <w:r>
        <w:t>Pool parties are social labs that favour small risks: compliment a stranger’s look, join a dance circle, or invite someone standing alone to share shade. Atlanta’s LGBTQ+ community has been forged through connection, and this event is a friendly place to expand your circle. Not every chat will be a romance, but many will become new friendships that outlast the day.</w:t>
      </w:r>
      <w:r/>
    </w:p>
    <w:p>
      <w:pPr>
        <w:pStyle w:val="Heading2"/>
      </w:pPr>
      <w:r>
        <w:t>Stay safe and pace yourself , it’s a marathon not a sprint</w:t>
      </w:r>
      <w:r/>
    </w:p>
    <w:p>
      <w:r/>
      <w:r>
        <w:t>This is an afternoon-into-evening event, so alternate alcohol with water, take regular shade breaks and check in with your friends. Sun and late-night music can sap energy quickly; a little moderation keeps you present and makes the final fireworks (and any afterparty) far more fun. Remember: being kind and respectful is the most attractive thing you can bring.</w:t>
      </w:r>
      <w:r/>
    </w:p>
    <w:p>
      <w:r/>
      <w:r>
        <w:t>It’s a small change that can make every splash safer and every conversation warmer.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9">
        <w:r>
          <w:rPr>
            <w:color w:val="0000EE"/>
            <w:u w:val="single"/>
          </w:rPr>
          <w:t>[1]</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3">
        <w:r>
          <w:rPr>
            <w:color w:val="0000EE"/>
            <w:u w:val="single"/>
          </w:rPr>
          <w:t>[5]</w:t>
        </w:r>
      </w:hyperlink>
      <w:r>
        <w:t xml:space="preserve">- Paragraph 4: </w:t>
      </w:r>
      <w:hyperlink r:id="rId9">
        <w:r>
          <w:rPr>
            <w:color w:val="0000EE"/>
            <w:u w:val="single"/>
          </w:rPr>
          <w:t>[1]</w:t>
        </w:r>
      </w:hyperlink>
      <w:r>
        <w:t xml:space="preserve">, </w:t>
      </w:r>
      <w:hyperlink r:id="rId14">
        <w:r>
          <w:rPr>
            <w:color w:val="0000EE"/>
            <w:u w:val="single"/>
          </w:rPr>
          <w:t>[4]</w:t>
        </w:r>
      </w:hyperlink>
      <w:r>
        <w:t xml:space="preserve">- Paragraph 5: </w:t>
      </w:r>
      <w:hyperlink r:id="rId9">
        <w:r>
          <w:rPr>
            <w:color w:val="0000EE"/>
            <w:u w:val="single"/>
          </w:rPr>
          <w:t>[1]</w:t>
        </w:r>
      </w:hyperlink>
      <w:r>
        <w:t xml:space="preserve">, </w:t>
      </w:r>
      <w:hyperlink r:id="rId15">
        <w:r>
          <w:rPr>
            <w:color w:val="0000EE"/>
            <w:u w:val="single"/>
          </w:rPr>
          <w:t>[7]</w:t>
        </w:r>
      </w:hyperlink>
      <w:r>
        <w:t xml:space="preserve">- Paragraph 6: </w:t>
      </w:r>
      <w:hyperlink r:id="rId9">
        <w:r>
          <w:rPr>
            <w:color w:val="0000EE"/>
            <w:u w:val="single"/>
          </w:rPr>
          <w:t>[1]</w:t>
        </w:r>
      </w:hyperlink>
      <w:r>
        <w:t xml:space="preserve">, </w:t>
      </w:r>
      <w:hyperlink r:id="rId12">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https://www.davidatlanta.com/your-guide-to-the-ultimate-joining-hearts-pool-party/</w:t>
        </w:r>
      </w:hyperlink>
      <w:r>
        <w:t xml:space="preserve"> - Please view link - unable to able to access data</w:t>
      </w:r>
      <w:r/>
    </w:p>
    <w:p>
      <w:pPr>
        <w:pStyle w:val="ListNumber"/>
        <w:spacing w:line="240" w:lineRule="auto"/>
        <w:ind w:left="720"/>
      </w:pPr>
      <w:r/>
      <w:hyperlink r:id="rId10">
        <w:r>
          <w:rPr>
            <w:color w:val="0000EE"/>
            <w:u w:val="single"/>
          </w:rPr>
          <w:t>https://joininghearts.org/</w:t>
        </w:r>
      </w:hyperlink>
      <w:r>
        <w:t xml:space="preserve"> - Joining Hearts is a 501(c)(3) organisation founded in 1987, dedicated to raising awareness and funds to support prevention, care, and housing assistance for those impacted by HIV/AIDS in Atlanta. Over the years, it has donated over $3 million to local beneficiaries. The organisation hosts various events, including the annual Main Event at Piedmont Park, featuring music, dancing, and a fireworks display, all aimed at supporting local HIV/AIDS organisations. The 2026 Main Event is scheduled for July 25 at the Greystone and Aquatic Center in Piedmont Park.</w:t>
      </w:r>
      <w:r/>
    </w:p>
    <w:p>
      <w:pPr>
        <w:pStyle w:val="ListNumber"/>
        <w:spacing w:line="240" w:lineRule="auto"/>
        <w:ind w:left="720"/>
      </w:pPr>
      <w:r/>
      <w:hyperlink r:id="rId11">
        <w:r>
          <w:rPr>
            <w:color w:val="0000EE"/>
            <w:u w:val="single"/>
          </w:rPr>
          <w:t>https://joininghearts.org/about/</w:t>
        </w:r>
      </w:hyperlink>
      <w:r>
        <w:t xml:space="preserve"> - The 'About' page of Joining Hearts provides detailed information about the organisation's mission, history, and leadership. It outlines the board of directors, including positions such as President, Vice President, and Directors of various departments. The page also highlights the organisation's commitment to supporting those impacted by HIV/AIDS in Atlanta through various initiatives and events. The leadership team is actively involved in planning and executing events, campaigns, and initiatives to make a significant impact in the community.</w:t>
      </w:r>
      <w:r/>
    </w:p>
    <w:p>
      <w:pPr>
        <w:pStyle w:val="ListNumber"/>
        <w:spacing w:line="240" w:lineRule="auto"/>
        <w:ind w:left="720"/>
      </w:pPr>
      <w:r/>
      <w:hyperlink r:id="rId14">
        <w:r>
          <w:rPr>
            <w:color w:val="0000EE"/>
            <w:u w:val="single"/>
          </w:rPr>
          <w:t>https://www.davidatlanta.com/11447/</w:t>
        </w:r>
      </w:hyperlink>
      <w:r>
        <w:t xml:space="preserve"> - This article from David Atlanta magazine highlights the Joining Hearts Pool Party as a major fundraising event for the organisation. It discusses the event's growth over the years, noting that it has become the highlight of Atlanta's summer events. The article emphasises the importance of supporting the cause, especially given the current HIV/AIDS crisis in the metro Atlanta community. It provides details about the event, including ticket options, complimentary cocktails, food, and entertainment, and encourages readers to purchase tickets early due to high demand.</w:t>
      </w:r>
      <w:r/>
    </w:p>
    <w:p>
      <w:pPr>
        <w:pStyle w:val="ListNumber"/>
        <w:spacing w:line="240" w:lineRule="auto"/>
        <w:ind w:left="720"/>
      </w:pPr>
      <w:r/>
      <w:hyperlink r:id="rId13">
        <w:r>
          <w:rPr>
            <w:color w:val="0000EE"/>
            <w:u w:val="single"/>
          </w:rPr>
          <w:t>https://www.davidatlanta.com/how-to-get-30-flirty-at-joining-hearts/</w:t>
        </w:r>
      </w:hyperlink>
      <w:r>
        <w:t xml:space="preserve"> - This article celebrates the 30th anniversary of Joining Hearts, focusing on the organisation's milestone and its ongoing efforts in the fight against HIV/AIDS in Atlanta. It provides details about the special celebration planned for July 15, including the event's time, location, and activities. The article features an interview with Joining Hearts President Jerry Henderson, who shares insights into the organisation's history, achievements, and future vision. It highlights the significance of the event and the community's support in making it a success.</w:t>
      </w:r>
      <w:r/>
    </w:p>
    <w:p>
      <w:pPr>
        <w:pStyle w:val="ListNumber"/>
        <w:spacing w:line="240" w:lineRule="auto"/>
        <w:ind w:left="720"/>
      </w:pPr>
      <w:r/>
      <w:hyperlink r:id="rId12">
        <w:r>
          <w:rPr>
            <w:color w:val="0000EE"/>
            <w:u w:val="single"/>
          </w:rPr>
          <w:t>https://www.davidatlanta.com/waves-of-fun-joining-hearts-pool-party/</w:t>
        </w:r>
      </w:hyperlink>
      <w:r>
        <w:t xml:space="preserve"> - This article discusses the upcoming Joining Hearts Pool Party, focusing on the event's theme 'Under the Sea' and its role as the organisation's primary fundraiser. It features an interview with Jerry Henderson, President of Joining Hearts, who shares insights into the event's planning, the organisation's mission, and the impact of their fundraising efforts. The article highlights the importance of community involvement and the success of previous fundraising initiatives, providing readers with a glimpse into the event's atmosphere and significance.</w:t>
      </w:r>
      <w:r/>
    </w:p>
    <w:p>
      <w:pPr>
        <w:pStyle w:val="ListNumber"/>
        <w:spacing w:line="240" w:lineRule="auto"/>
        <w:ind w:left="720"/>
      </w:pPr>
      <w:r/>
      <w:hyperlink r:id="rId15">
        <w:r>
          <w:rPr>
            <w:color w:val="0000EE"/>
            <w:u w:val="single"/>
          </w:rPr>
          <w:t>https://www.gaytravel4u.com/event/joining-hearts-pool-party-atlanta/</w:t>
        </w:r>
      </w:hyperlink>
      <w:r>
        <w:t xml:space="preserve"> - This page provides detailed information about the Joining Hearts Pool Party in Atlanta, scheduled for July 25, 2026. It describes the event as one of the biggest parties of the Joining Hearts Weekend, a three-day fundraising event. The article outlines the event's features, including guest DJs, a large stage, dancers, and a fireworks show. It also provides information about ticket options, hotel accommodations, and other Joining Hearts Weekend parties. The page serves as a comprehensive guide for attendees, offering insights into the event's highlights and logistics.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davidatlanta.com/your-guide-to-the-ultimate-joining-hearts-pool-party/" TargetMode="External"/><Relationship Id="rId10" Type="http://schemas.openxmlformats.org/officeDocument/2006/relationships/hyperlink" Target="https://joininghearts.org/" TargetMode="External"/><Relationship Id="rId11" Type="http://schemas.openxmlformats.org/officeDocument/2006/relationships/hyperlink" Target="https://joininghearts.org/about/" TargetMode="External"/><Relationship Id="rId12" Type="http://schemas.openxmlformats.org/officeDocument/2006/relationships/hyperlink" Target="https://www.davidatlanta.com/waves-of-fun-joining-hearts-pool-party/" TargetMode="External"/><Relationship Id="rId13" Type="http://schemas.openxmlformats.org/officeDocument/2006/relationships/hyperlink" Target="https://www.davidatlanta.com/how-to-get-30-flirty-at-joining-hearts/" TargetMode="External"/><Relationship Id="rId14" Type="http://schemas.openxmlformats.org/officeDocument/2006/relationships/hyperlink" Target="https://www.davidatlanta.com/11447/" TargetMode="External"/><Relationship Id="rId15" Type="http://schemas.openxmlformats.org/officeDocument/2006/relationships/hyperlink" Target="https://www.gaytravel4u.com/event/joining-hearts-pool-party-atlant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