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Glasgow Pride 2026 Guide: Dates, Route and Who’s Performing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Buzzing into the Merchant City, Glasgow Pride returns this summer , here’s when, where and who’s on stage, plus tips for enjoying the parade, market stalls and food vans without losing your crew.</w:t>
      </w:r>
      <w:r/>
    </w:p>
    <w:p>
      <w:r/>
      <w:r>
        <w:t>Essential Takeaways</w:t>
      </w:r>
      <w:r/>
      <w:r/>
    </w:p>
    <w:p>
      <w:pPr>
        <w:pStyle w:val="ListBullet"/>
        <w:spacing w:line="240" w:lineRule="auto"/>
        <w:ind w:left="720"/>
      </w:pPr>
      <w:r/>
      <w:r>
        <w:rPr>
          <w:b/>
        </w:rPr>
        <w:t>Date and time:</w:t>
      </w:r>
      <w:r>
        <w:t xml:space="preserve"> Glasgow Pride takes place on Saturday 18 July, with attendees lining up from 11am. </w:t>
      </w:r>
      <w:r/>
    </w:p>
    <w:p>
      <w:pPr>
        <w:pStyle w:val="ListBullet"/>
        <w:spacing w:line="240" w:lineRule="auto"/>
        <w:ind w:left="720"/>
      </w:pPr>
      <w:r/>
      <w:r>
        <w:rPr>
          <w:b/>
        </w:rPr>
        <w:t>Route:</w:t>
      </w:r>
      <w:r>
        <w:t xml:space="preserve"> The procession starts at Glasgow Green boathouse, moves through the city centre and finishes back at Glasgow Green before festivities shift to the Merchant City. </w:t>
      </w:r>
      <w:r/>
    </w:p>
    <w:p>
      <w:pPr>
        <w:pStyle w:val="ListBullet"/>
        <w:spacing w:line="240" w:lineRule="auto"/>
        <w:ind w:left="720"/>
      </w:pPr>
      <w:r/>
      <w:r>
        <w:rPr>
          <w:b/>
        </w:rPr>
        <w:t>Main hub:</w:t>
      </w:r>
      <w:r>
        <w:t xml:space="preserve"> Wilson Street, Hutcheson Street and Brunswick Street will host the Merchant City party and main stage at Candleriggs Square. </w:t>
      </w:r>
      <w:r/>
    </w:p>
    <w:p>
      <w:pPr>
        <w:pStyle w:val="ListBullet"/>
        <w:spacing w:line="240" w:lineRule="auto"/>
        <w:ind w:left="720"/>
      </w:pPr>
      <w:r/>
      <w:r>
        <w:rPr>
          <w:b/>
        </w:rPr>
        <w:t>Line-up:</w:t>
      </w:r>
      <w:r>
        <w:t xml:space="preserve"> Acts scheduled include Liberty X, Ultrabeat, Honey G, Eurovision’s Kelly Wilde and Scotland’s Just the Brave. </w:t>
      </w:r>
      <w:r/>
    </w:p>
    <w:p>
      <w:pPr>
        <w:pStyle w:val="ListBullet"/>
        <w:spacing w:line="240" w:lineRule="auto"/>
        <w:ind w:left="720"/>
      </w:pPr>
      <w:r/>
      <w:r>
        <w:rPr>
          <w:b/>
        </w:rPr>
        <w:t>What to expect:</w:t>
      </w:r>
      <w:r>
        <w:t xml:space="preserve"> Live music, community stalls, a big Pride Market and food vans clustered around Candleriggs Square , plan for crowds and noise.</w:t>
      </w:r>
      <w:r/>
      <w:r/>
    </w:p>
    <w:p>
      <w:pPr>
        <w:pStyle w:val="Heading2"/>
      </w:pPr>
      <w:r>
        <w:t>Why this year feels different , Merchant City takes centre stage</w:t>
      </w:r>
      <w:r/>
    </w:p>
    <w:p>
      <w:r/>
      <w:r>
        <w:t>Glasgow Pride is marking a milestone vibe by moving much of the action into the Merchant City, a compact, buzzy quarter that’s full of heritage and independent venues. You’ll notice the change as the main stage and market sit beneath Georgian streets, which makes for a more intimate festival feel despite the expected crowds. Organisers say this honours the city’s LGBTQIA+ venues , think of it as bringing the party to the community’s front door.</w:t>
      </w:r>
      <w:r/>
    </w:p>
    <w:p>
      <w:pPr>
        <w:pStyle w:val="Heading2"/>
      </w:pPr>
      <w:r>
        <w:t>When and how the march plays out</w:t>
      </w:r>
      <w:r/>
    </w:p>
    <w:p>
      <w:r/>
      <w:r>
        <w:t>Expect to line up from around 11am at the Glasgow Green boathouse, then follow a route through the city centre before looping back to the park. Last year’s procession ran for roughly a mile and a half and drew tens of thousands; this year looks likely to be larger. If you want a good vantage point, get there early or stake out a spot along the Merchant City stretch for prime people-watching and stage access.</w:t>
      </w:r>
      <w:r/>
    </w:p>
    <w:p>
      <w:pPr>
        <w:pStyle w:val="Heading2"/>
      </w:pPr>
      <w:r>
        <w:t>The entertainment , familiar faces and pop nostalgia</w:t>
      </w:r>
      <w:r/>
    </w:p>
    <w:p>
      <w:r/>
      <w:r>
        <w:t>The music bill mixes pop nostalgia with local talent. Acts like Liberty X and Ultrabeat promise singalongs and dance-floor moments, while performers such as Honey G and Kelly Wilde add playlist fun and Eurovision glamour. Scotland’s own Just the Brave and other local artists keep the line-up grounded, so expect a balance of big-name draws and community performers. It’s a programme built to please a mixed crowd , bring comfy shoes and an ear for unexpected bangers.</w:t>
      </w:r>
      <w:r/>
    </w:p>
    <w:p>
      <w:pPr>
        <w:pStyle w:val="Heading2"/>
      </w:pPr>
      <w:r>
        <w:t>Food, stalls and the Pride Market , how to make the most of it</w:t>
      </w:r>
      <w:r/>
    </w:p>
    <w:p>
      <w:r/>
      <w:r>
        <w:t>Candleriggs Square houses the food vans and the main market, so that’s your go-to for snacks and shopping. You’ll find everything from hearty street food to sweet treats, plus stalls run by charities, local businesses and community groups. Practical tip: set a meeting point and phone-check times, because mobile signals can get patchy with large crowds. Cash and contactless both work, but having a small amount of cash helps with smaller stalls.</w:t>
      </w:r>
      <w:r/>
    </w:p>
    <w:p>
      <w:pPr>
        <w:pStyle w:val="Heading2"/>
      </w:pPr>
      <w:r>
        <w:t>Accessibility, safety and enjoying the day</w:t>
      </w:r>
      <w:r/>
    </w:p>
    <w:p>
      <w:r/>
      <w:r>
        <w:t>Organisers and local groups usually publish accessibility info ahead of the event; check the official Pride site for details on viewing platforms and quiet areas if you need them. Bring water, sun protection or a lightweight rain layer , Glasgow weather can be flip-floppy. For families or groups with mixed mobility, plan an arrival and exit strategy: the Merchant City layout makes it easier to navigate than wider festival fields, but narrow streets fill quickly.</w:t>
      </w:r>
      <w:r/>
    </w:p>
    <w:p>
      <w:r/>
      <w:r>
        <w:t>It's a small change that can make each moment of Pride feel safer and more celebratory.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11">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https://www.glasgowlive.co.uk/whats-on/arts-culture-news/glasgows-pride-march-takes-place-34259920</w:t>
        </w:r>
      </w:hyperlink>
      <w:r>
        <w:t xml:space="preserve"> - Please view link - unable to able to access data</w:t>
      </w:r>
      <w:r/>
    </w:p>
    <w:p>
      <w:pPr>
        <w:pStyle w:val="ListNumber"/>
        <w:spacing w:line="240" w:lineRule="auto"/>
        <w:ind w:left="720"/>
      </w:pPr>
      <w:r/>
      <w:hyperlink r:id="rId10">
        <w:r>
          <w:rPr>
            <w:color w:val="0000EE"/>
            <w:u w:val="single"/>
          </w:rPr>
          <w:t>https://www.gaydio.co.uk/north-east/events/the-guide/event/glasgow-pride/</w:t>
        </w:r>
      </w:hyperlink>
      <w:r>
        <w:t xml:space="preserve"> - Glasgow Pride 2026 is scheduled for Saturday, 18 July 2026, marking Scotland's largest Pride event. The march traditionally gathers in the city centre, moving through Buchanan Street and around Merchant City before culminating at George Square or Glasgow Green. The organisers are currently finalising the route and timings for 2026. The event is delivered by a volunteer team and centres the city's vibrant Merchant City and Virginia Street LGBTQ+ scene, where venues run their own programming across the weekend. The march itself is free, with festival and afterparty details, including any ticketed elements, still to be announced for 2026. Glasgow's Pride is a registered charity that relies heavily on volunteer effort and donations. For the most up-to-date information, check the Glasgow's Pride website nearer the date for the confirmed march route, festival programme, line-up, and accessibility info.</w:t>
      </w:r>
      <w:r/>
    </w:p>
    <w:p>
      <w:pPr>
        <w:pStyle w:val="ListNumber"/>
        <w:spacing w:line="240" w:lineRule="auto"/>
        <w:ind w:left="720"/>
      </w:pPr>
      <w:r/>
      <w:hyperlink r:id="rId13">
        <w:r>
          <w:rPr>
            <w:color w:val="0000EE"/>
            <w:u w:val="single"/>
          </w:rPr>
          <w:t>https://www.glasgowlife.org.uk/whats-on/merchant-city-festival/candleriggs-square</w:t>
        </w:r>
      </w:hyperlink>
      <w:r>
        <w:t xml:space="preserve"> - Candleriggs Square will be a hub of the Merchant City Festival in 2026, offering food and drinks, a Commonwealth sport viewing area, and free music. Delicious food from around the world will be available for the full 10 days. The square will host various music genres at an outdoor stage, with events like Opening Day Music on Friday 24th July 2026 at 12:00pm, Sound of the Gaels: Fuaim nan Gàidheal on Saturday 25th July 2026 at 12:00pm, and Jazz Day with Rachel Duns 5tet and more on Sunday 26th July 2026 at 12:00pm. The festival runs from 24 July to 2 August 2026.</w:t>
      </w:r>
      <w:r/>
    </w:p>
    <w:p>
      <w:pPr>
        <w:pStyle w:val="ListNumber"/>
        <w:spacing w:line="240" w:lineRule="auto"/>
        <w:ind w:left="720"/>
      </w:pPr>
      <w:r/>
      <w:hyperlink r:id="rId11">
        <w:r>
          <w:rPr>
            <w:color w:val="0000EE"/>
            <w:u w:val="single"/>
          </w:rPr>
          <w:t>https://glasgowspride.org/pride2026</w:t>
        </w:r>
      </w:hyperlink>
      <w:r>
        <w:t xml:space="preserve"> - Glasgow's Pride returns on Saturday, 18 July 2026. Planning is currently underway with key stakeholders, and key details about the March and Festival will be issued to those who register when appropriate and confirmed. The organisers encourage attendees to keep an eye on their social media channels for updates. The event is described as 'People Make Glasgow Proud', highlighting the community-driven nature of the celebration.</w:t>
      </w:r>
      <w:r/>
    </w:p>
    <w:p>
      <w:pPr>
        <w:pStyle w:val="ListNumber"/>
        <w:spacing w:line="240" w:lineRule="auto"/>
        <w:ind w:left="720"/>
      </w:pPr>
      <w:r/>
      <w:hyperlink r:id="rId12">
        <w:r>
          <w:rPr>
            <w:color w:val="0000EE"/>
            <w:u w:val="single"/>
          </w:rPr>
          <w:t>https://www.gaytravel4u.de/event/glasgow-pride/</w:t>
        </w:r>
      </w:hyperlink>
      <w:r>
        <w:t xml:space="preserve"> - Glasgow Pride 2026 is set to take place from Friday, 17 July 2026 to Sunday, 19 July 2026. The event will feature gin tastings, drag events, a large parade, circuit parties, bear meet-ups, and more. Pride Glasgow is one of the most colourful pride celebrations in Scotland, attracting thousands of visitors each year. The main parade is scheduled for Saturday, 18 July 2026, gathering at Glasgow Green at noon and heading to George Square from 1 pm. After the parade, attendees can make their way to the Pride Hub at Strath Union, a free-to-access safe space offering entertainment, education, fun, food, and drink. Various gay bars and clubs on Virginia Street will host special parties and events throughout the week leading up to Glasgow Pride weekend, with most of the bigger parties taking place on the Friday and Saturday nights of the weekend.</w:t>
      </w:r>
      <w:r/>
    </w:p>
    <w:p>
      <w:pPr>
        <w:pStyle w:val="ListNumber"/>
        <w:spacing w:line="240" w:lineRule="auto"/>
        <w:ind w:left="720"/>
      </w:pPr>
      <w:r/>
      <w:hyperlink r:id="rId14">
        <w:r>
          <w:rPr>
            <w:color w:val="0000EE"/>
            <w:u w:val="single"/>
          </w:rPr>
          <w:t>https://www.misterbandb.com/gay-events/united-kingdom/glasgow/gay-pride</w:t>
        </w:r>
      </w:hyperlink>
      <w:r>
        <w:t xml:space="preserve"> - Glasgow's Pride 2026 is scheduled for Saturday, 18 July 2026, starting at Glasgow Green at 12:00 pm and ending at George Square. The event is Scotland's biggest Pride parade, featuring music, activism, and nightlife. Glasgow's LGBTQ+ community is one of the most vibrant in the UK outside London, and the city consistently ranks as one of the most LGBTQ+-friendly in Britain. The event is described as a major celebration of the LGBTQ+ community in Glasgow and across Scotland.</w:t>
      </w:r>
      <w:r/>
    </w:p>
    <w:p>
      <w:pPr>
        <w:pStyle w:val="ListNumber"/>
        <w:spacing w:line="240" w:lineRule="auto"/>
        <w:ind w:left="720"/>
      </w:pPr>
      <w:r/>
      <w:hyperlink r:id="rId15">
        <w:r>
          <w:rPr>
            <w:color w:val="0000EE"/>
            <w:u w:val="single"/>
          </w:rPr>
          <w:t>https://www.gay-prides.com/scotland/glasgow-pride.html</w:t>
        </w:r>
      </w:hyperlink>
      <w:r>
        <w:t xml:space="preserve"> - Glasgow Pride 2026 is scheduled for Saturday, 18 July 2026. The event is described as a vibrant hub of creativity, with a parade winding through the city's bustling streets, featuring vibrant floats, music, and performances that celebrate LGBTQ+ visibility and rights. Thousands march alongside spectators who cheer on the colourful procession, creating an electric atmosphere of unity and joy. The local LGBTQ+ history in Glasgow is marked by resilience and unexpected alliances, with activists forging bonds with labour movements, notably supporting miners in historic struggles, fostering mutual respect and breaking down barriers.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live.co.uk/whats-on/arts-culture-news/glasgows-pride-march-takes-place-34259920" TargetMode="External"/><Relationship Id="rId10" Type="http://schemas.openxmlformats.org/officeDocument/2006/relationships/hyperlink" Target="https://www.gaydio.co.uk/north-east/events/the-guide/event/glasgow-pride/" TargetMode="External"/><Relationship Id="rId11" Type="http://schemas.openxmlformats.org/officeDocument/2006/relationships/hyperlink" Target="https://glasgowspride.org/pride2026" TargetMode="External"/><Relationship Id="rId12" Type="http://schemas.openxmlformats.org/officeDocument/2006/relationships/hyperlink" Target="https://www.gaytravel4u.de/event/glasgow-pride/" TargetMode="External"/><Relationship Id="rId13" Type="http://schemas.openxmlformats.org/officeDocument/2006/relationships/hyperlink" Target="https://www.glasgowlife.org.uk/whats-on/merchant-city-festival/candleriggs-square" TargetMode="External"/><Relationship Id="rId14" Type="http://schemas.openxmlformats.org/officeDocument/2006/relationships/hyperlink" Target="https://www.misterbandb.com/gay-events/united-kingdom/glasgow/gay-pride" TargetMode="External"/><Relationship Id="rId15" Type="http://schemas.openxmlformats.org/officeDocument/2006/relationships/hyperlink" Target="https://www.gay-prides.com/scotland/glasgow-prid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