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Fire Island Pines Invasion Stories and Why They Still Matter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their gaze back to Fire Island’s colourful July Fourth tradition , the Pines Invasion , where drag, protest and party collide. This piece explains who shows up, why the ritual began in 1976, how it’s changed and why it still matters for LGBTQ+ rights and community resilience.</w:t>
      </w:r>
      <w:r/>
    </w:p>
    <w:p>
      <w:r/>
      <w:r>
        <w:t>Essential Takeaways</w:t>
      </w:r>
      <w:r/>
      <w:r/>
    </w:p>
    <w:p>
      <w:pPr>
        <w:pStyle w:val="ListBullet"/>
        <w:spacing w:line="240" w:lineRule="auto"/>
        <w:ind w:left="720"/>
      </w:pPr>
      <w:r/>
      <w:r>
        <w:rPr>
          <w:b/>
        </w:rPr>
        <w:t>Historic origin:</w:t>
      </w:r>
      <w:r>
        <w:t xml:space="preserve"> The Pines Invasion began in 1976 after a trans woman was denied service; it’s been staged annually since as both protest and celebration.</w:t>
      </w:r>
      <w:r/>
    </w:p>
    <w:p>
      <w:pPr>
        <w:pStyle w:val="ListBullet"/>
        <w:spacing w:line="240" w:lineRule="auto"/>
        <w:ind w:left="720"/>
      </w:pPr>
      <w:r/>
      <w:r>
        <w:rPr>
          <w:b/>
        </w:rPr>
        <w:t>Festive atmosphere:</w:t>
      </w:r>
      <w:r>
        <w:t xml:space="preserve"> The weekend mixes loud drag shows, late-night parties, and theatrical pageantry with emotional moments and communal solidarity.</w:t>
      </w:r>
      <w:r/>
    </w:p>
    <w:p>
      <w:pPr>
        <w:pStyle w:val="ListBullet"/>
        <w:spacing w:line="240" w:lineRule="auto"/>
        <w:ind w:left="720"/>
      </w:pPr>
      <w:r/>
      <w:r>
        <w:rPr>
          <w:b/>
        </w:rPr>
        <w:t>Political bite:</w:t>
      </w:r>
      <w:r>
        <w:t xml:space="preserve"> Recent years have layered political urgency onto the tradition, responding to anti-LGBTQ rhetoric and policy from national figures.</w:t>
      </w:r>
      <w:r/>
    </w:p>
    <w:p>
      <w:pPr>
        <w:pStyle w:val="ListBullet"/>
        <w:spacing w:line="240" w:lineRule="auto"/>
        <w:ind w:left="720"/>
      </w:pPr>
      <w:r/>
      <w:r>
        <w:rPr>
          <w:b/>
        </w:rPr>
        <w:t>Local continuity:</w:t>
      </w:r>
      <w:r>
        <w:t xml:space="preserve"> Longtime performers and community institutions keep the ritual alive, offering continuity and a refuge for those rejected elsewhere.</w:t>
      </w:r>
      <w:r/>
    </w:p>
    <w:p>
      <w:pPr>
        <w:pStyle w:val="ListBullet"/>
        <w:spacing w:line="240" w:lineRule="auto"/>
        <w:ind w:left="720"/>
      </w:pPr>
      <w:r/>
      <w:r>
        <w:rPr>
          <w:b/>
        </w:rPr>
        <w:t>Practical note:</w:t>
      </w:r>
      <w:r>
        <w:t xml:space="preserve"> Visitors should expect late-night events, crowded docks and a blend of irreverent humour and serious advocacy.</w:t>
      </w:r>
      <w:r/>
      <w:r/>
    </w:p>
    <w:p>
      <w:pPr>
        <w:pStyle w:val="Heading2"/>
      </w:pPr>
      <w:r>
        <w:t>A spectacular tradition born from sting and defiance</w:t>
      </w:r>
      <w:r/>
    </w:p>
    <w:p>
      <w:r/>
      <w:r>
        <w:t>The Pines Invasion reads like a scene from a movie: a water taxi crossing the harbour, drag queens in full regalia stepping onto a pink carpet and a crowd erupting into cheers. The ritual began in 1976 after a drag performer was refused service, and what started as 17 insurgent performers has turned into an annual pageant of protest and joy. According to local histories, that original act of defiance crystallised into something that is part theatrical spectacle, part civil-rights protest, and part queer homecoming.</w:t>
      </w:r>
      <w:r/>
    </w:p>
    <w:p>
      <w:pPr>
        <w:pStyle w:val="Heading2"/>
      </w:pPr>
      <w:r>
        <w:t>Drag as political theatre , and a mirror to the times</w:t>
      </w:r>
      <w:r/>
    </w:p>
    <w:p>
      <w:r/>
      <w:r>
        <w:t>Drag’s theatricality makes it a natural political language. At Fire Island, camp and costume do more than entertain; they send a message that identity is public, joyful and non-negotiable. In recent years the invasion has felt less like an apolitical party and more like an answer to anti-LGBTQ rhetoric emanating from national politics. Observers say that when public figures target drag or trans people, the invasion’s mix of flamboyance and defiance becomes a rebuke , part celebration, part standing-up-in-your-high-heels moment.</w:t>
      </w:r>
      <w:r/>
    </w:p>
    <w:p>
      <w:pPr>
        <w:pStyle w:val="Heading2"/>
      </w:pPr>
      <w:r>
        <w:t>Longstanding performers anchor a changing scene</w:t>
      </w:r>
      <w:r/>
    </w:p>
    <w:p>
      <w:r/>
      <w:r>
        <w:t>You don’t get seventy years of stage stories without characters. Performers who arrived in the 1950s and 60s still headline events, linking today’s crowds to a history of police harassment, entrapment and humiliation. Their presence gives the weekend emotional weight: it’s not just a party, it’s a living archive of survival. Local theatres and longstanding institutions help maintain that continuity, making the invasion as much about remembering as it is about revelry.</w:t>
      </w:r>
      <w:r/>
    </w:p>
    <w:p>
      <w:pPr>
        <w:pStyle w:val="Heading2"/>
      </w:pPr>
      <w:r>
        <w:t>How the crowd mixes pageant, parody and politics</w:t>
      </w:r>
      <w:r/>
    </w:p>
    <w:p>
      <w:r/>
      <w:r>
        <w:t>From cheerleader outfits and faux “trad wives” to statuesque embodiments of liberty, the gulf between parody and patriotism is playfully collapsed on the Pines docks. Spectators clutch signs that read “We will not be erased” and sing altered patriotic songs, turning national anthems into queer declarations. That blend of humour and urgency works: it makes the politics digestible, memorable and harder to ignore for anyone standing on the dock watching the spectacle.</w:t>
      </w:r>
      <w:r/>
    </w:p>
    <w:p>
      <w:pPr>
        <w:pStyle w:val="Heading2"/>
      </w:pPr>
      <w:r>
        <w:t>Why Fire Island still matters as a refuge</w:t>
      </w:r>
      <w:r/>
    </w:p>
    <w:p>
      <w:r/>
      <w:r>
        <w:t>Beyond its splashy entrance and after-midnight parties, the enclave functions as oxygen for people cast out by family or homeland. For many newcomers and residents, Cherry Grove and the Pines are not just a tradition but survival , a safe place to meet others, to perform, to love, and to heal. As rights ebb and flow nationally, those local havens feel both more necessary and more fragile, which is why the invasion is equal parts festival and act of preservation.</w:t>
      </w:r>
      <w:r/>
    </w:p>
    <w:p>
      <w:pPr>
        <w:pStyle w:val="Heading2"/>
      </w:pPr>
      <w:r>
        <w:t>Visiting tips: what to expect and how to be respectful</w:t>
      </w:r>
      <w:r/>
    </w:p>
    <w:p>
      <w:r/>
      <w:r>
        <w:t>If you plan to witness the invasion, pack earplugs for the loud early-morning shows, expect crowded docks and swift-moving crowds, and bring an open attitude. Remember this is a protest wrapped in pageantry: take photos respectfully and be mindful of performers’ space. If you’re visiting as an ally, donating time or money to local community groups keeps the enclave viable for those who need it most.</w:t>
      </w:r>
      <w:r/>
    </w:p>
    <w:p>
      <w:r/>
      <w:r>
        <w:t>It’s loud, it’s glittery and it still says something important about who gets to belong.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3">
        <w:r>
          <w:rPr>
            <w:color w:val="0000EE"/>
            <w:u w:val="single"/>
          </w:rPr>
          <w:t>[3]</w:t>
        </w:r>
      </w:hyperlink>
      <w:r>
        <w:t xml:space="preserve">- Paragraph 5: </w:t>
      </w:r>
      <w:hyperlink r:id="rId9">
        <w:r>
          <w:rPr>
            <w:color w:val="0000EE"/>
            <w:u w:val="single"/>
          </w:rPr>
          <w:t>[1]</w:t>
        </w:r>
      </w:hyperlink>
      <w:r>
        <w:t xml:space="preserve">, </w:t>
      </w:r>
      <w:hyperlink r:id="rId10">
        <w:r>
          <w:rPr>
            <w:color w:val="0000EE"/>
            <w:u w:val="single"/>
          </w:rPr>
          <w:t>[2]</w:t>
        </w:r>
      </w:hyperlink>
      <w:r>
        <w:t xml:space="preserve">- Paragraph 6: </w:t>
      </w:r>
      <w:hyperlink r:id="rId11">
        <w:r>
          <w:rPr>
            <w:color w:val="0000EE"/>
            <w:u w:val="single"/>
          </w:rPr>
          <w:t>[4]</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https://www.unz.com/article/independence-day-drag/</w:t>
        </w:r>
      </w:hyperlink>
      <w:r>
        <w:t xml:space="preserve"> - Please view link - unable to able to access data</w:t>
      </w:r>
      <w:r/>
    </w:p>
    <w:p>
      <w:pPr>
        <w:pStyle w:val="ListNumber"/>
        <w:spacing w:line="240" w:lineRule="auto"/>
        <w:ind w:left="720"/>
      </w:pPr>
      <w:r/>
      <w:hyperlink r:id="rId10">
        <w:r>
          <w:rPr>
            <w:color w:val="0000EE"/>
            <w:u w:val="single"/>
          </w:rPr>
          <w:t>https://www.fireislandnews.com/history/50-years-of-invading-fire-island-pines/</w:t>
        </w:r>
      </w:hyperlink>
      <w:r>
        <w:t xml:space="preserve"> - This article provides a detailed history of the annual 'Invasion of the Pines' event on Fire Island, which began in 1976 when a group of drag queens from Cherry Grove, led by Thom Hansen (also known as Panzi), sailed to the Pines in response to a restaurant denying entry to a visitor in drag. The event has since become a cherished tradition, drawing hundreds of drag performers and thousands of spectators each year on Independence Day. The piece also highlights the personal journey of Thom Hansen, who discovered Cherry Grove in the early 1970s and became a prominent figure in the community, eventually serving as the first Homecoming Queen of Cherry Grove. The article underscores the significance of the Invasion as both a political statement and a celebration of LGBTQ+ culture and resilience.</w:t>
      </w:r>
      <w:r/>
    </w:p>
    <w:p>
      <w:pPr>
        <w:pStyle w:val="ListNumber"/>
        <w:spacing w:line="240" w:lineRule="auto"/>
        <w:ind w:left="720"/>
      </w:pPr>
      <w:r/>
      <w:hyperlink r:id="rId13">
        <w:r>
          <w:rPr>
            <w:color w:val="0000EE"/>
            <w:u w:val="single"/>
          </w:rPr>
          <w:t>https://www.history.com/articles/fire-island-photos-lgbtq</w:t>
        </w:r>
      </w:hyperlink>
      <w:r>
        <w:t xml:space="preserve"> - This article explores the history of Fire Island as a significant LGBTQ+ destination, focusing on the 'Invasion of the Pines' event that began in 1976. The event was sparked when a restaurant in Fire Island Pines denied entry to a visitor in drag named Terry Warren. In response, a group from Cherry Grove, including Thom Hansen (known as Panzi), dressed in drag and sailed to the Pines on July 4, 1976. The article details how this act of defiance led to the annual tradition, now known as the Invasion of the Pines, which attracts hundreds of drag queens and thousands of spectators each year. It also touches upon the broader cultural and social dynamics of the LGBTQ+ community on Fire Island.</w:t>
      </w:r>
      <w:r/>
    </w:p>
    <w:p>
      <w:pPr>
        <w:pStyle w:val="ListNumber"/>
        <w:spacing w:line="240" w:lineRule="auto"/>
        <w:ind w:left="720"/>
      </w:pPr>
      <w:r/>
      <w:hyperlink r:id="rId11">
        <w:r>
          <w:rPr>
            <w:color w:val="0000EE"/>
            <w:u w:val="single"/>
          </w:rPr>
          <w:t>https://www.fireislandnews.com/arts-culture/arts-theatre/50th-anniversary-of-the-fire-island-pines-invasion/</w:t>
        </w:r>
      </w:hyperlink>
      <w:r>
        <w:t xml:space="preserve"> - This article commemorates the 50th anniversary of the Fire Island Pines Invasion, a significant LGBTQ+ event that began in 1976. The piece highlights the 2025 celebration, which featured themes reminiscent of the Regency era, referencing the original 1976 invasion. Notable figures from the original event, such as Thom Hansen (Panzi) and Rose Levine, participated in the anniversary celebration. The article emphasizes the enduring legacy of the Invasion as a symbol of resistance and pride within the LGBTQ+ community, showcasing the event's evolution and its continued relevance in advocating for rights and recognition.</w:t>
      </w:r>
      <w:r/>
    </w:p>
    <w:p>
      <w:pPr>
        <w:pStyle w:val="ListNumber"/>
        <w:spacing w:line="240" w:lineRule="auto"/>
        <w:ind w:left="720"/>
      </w:pPr>
      <w:r/>
      <w:hyperlink r:id="rId12">
        <w:r>
          <w:rPr>
            <w:color w:val="0000EE"/>
            <w:u w:val="single"/>
          </w:rPr>
          <w:t>https://www.thedailybeast.com/president-donald-trump-plunges-kennedy-center-fundraising-into-chaos/</w:t>
        </w:r>
      </w:hyperlink>
      <w:r>
        <w:t xml:space="preserve"> - This article discusses the turmoil at the Kennedy Center following President Donald Trump's involvement in its operations. It details how Trump's controversial refurbishments, including a White House ballroom and a Kennedy Center overhaul, have led to significant challenges in fundraising and programming. The piece highlights the center's financial struggles, with ticket sales plummeting by 70% compared to previous years, and the impact of Trump's leadership on the institution's future. The article provides insights into the broader implications of political influence on cultural institutions and their operations.</w:t>
      </w:r>
      <w:r/>
    </w:p>
    <w:p>
      <w:pPr>
        <w:pStyle w:val="ListNumber"/>
        <w:spacing w:line="240" w:lineRule="auto"/>
        <w:ind w:left="720"/>
      </w:pPr>
      <w:r/>
      <w:hyperlink r:id="rId12">
        <w:r>
          <w:rPr>
            <w:color w:val="0000EE"/>
            <w:u w:val="single"/>
          </w:rPr>
          <w:t>https://www.thedailybeast.com/president-donald-trump-plunges-kennedy-center-fundraising-into-chaos/</w:t>
        </w:r>
      </w:hyperlink>
      <w:r>
        <w:t xml:space="preserve"> - This article discusses the turmoil at the Kennedy Center following President Donald Trump's involvement in its operations. It details how Trump's controversial refurbishments, including a White House ballroom and a Kennedy Center overhaul, have led to significant challenges in fundraising and programming. The piece highlights the center's financial struggles, with ticket sales plummeting by 70% compared to previous years, and the impact of Trump's leadership on the institution's future. The article provides insights into the broader implications of political influence on cultural institutions and their operations.</w:t>
      </w:r>
      <w:r/>
    </w:p>
    <w:p>
      <w:pPr>
        <w:pStyle w:val="ListNumber"/>
        <w:spacing w:line="240" w:lineRule="auto"/>
        <w:ind w:left="720"/>
      </w:pPr>
      <w:r/>
      <w:hyperlink r:id="rId14">
        <w:r>
          <w:rPr>
            <w:color w:val="0000EE"/>
            <w:u w:val="single"/>
          </w:rPr>
          <w:t>https://www.youtube.com/watch?v=SIRXhPSk7sI</w:t>
        </w:r>
      </w:hyperlink>
      <w:r>
        <w:t xml:space="preserve"> - This video captures the 2021 Fire Island Invasion, an annual event where drag queens from Cherry Grove and the Pines gather to celebrate LGBTQ+ culture and history. The footage showcases the vibrant performances, costumes, and the enthusiastic participation of both performers and spectators. The Invasion serves as a form of protest and celebration, highlighting the community's resilience and unity. The video provides a visual representation of the event's significance and its role in advocating for LGBTQ+ rights and recognition.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unz.com/article/independence-day-drag/" TargetMode="External"/><Relationship Id="rId10" Type="http://schemas.openxmlformats.org/officeDocument/2006/relationships/hyperlink" Target="https://www.fireislandnews.com/history/50-years-of-invading-fire-island-pines/" TargetMode="External"/><Relationship Id="rId11" Type="http://schemas.openxmlformats.org/officeDocument/2006/relationships/hyperlink" Target="https://www.fireislandnews.com/arts-culture/arts-theatre/50th-anniversary-of-the-fire-island-pines-invasion/" TargetMode="External"/><Relationship Id="rId12" Type="http://schemas.openxmlformats.org/officeDocument/2006/relationships/hyperlink" Target="https://www.thedailybeast.com/president-donald-trump-plunges-kennedy-center-fundraising-into-chaos/" TargetMode="External"/><Relationship Id="rId13" Type="http://schemas.openxmlformats.org/officeDocument/2006/relationships/hyperlink" Target="https://www.history.com/articles/fire-island-photos-lgbtq" TargetMode="External"/><Relationship Id="rId14" Type="http://schemas.openxmlformats.org/officeDocument/2006/relationships/hyperlink" Target="https://www.youtube.com/watch?v=SIRXhPSk7s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