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Family Days Out: Enchanted Kingdom’s Pride and Father’s Day Highlights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families flocked to Enchanted Kingdom this June as the park blended Pride Month sparkle with Father’s Day warmth, creating a lively, inclusive programme that celebrated talent, togetherness and unforgettable weekend treats for dads across the Philippines.</w:t>
      </w:r>
      <w:r/>
    </w:p>
    <w:p>
      <w:r/>
      <w:r>
        <w:t>Essential Takeaways</w:t>
      </w:r>
      <w:r/>
      <w:r/>
    </w:p>
    <w:p>
      <w:pPr>
        <w:pStyle w:val="ListBullet"/>
        <w:spacing w:line="240" w:lineRule="auto"/>
        <w:ind w:left="720"/>
      </w:pPr>
      <w:r/>
      <w:r>
        <w:rPr>
          <w:b/>
        </w:rPr>
        <w:t>Inclusive line-up:</w:t>
      </w:r>
      <w:r>
        <w:t xml:space="preserve"> The Magic of EKquality showcases Filipino LGBTQIA+ performers with polished, world-class acts and a lively Bandstand atmosphere. </w:t>
      </w:r>
      <w:r/>
    </w:p>
    <w:p>
      <w:pPr>
        <w:pStyle w:val="ListBullet"/>
        <w:spacing w:line="240" w:lineRule="auto"/>
        <w:ind w:left="720"/>
      </w:pPr>
      <w:r/>
      <w:r>
        <w:rPr>
          <w:b/>
        </w:rPr>
        <w:t>Dad-focused experiences:</w:t>
      </w:r>
      <w:r>
        <w:t xml:space="preserve"> Father’s Day specials mixed pampering (body care, relaxation) with live serenades and high-energy shows. </w:t>
      </w:r>
      <w:r/>
    </w:p>
    <w:p>
      <w:pPr>
        <w:pStyle w:val="ListBullet"/>
        <w:spacing w:line="240" w:lineRule="auto"/>
        <w:ind w:left="720"/>
      </w:pPr>
      <w:r/>
      <w:r>
        <w:rPr>
          <w:b/>
        </w:rPr>
        <w:t>Hands-on fun:</w:t>
      </w:r>
      <w:r>
        <w:t xml:space="preserve"> Park attractions like Fun Kart and High Striker ran themed competitions and displays that felt playful and tactile. </w:t>
      </w:r>
      <w:r/>
    </w:p>
    <w:p>
      <w:pPr>
        <w:pStyle w:val="ListBullet"/>
        <w:spacing w:line="240" w:lineRule="auto"/>
        <w:ind w:left="720"/>
      </w:pPr>
      <w:r/>
      <w:r>
        <w:rPr>
          <w:b/>
        </w:rPr>
        <w:t>Extended hours and promos:</w:t>
      </w:r>
      <w:r>
        <w:t xml:space="preserve"> EK returns to longer weekend hours through August and offers a Sip the Magic! Coca‑Cola bundle with a free drink until 9 August. </w:t>
      </w:r>
      <w:r/>
    </w:p>
    <w:p>
      <w:pPr>
        <w:pStyle w:val="ListBullet"/>
        <w:spacing w:line="240" w:lineRule="auto"/>
        <w:ind w:left="720"/>
      </w:pPr>
      <w:r/>
      <w:r>
        <w:rPr>
          <w:b/>
        </w:rPr>
        <w:t>Community vibe:</w:t>
      </w:r>
      <w:r>
        <w:t xml:space="preserve"> Events emphasised family bonding and local talent, leaving a warm, communal aftertaste.</w:t>
      </w:r>
      <w:r/>
      <w:r/>
    </w:p>
    <w:p>
      <w:pPr>
        <w:pStyle w:val="Heading2"/>
      </w:pPr>
      <w:r>
        <w:t>Celebrating Pride with polished performances and personality</w:t>
      </w:r>
      <w:r/>
    </w:p>
    <w:p>
      <w:r/>
      <w:r>
        <w:t>Enchanted Kingdom kicked off June with Magic of EKquality, a showcase that felt equal parts concert and community festival, alive with colour and confident voices. According to the park’s event notes, the Bandstand hosted multiple dates where Filipino LGBTQIA+ artists delivered tight sets , think indie‑pop, fierce drag‑scene energy and trans voices taking centre stage. Fans described the shows as world‑class in scale yet intimate in feeling, with performers like the talent‑competition winner and regional finalists drawing cheers. If you’re planning a visit next Pride, check the Bandstand schedule and arrive early for a good view; the sound and energy are part of the draw.</w:t>
      </w:r>
      <w:r/>
    </w:p>
    <w:p>
      <w:pPr>
        <w:pStyle w:val="Heading2"/>
      </w:pPr>
      <w:r>
        <w:t>Father’s Day, but make it pampering and playful</w:t>
      </w:r>
      <w:r/>
    </w:p>
    <w:p>
      <w:r/>
      <w:r>
        <w:t>Rather than a one‑day shoutout, EK stretched Father’s Day across two weekends, mixing mellow pampering with park thrills. Fathers were treated to body care and relaxation sessions at Eldar’s Theater while live performers from Viva Records and the all‑male Kingsmen provided soundtrack moments. It’s a neat reminder that dads enjoy time to chill as much as they enjoy being active , so pair a relaxation slot with a spin on Fun Kart for balance. For multisensory planning, bring a camera: the candid dad‑and-kid photos around the Bandstand are the sort families keep.</w:t>
      </w:r>
      <w:r/>
    </w:p>
    <w:p>
      <w:pPr>
        <w:pStyle w:val="Heading2"/>
      </w:pPr>
      <w:r>
        <w:t>Attractions turned into events: competitions, test drives and more</w:t>
      </w:r>
      <w:r/>
    </w:p>
    <w:p>
      <w:r/>
      <w:r>
        <w:t>The park turned familiar rides into themed experiences, from the Rev Up Speed Showdown at Fun Kart to High Striker’s Dad’s Ultimate Strike and a car display with test drives. These activations gave grownups and kids alike reasons to queue with a grin rather than a groan. Practical tip: book time slots early for competitive shows or test drives, as weekend crowds swell; the park’s extended hours through summer help, but popular slots still fill fast.</w:t>
      </w:r>
      <w:r/>
    </w:p>
    <w:p>
      <w:pPr>
        <w:pStyle w:val="Heading2"/>
      </w:pPr>
      <w:r>
        <w:t>Long‑running campaigns and smart promos that boost visits</w:t>
      </w:r>
      <w:r/>
    </w:p>
    <w:p>
      <w:r/>
      <w:r>
        <w:t>Enchanted Kingdom’s Forever Enchanted Summer campaign wrapped this quarter on a festive note, and the park is keeping momentum with extended weekend hours until the end of August. There’s also a Sip the Magic! promo with Coca‑Cola bundling a regular day pass and a signature drink for Php 1,400 until 9 August , useful if you want to try the newest Coca‑Cola flavours while saving a little. For best value, compare online store timings versus walk‑in purchase and lock in dates if you’re visiting with a group.</w:t>
      </w:r>
      <w:r/>
    </w:p>
    <w:p>
      <w:pPr>
        <w:pStyle w:val="Heading2"/>
      </w:pPr>
      <w:r>
        <w:t>Why these seasonal events matter for local families and communities</w:t>
      </w:r>
      <w:r/>
    </w:p>
    <w:p>
      <w:r/>
      <w:r>
        <w:t>These back‑to‑back festivities show a park that’s pivoting from pure rides to community programming that celebrates diversity and family bonds. According to coverage, the Magic of EKquality highlights inclusivity through talent, while Father’s Day programming leans into shared moments that feel genuine rather than gimmicky. It’s the kind of programming that nudges theme‑park days into mini‑holidays: memories, funny photos and a chance to spot local artists before they blow up.</w:t>
      </w:r>
      <w:r/>
    </w:p>
    <w:p>
      <w:r/>
      <w:r>
        <w:t>It’s a small change that can make every visit feel more personal , pick the events that suit your family and enjoy the park’s mix of sparkle and heartbeat.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1">
        <w:r>
          <w:rPr>
            <w:color w:val="0000EE"/>
            <w:u w:val="single"/>
          </w:rPr>
          <w:t>[6]</w:t>
        </w:r>
      </w:hyperlink>
      <w:r>
        <w:t xml:space="preserve">- Paragraph 3: </w:t>
      </w:r>
      <w:hyperlink r:id="rId12">
        <w:r>
          <w:rPr>
            <w:color w:val="0000EE"/>
            <w:u w:val="single"/>
          </w:rPr>
          <w:t>[5]</w:t>
        </w:r>
      </w:hyperlink>
      <w:r>
        <w:t xml:space="preserve">, </w:t>
      </w:r>
      <w:hyperlink r:id="rId13">
        <w:r>
          <w:rPr>
            <w:color w:val="0000EE"/>
            <w:u w:val="single"/>
          </w:rPr>
          <w:t>[7]</w:t>
        </w:r>
      </w:hyperlink>
      <w:r>
        <w:t xml:space="preserve">- Paragraph 4: </w:t>
      </w:r>
      <w:hyperlink r:id="rId10">
        <w:r>
          <w:rPr>
            <w:color w:val="0000EE"/>
            <w:u w:val="single"/>
          </w:rPr>
          <w:t>[2]</w:t>
        </w:r>
      </w:hyperlink>
      <w:r>
        <w:t xml:space="preserve">, </w:t>
      </w:r>
      <w:hyperlink r:id="rId12">
        <w:r>
          <w:rPr>
            <w:color w:val="0000EE"/>
            <w:u w:val="single"/>
          </w:rPr>
          <w:t>[5]</w:t>
        </w:r>
      </w:hyperlink>
      <w:r>
        <w:t xml:space="preserve">- Paragraph 5: </w:t>
      </w:r>
      <w:hyperlink r:id="rId14">
        <w:r>
          <w:rPr>
            <w:color w:val="0000EE"/>
            <w:u w:val="single"/>
          </w:rPr>
          <w:t>[3]</w:t>
        </w:r>
      </w:hyperlink>
      <w:r>
        <w:t xml:space="preserve">, </w:t>
      </w:r>
      <w:hyperlink r:id="rId15">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https://wheresrr.com/2026/07/08/arts-entertainment/enchanted-kingdom-marks-enchanting-june-with-its-pride-month-and-fathers-day-celebration/</w:t>
        </w:r>
      </w:hyperlink>
      <w:r>
        <w:t xml:space="preserve"> - Please view link - unable to able to access data</w:t>
      </w:r>
      <w:r/>
    </w:p>
    <w:p>
      <w:pPr>
        <w:pStyle w:val="ListNumber"/>
        <w:spacing w:line="240" w:lineRule="auto"/>
        <w:ind w:left="720"/>
      </w:pPr>
      <w:r/>
      <w:hyperlink r:id="rId10">
        <w:r>
          <w:rPr>
            <w:color w:val="0000EE"/>
            <w:u w:val="single"/>
          </w:rPr>
          <w:t>https://www.enchantedkingdom.ph/magic-of-ekquality-2024-celebration/</w:t>
        </w:r>
      </w:hyperlink>
      <w:r>
        <w:t xml:space="preserve"> - Enchanted Kingdom, the first and only world-class theme park in the Philippines, celebrated Pride Month with the 'Magic of EKquality' event. The highlight was a talent competition featuring diverse performances from various LGBTQIA+ solo and group performers. Ten contenders from different parts of the country showcased their extraordinary talents on June 30 at EK’s Spaceport Grounds. The grand winner, 23-year-old singer Alquin Gutierrez from Dasmariñas, Cavite, captivated the judges and the crowd with his powerful voice. Gutierrez received Php 15,000, regular day passes, and a chance to perform in one of EK’s upcoming events. Dance group Jazz Exchange and singer Wilson Buerano also took home cash prizes and tickets along with the runner-up titles.</w:t>
      </w:r>
      <w:r/>
    </w:p>
    <w:p>
      <w:pPr>
        <w:pStyle w:val="ListNumber"/>
        <w:spacing w:line="240" w:lineRule="auto"/>
        <w:ind w:left="720"/>
      </w:pPr>
      <w:r/>
      <w:hyperlink r:id="rId14">
        <w:r>
          <w:rPr>
            <w:color w:val="0000EE"/>
            <w:u w:val="single"/>
          </w:rPr>
          <w:t>https://www.enchantedkingdom.ph/magical-mothersday-at-ek/</w:t>
        </w:r>
      </w:hyperlink>
      <w:r>
        <w:t xml:space="preserve"> - Enchanted Kingdom (EK), the first and only world-class theme park in the Philippines, created magical memories during its Enchanting Mother’s Day celebration on May 12. With the launch of its Ilaw ng Tahanan Promo, guests enjoyed unlimited access to almost 30 rides and attractions inside the park, including the first and only flying theater in the Philippines, AGILA the EKsperience. Mother’s Day at EK was full of special offers, treats, and activities highlighting the magic of a mother’s love with their kids and family—all for only Php 1,200. This exclusive EK online store promo also included one (1) Firefly e-gift card worth PhP 200 and a chance to win a Smart Wifi Portable Air Conditioner. Moms were also serenaded by mother-daughter tandem Pinky and Karel Marquez with An Enchanting Mother’s Day Concert, joined by the Women of Song and Music Making Company as they paid tribute to all the mothers with a night of music, dance, and entertainment.</w:t>
      </w:r>
      <w:r/>
    </w:p>
    <w:p>
      <w:pPr>
        <w:pStyle w:val="ListNumber"/>
        <w:spacing w:line="240" w:lineRule="auto"/>
        <w:ind w:left="720"/>
      </w:pPr>
      <w:r/>
      <w:hyperlink r:id="rId15">
        <w:r>
          <w:rPr>
            <w:color w:val="0000EE"/>
            <w:u w:val="single"/>
          </w:rPr>
          <w:t>https://www.enchantedkingdom.ph/eks-grandparents-day-celebration/</w:t>
        </w:r>
      </w:hyperlink>
      <w:r>
        <w:t xml:space="preserve"> - Enchanted Kingdom, the first and only world-class theme park in the Philippines, honoured all elderly kings and queens with A Night of Music and Dance—Grandparents’ Day Celebration on September 8. Classical singer Anya Evangelista got the crowd dancing on the dancefloor with her soulful and groovy renditions of nostalgic hits. Some guests even joined in the fun singing along to Evangelista’s medley number. Renowned band leader Marcy David accompanied Evangelista to provide heartfelt piano arrangements for her performances. EK’s premier vocal groups Victoria’s Way and the Kingsmen also serenaded the audience with a set of heartwarming musical performances to remember. This enchanting tribute was made even more magical with the following sponsors: Australia’s Own, C2 Cool and Clean, Dove, McCormick, Surf, and White Flower.</w:t>
      </w:r>
      <w:r/>
    </w:p>
    <w:p>
      <w:pPr>
        <w:pStyle w:val="ListNumber"/>
        <w:spacing w:line="240" w:lineRule="auto"/>
        <w:ind w:left="720"/>
      </w:pPr>
      <w:r/>
      <w:hyperlink r:id="rId12">
        <w:r>
          <w:rPr>
            <w:color w:val="0000EE"/>
            <w:u w:val="single"/>
          </w:rPr>
          <w:t>https://tribune.net.ph/2026/07/08/enchanted-kingdom-wraps-up-pride-month-fathers-day-celebrations</w:t>
        </w:r>
      </w:hyperlink>
      <w:r>
        <w:t xml:space="preserve"> - Enchanted Kingdom (EK) capped its June celebrations with a series of Pride Month and Father's Day activities highlighting inclusivity, family bonding, and entertainment. The events marked the conclusion of the theme park's 'Forever Enchanted Summer' campaign, which featured seasonal attractions and special experiences for guests throughout the month. The festivities began with Magic of EKquality: A Celebration of Pride Talents, held on 7, 13, and 14 June at the Bandstand. The program featured performances from members of the LGBTQIA+ community, including Magic of EKquality Talent Competition 2024 grand winner Alquin Gutierrez, World Supremacy Battlegrounds International 2023 finalist Vivacious, indie-pop singer-songwriter Rhodessa, and Asia's Trans Dual Diva Sephy Francisco.</w:t>
      </w:r>
      <w:r/>
    </w:p>
    <w:p>
      <w:pPr>
        <w:pStyle w:val="ListNumber"/>
        <w:spacing w:line="240" w:lineRule="auto"/>
        <w:ind w:left="720"/>
      </w:pPr>
      <w:r/>
      <w:hyperlink r:id="rId11">
        <w:r>
          <w:rPr>
            <w:color w:val="0000EE"/>
            <w:u w:val="single"/>
          </w:rPr>
          <w:t>https://philippinesgraphic.com.ph/2024/07/05/enchanted-kingdom-celebrates-love-inclusivity-and-diversity-with-the-magic-of-ekquality/</w:t>
        </w:r>
      </w:hyperlink>
      <w:r>
        <w:t xml:space="preserve"> - Enchanted Kingdom, the first and only world-class theme park in the Philippines, has capped off the month of June with a colourful Pride Month celebration, the Magic of EKquality—with even more magical offers and surprises in store for all. The highlight of this year’s Magic of EKquality was a talent competition which featured diverse performances from various LGBTQIA+ solo and group performers. Ten contenders from different parts of the country took the stage to showcase their most extraordinary talents on June 30, Sunday at EK’s Spaceport Grounds. The grand winner, 23-year-old singer Alquin Gutierrez from Dasmariñas, Cavite, captivated the judges and the crowd with his powerful voice. Gutierrez bagged Php 15,000, regular day passes and a chance to perform in one of EK’s upcoming events. Dance group Jazz Exchange and singer Wilson Buerano also took home cash prizes and tickets along with the runner-up titles.</w:t>
      </w:r>
      <w:r/>
    </w:p>
    <w:p>
      <w:pPr>
        <w:pStyle w:val="ListNumber"/>
        <w:spacing w:line="240" w:lineRule="auto"/>
        <w:ind w:left="720"/>
      </w:pPr>
      <w:r/>
      <w:hyperlink r:id="rId13">
        <w:r>
          <w:rPr>
            <w:color w:val="0000EE"/>
            <w:u w:val="single"/>
          </w:rPr>
          <w:t>https://www.enchantedkingdom.ph/2024-eldars-birthday-bash-at-enchantedkingdom/</w:t>
        </w:r>
      </w:hyperlink>
      <w:r>
        <w:t xml:space="preserve"> - Enchanted Kingdom, the first and only world-class theme park in the Philippines, celebrated the special day of its most beloved character, Eldar the Wizard, through a magical celebration on July 27. The Eldar’s Birthday Bash was held at the Eldar’s Theater on Saturday and brought FUNtastic treats, performances and surprises to all attendees. Kids and kids at heart discovered EK’s five core values—love of God, respect, loyalty, integrity and innovativeness through a series of fun games and educational activities. Nico R. Mamon, EK’s Integrated Marketing Officer-in-Charge Division Head, also teased the newest ride that will be launched sometime this year. He invited the Park’s loyal guests to name this new attraction through an engagement campaign that is set to start this quarter. Goin’ Bulilit star Dani Zee and Sparkle artist Margaret “Meg Meg” Montgomery charmed the crowd with their solo musical performances.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heresrr.com/2026/07/08/arts-entertainment/enchanted-kingdom-marks-enchanting-june-with-its-pride-month-and-fathers-day-celebration/" TargetMode="External"/><Relationship Id="rId10" Type="http://schemas.openxmlformats.org/officeDocument/2006/relationships/hyperlink" Target="https://www.enchantedkingdom.ph/magic-of-ekquality-2024-celebration/" TargetMode="External"/><Relationship Id="rId11" Type="http://schemas.openxmlformats.org/officeDocument/2006/relationships/hyperlink" Target="https://philippinesgraphic.com.ph/2024/07/05/enchanted-kingdom-celebrates-love-inclusivity-and-diversity-with-the-magic-of-ekquality/" TargetMode="External"/><Relationship Id="rId12" Type="http://schemas.openxmlformats.org/officeDocument/2006/relationships/hyperlink" Target="https://tribune.net.ph/2026/07/08/enchanted-kingdom-wraps-up-pride-month-fathers-day-celebrations" TargetMode="External"/><Relationship Id="rId13" Type="http://schemas.openxmlformats.org/officeDocument/2006/relationships/hyperlink" Target="https://www.enchantedkingdom.ph/2024-eldars-birthday-bash-at-enchantedkingdom/" TargetMode="External"/><Relationship Id="rId14" Type="http://schemas.openxmlformats.org/officeDocument/2006/relationships/hyperlink" Target="https://www.enchantedkingdom.ph/magical-mothersday-at-ek/" TargetMode="External"/><Relationship Id="rId15" Type="http://schemas.openxmlformats.org/officeDocument/2006/relationships/hyperlink" Target="https://www.enchantedkingdom.ph/eks-grandparents-day-celebr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