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Everyday Habits That Keep Long-Term Gay Relationships Strong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the unglamorous stuff , the boring chores, awkward chats and grocery runs , often turns out to be the glue; long-term gay couples across social media say it’s these stable, unsexy routines that keep love steady, happy and real.</w:t>
      </w:r>
      <w:r/>
    </w:p>
    <w:p>
      <w:r/>
      <w:r>
        <w:t>Essential takeaways</w:t>
      </w:r>
      <w:r/>
      <w:r/>
    </w:p>
    <w:p>
      <w:pPr>
        <w:pStyle w:val="ListBullet"/>
        <w:spacing w:line="240" w:lineRule="auto"/>
        <w:ind w:left="720"/>
      </w:pPr>
      <w:r/>
      <w:r>
        <w:rPr>
          <w:b/>
        </w:rPr>
        <w:t>Friendship first:</w:t>
      </w:r>
      <w:r>
        <w:t xml:space="preserve"> Liking each other as people creates warmth and shared everyday joy.</w:t>
      </w:r>
      <w:r/>
    </w:p>
    <w:p>
      <w:pPr>
        <w:pStyle w:val="ListBullet"/>
        <w:spacing w:line="240" w:lineRule="auto"/>
        <w:ind w:left="720"/>
      </w:pPr>
      <w:r/>
      <w:r>
        <w:rPr>
          <w:b/>
        </w:rPr>
        <w:t>Talk early, not late:</w:t>
      </w:r>
      <w:r>
        <w:t xml:space="preserve"> Bringing up uncomfortable feelings quickly prevents grudges and long fights.</w:t>
      </w:r>
      <w:r/>
    </w:p>
    <w:p>
      <w:pPr>
        <w:pStyle w:val="ListBullet"/>
        <w:spacing w:line="240" w:lineRule="auto"/>
        <w:ind w:left="720"/>
      </w:pPr>
      <w:r/>
      <w:r>
        <w:rPr>
          <w:b/>
        </w:rPr>
        <w:t>Shared chores, fair split:</w:t>
      </w:r>
      <w:r>
        <w:t xml:space="preserve"> Playing to strengths reduces resentment and feels practical, not romantic.</w:t>
      </w:r>
      <w:r/>
    </w:p>
    <w:p>
      <w:pPr>
        <w:pStyle w:val="ListBullet"/>
        <w:spacing w:line="240" w:lineRule="auto"/>
        <w:ind w:left="720"/>
      </w:pPr>
      <w:r/>
      <w:r>
        <w:rPr>
          <w:b/>
        </w:rPr>
        <w:t>Space to grow:</w:t>
      </w:r>
      <w:r>
        <w:t xml:space="preserve"> Accepting change and resetting boundaries keeps the relationship adaptable.</w:t>
      </w:r>
      <w:r/>
    </w:p>
    <w:p>
      <w:pPr>
        <w:pStyle w:val="ListBullet"/>
        <w:spacing w:line="240" w:lineRule="auto"/>
        <w:ind w:left="720"/>
      </w:pPr>
      <w:r/>
      <w:r>
        <w:rPr>
          <w:b/>
        </w:rPr>
        <w:t>Small rituals matter:</w:t>
      </w:r>
      <w:r>
        <w:t xml:space="preserve"> Quiet routines , watching a show, singing in the kitchen , build intimacy.</w:t>
      </w:r>
      <w:r/>
      <w:r/>
    </w:p>
    <w:p>
      <w:pPr>
        <w:pStyle w:val="Heading2"/>
      </w:pPr>
      <w:r>
        <w:t>Why friendship beats grand gestures every time</w:t>
      </w:r>
      <w:r/>
    </w:p>
    <w:p>
      <w:r/>
      <w:r>
        <w:t>Couples who stay together often say their relationship feels more like a close friendship than a constant romance, and that’s a good thing. There’s a soft, everyday pleasure in laughing at the same silly show, singing around the house or knowing the other person will call when the washing machine floods. Those small, steady pleasures add up into a relationship that’s warm, comfortable and resilient. If you’re choosing a life partner, try picking someone you actually enjoy being with on a Tuesday night as much as you like them on a fancy date.</w:t>
      </w:r>
      <w:r/>
    </w:p>
    <w:p>
      <w:pPr>
        <w:pStyle w:val="Heading2"/>
      </w:pPr>
      <w:r>
        <w:t>Say the awkward thing early , it saves you later</w:t>
      </w:r>
      <w:r/>
    </w:p>
    <w:p>
      <w:r/>
      <w:r>
        <w:t>It sounds unsexy, but the secret is timing: bring up small annoyances the minute they surface. Couples on Threads and relationship experts say early, calm conversations prevent simmering resentment and cut fights short. According to relationship writing in Psychology Today, effective communication is less about charisma and more about habits: naming feelings, staying curious and fixing things before they grow. Practically, that means using “I” statements, or setting a five-minute check-in rather than letting grudges rack up.</w:t>
      </w:r>
      <w:r/>
    </w:p>
    <w:p>
      <w:pPr>
        <w:pStyle w:val="Heading2"/>
      </w:pPr>
      <w:r>
        <w:t>Split chores by strength, not fairness theatre</w:t>
      </w:r>
      <w:r/>
    </w:p>
    <w:p>
      <w:r/>
      <w:r>
        <w:t>Domestic harmony usually comes down to who actually likes doing what. One partner might love yard work and the other prefers the kitchen; dividing chores by preference rather than a strict 50/50 ledger cuts tension and feels less transactional. It helps to acknowledge the emotional labour too , arranging vet visits, fixing bills or handling family calls all count. A simple rule: let people play to their strengths, then rotate the real annoyances occasionally so one person isn’t always stuck with the worst jobs.</w:t>
      </w:r>
      <w:r/>
    </w:p>
    <w:p>
      <w:pPr>
        <w:pStyle w:val="Heading2"/>
      </w:pPr>
      <w:r>
        <w:t>Grow together, but respect who you each are becoming</w:t>
      </w:r>
      <w:r/>
    </w:p>
    <w:p>
      <w:r/>
      <w:r>
        <w:t>People change, and relationships that last do the work of updating expectations. Couples report that reconnecting over new boundaries, new interests, and new limits keeps the bond alive. That looks like honest check-ins about mental health, libido, or career shifts, and the willingness to say “I need space” without it being a threat. Framing these conversations as part of a shared journey , “let’s travel through life together” , makes adaptation feel intentional and loving rather than frightening.</w:t>
      </w:r>
      <w:r/>
    </w:p>
    <w:p>
      <w:pPr>
        <w:pStyle w:val="Heading2"/>
      </w:pPr>
      <w:r>
        <w:t>Little rituals build a private culture</w:t>
      </w:r>
      <w:r/>
    </w:p>
    <w:p>
      <w:r/>
      <w:r>
        <w:t>You don’t need fireworks to feel close; you need rituals. Shared routines , a Sunday shop, a weekly film night, singing while cooking , create a private life that belongs to both of you. Those rituals are sensory anchors: the smell of coffee, the sound of a favourite playlist, the familiar weight of a weekend duvet. They’re the small, repeatable acts that signal safety and belonging, and over time they become the relationship’s signature.</w:t>
      </w:r>
      <w:r/>
    </w:p>
    <w:p>
      <w:r/>
      <w:r>
        <w:t>Closing line These everyday, unglamorous habits are tiny investments with big returns , pick a small ritual and start today.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[4]</w:t>
        </w:r>
      </w:hyperlink>
      <w:r>
        <w:t xml:space="preserve">- Paragraph 3: </w:t>
      </w:r>
      <w:hyperlink r:id="rId10">
        <w:r>
          <w:rPr>
            <w:color w:val="0000EE"/>
            <w:u w:val="single"/>
          </w:rPr>
          <w:t>[5]</w:t>
        </w:r>
      </w:hyperlink>
      <w:r>
        <w:t xml:space="preserve">- Paragraph 4: </w:t>
      </w:r>
      <w:hyperlink r:id="rId10">
        <w:r>
          <w:rPr>
            <w:color w:val="0000EE"/>
            <w:u w:val="single"/>
          </w:rPr>
          <w:t>[6]</w:t>
        </w:r>
      </w:hyperlink>
      <w:r>
        <w:t xml:space="preserve">- Paragraph 5: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https://www.queerty.com/long-term-gay-couples-reveal-the-unsexy-things-that-make-their-relationships-work-20260707/</w:t>
        </w:r>
      </w:hyperlink>
      <w:r>
        <w:t xml:space="preserve"> - Please view link - unable to able to access data</w:t>
      </w:r>
      <w:r/>
    </w:p>
    <w:p>
      <w:pPr>
        <w:pStyle w:val="ListNumber"/>
        <w:spacing w:line="240" w:lineRule="auto"/>
        <w:ind w:left="720"/>
      </w:pPr>
      <w:r/>
      <w:hyperlink r:id="rId10">
        <w:r>
          <w:rPr>
            <w:color w:val="0000EE"/>
            <w:u w:val="single"/>
          </w:rPr>
          <w:t>https://www.psychologytoday.com/us/blog/relational-health-and-emotional-wellbeing/202506/effective-communication-in-romantic</w:t>
        </w:r>
      </w:hyperlink>
      <w:r>
        <w:t xml:space="preserve"> - This article discusses the significance of effective communication in romantic relationships, highlighting how understanding one's communication tendencies can lead to healthier interactions. It emphasizes the importance of emotional honesty and vulnerability, suggesting that sharing feelings openly fosters trust and intimacy. The piece also explores how attachment theory can help partners comprehend their communication patterns and improve them, noting that effective communication isn't about perfection but consistent practice. The author provides insights into how couples can transform their interactions by focusing on their needs and being mindful of their partner's experiences.</w:t>
      </w:r>
      <w:r/>
    </w:p>
    <w:p>
      <w:pPr>
        <w:pStyle w:val="ListNumber"/>
        <w:spacing w:line="240" w:lineRule="auto"/>
        <w:ind w:left="720"/>
      </w:pPr>
      <w:r/>
      <w:hyperlink r:id="rId10">
        <w:r>
          <w:rPr>
            <w:color w:val="0000EE"/>
            <w:u w:val="single"/>
          </w:rPr>
          <w:t>https://www.psychologytoday.com/us/blog/relational-health-and-emotional-wellbeing/202506/effective-communication-in-romantic</w:t>
        </w:r>
      </w:hyperlink>
      <w:r>
        <w:t xml:space="preserve"> - This article discusses the significance of effective communication in romantic relationships, highlighting how understanding one's communication tendencies can lead to healthier interactions. It emphasizes the importance of emotional honesty and vulnerability, suggesting that sharing feelings openly fosters trust and intimacy. The piece also explores how attachment theory can help partners comprehend their communication patterns and improve them, noting that effective communication isn't about perfection but consistent practice. The author provides insights into how couples can transform their interactions by focusing on their needs and being mindful of their partner's experiences.</w:t>
      </w:r>
      <w:r/>
    </w:p>
    <w:p>
      <w:pPr>
        <w:pStyle w:val="ListNumber"/>
        <w:spacing w:line="240" w:lineRule="auto"/>
        <w:ind w:left="720"/>
      </w:pPr>
      <w:r/>
      <w:hyperlink r:id="rId10">
        <w:r>
          <w:rPr>
            <w:color w:val="0000EE"/>
            <w:u w:val="single"/>
          </w:rPr>
          <w:t>https://www.psychologytoday.com/us/blog/relational-health-and-emotional-wellbeing/202506/effective-communication-in-romantic</w:t>
        </w:r>
      </w:hyperlink>
      <w:r>
        <w:t xml:space="preserve"> - This article discusses the significance of effective communication in romantic relationships, highlighting how understanding one's communication tendencies can lead to healthier interactions. It emphasizes the importance of emotional honesty and vulnerability, suggesting that sharing feelings openly fosters trust and intimacy. The piece also explores how attachment theory can help partners comprehend their communication patterns and improve them, noting that effective communication isn't about perfection but consistent practice. The author provides insights into how couples can transform their interactions by focusing on their needs and being mindful of their partner's experiences.</w:t>
      </w:r>
      <w:r/>
    </w:p>
    <w:p>
      <w:pPr>
        <w:pStyle w:val="ListNumber"/>
        <w:spacing w:line="240" w:lineRule="auto"/>
        <w:ind w:left="720"/>
      </w:pPr>
      <w:r/>
      <w:hyperlink r:id="rId10">
        <w:r>
          <w:rPr>
            <w:color w:val="0000EE"/>
            <w:u w:val="single"/>
          </w:rPr>
          <w:t>https://www.psychologytoday.com/us/blog/relational-health-and-emotional-wellbeing/202506/effective-communication-in-romantic</w:t>
        </w:r>
      </w:hyperlink>
      <w:r>
        <w:t xml:space="preserve"> - This article discusses the significance of effective communication in romantic relationships, highlighting how understanding one's communication tendencies can lead to healthier interactions. It emphasizes the importance of emotional honesty and vulnerability, suggesting that sharing feelings openly fosters trust and intimacy. The piece also explores how attachment theory can help partners comprehend their communication patterns and improve them, noting that effective communication isn't about perfection but consistent practice. The author provides insights into how couples can transform their interactions by focusing on their needs and being mindful of their partner's experiences.</w:t>
      </w:r>
      <w:r/>
    </w:p>
    <w:p>
      <w:pPr>
        <w:pStyle w:val="ListNumber"/>
        <w:spacing w:line="240" w:lineRule="auto"/>
        <w:ind w:left="720"/>
      </w:pPr>
      <w:r/>
      <w:hyperlink r:id="rId10">
        <w:r>
          <w:rPr>
            <w:color w:val="0000EE"/>
            <w:u w:val="single"/>
          </w:rPr>
          <w:t>https://www.psychologytoday.com/us/blog/relational-health-and-emotional-wellbeing/202506/effective-communication-in-romantic</w:t>
        </w:r>
      </w:hyperlink>
      <w:r>
        <w:t xml:space="preserve"> - This article discusses the significance of effective communication in romantic relationships, highlighting how understanding one's communication tendencies can lead to healthier interactions. It emphasizes the importance of emotional honesty and vulnerability, suggesting that sharing feelings openly fosters trust and intimacy. The piece also explores how attachment theory can help partners comprehend their communication patterns and improve them, noting that effective communication isn't about perfection but consistent practice. The author provides insights into how couples can transform their interactions by focusing on their needs and being mindful of their partner's experiences.</w:t>
      </w:r>
      <w:r/>
    </w:p>
    <w:p>
      <w:pPr>
        <w:pStyle w:val="ListNumber"/>
        <w:spacing w:line="240" w:lineRule="auto"/>
        <w:ind w:left="720"/>
      </w:pPr>
      <w:r/>
      <w:hyperlink r:id="rId10">
        <w:r>
          <w:rPr>
            <w:color w:val="0000EE"/>
            <w:u w:val="single"/>
          </w:rPr>
          <w:t>https://www.psychologytoday.com/us/blog/relational-health-and-emotional-wellbeing/202506/effective-communication-in-romantic</w:t>
        </w:r>
      </w:hyperlink>
      <w:r>
        <w:t xml:space="preserve"> - This article discusses the significance of effective communication in romantic relationships, highlighting how understanding one's communication tendencies can lead to healthier interactions. It emphasizes the importance of emotional honesty and vulnerability, suggesting that sharing feelings openly fosters trust and intimacy. The piece also explores how attachment theory can help partners comprehend their communication patterns and improve them, noting that effective communication isn't about perfection but consistent practice. The author provides insights into how couples can transform their interactions by focusing on their needs and being mindful of their partner's experiences.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long-term-gay-couples-reveal-the-unsexy-things-that-make-their-relationships-work-20260707/" TargetMode="External"/><Relationship Id="rId10" Type="http://schemas.openxmlformats.org/officeDocument/2006/relationships/hyperlink" Target="https://www.psychologytoday.com/us/blog/relational-health-and-emotional-wellbeing/202506/effective-communication-in-romanti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