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Electric Forest Moments to Close Out Pride Month 2026</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flocking back to Rothbury: Electric Forest became a healing, celebratory close to Pride Month 2026, where music, community and inclusive programming made queer festivalgoers feel seen and safe in the Michigan woods. Here’s why this forest getaway mattered and how to make the most of it next year.</w:t>
      </w:r>
      <w:r/>
    </w:p>
    <w:p>
      <w:r/>
      <w:r>
        <w:t>Essential Takeaways</w:t>
      </w:r>
      <w:r/>
      <w:r/>
    </w:p>
    <w:p>
      <w:pPr>
        <w:pStyle w:val="ListBullet"/>
        <w:spacing w:line="240" w:lineRule="auto"/>
        <w:ind w:left="720"/>
      </w:pPr>
      <w:r/>
      <w:r>
        <w:rPr>
          <w:b/>
        </w:rPr>
        <w:t>Inclusive vibe:</w:t>
      </w:r>
      <w:r>
        <w:t xml:space="preserve"> Electric Forest leaned into visible Pride moments and substantive programming that made many queer attendees feel affirmed and welcomed.</w:t>
      </w:r>
      <w:r/>
    </w:p>
    <w:p>
      <w:pPr>
        <w:pStyle w:val="ListBullet"/>
        <w:spacing w:line="240" w:lineRule="auto"/>
        <w:ind w:left="720"/>
      </w:pPr>
      <w:r/>
      <w:r>
        <w:rPr>
          <w:b/>
        </w:rPr>
        <w:t>Music plus meaning:</w:t>
      </w:r>
      <w:r>
        <w:t xml:space="preserve"> Big headline sets paired with workshops and panels created an emotional, restorative experience beyond just dancing.</w:t>
      </w:r>
      <w:r/>
    </w:p>
    <w:p>
      <w:pPr>
        <w:pStyle w:val="ListBullet"/>
        <w:spacing w:line="240" w:lineRule="auto"/>
        <w:ind w:left="720"/>
      </w:pPr>
      <w:r/>
      <w:r>
        <w:rPr>
          <w:b/>
        </w:rPr>
        <w:t>Warm crowd energy:</w:t>
      </w:r>
      <w:r>
        <w:t xml:space="preserve"> Exchanges of hugs, kandi and friendly smiles made the festival feel like a chosen-family reunion.</w:t>
      </w:r>
      <w:r/>
    </w:p>
    <w:p>
      <w:pPr>
        <w:pStyle w:val="ListBullet"/>
        <w:spacing w:line="240" w:lineRule="auto"/>
        <w:ind w:left="720"/>
      </w:pPr>
      <w:r/>
      <w:r>
        <w:rPr>
          <w:b/>
        </w:rPr>
        <w:t>Practical draw:</w:t>
      </w:r>
      <w:r>
        <w:t xml:space="preserve"> Rothbury’s mix of immersive stages and Main Street activations makes it easy to balance late-night sets with daytime self-care.</w:t>
      </w:r>
      <w:r/>
    </w:p>
    <w:p>
      <w:pPr>
        <w:pStyle w:val="ListBullet"/>
        <w:spacing w:line="240" w:lineRule="auto"/>
        <w:ind w:left="720"/>
      </w:pPr>
      <w:r/>
      <w:r>
        <w:rPr>
          <w:b/>
        </w:rPr>
        <w:t>Plan ahead:</w:t>
      </w:r>
      <w:r>
        <w:t xml:space="preserve"> Tickets and campsites sell fast; check the official site and Pride calendars for scheduling and accessibility info.</w:t>
      </w:r>
      <w:r/>
      <w:r/>
    </w:p>
    <w:p>
      <w:pPr>
        <w:pStyle w:val="Heading2"/>
      </w:pPr>
      <w:r>
        <w:t>Why Electric Forest felt like a closing party and a sanctuary</w:t>
      </w:r>
      <w:r/>
    </w:p>
    <w:p>
      <w:r/>
      <w:r>
        <w:t>Electric Forest offered more than bright lights and rainbow flags; it became a space where queer people could breathe and connect. The atmosphere carried a healing quality , people reported feeling loved and emotionally replenished after days of dancing and deep conversation. Many attendees described the crowd as simultaneously playful and supportive, the kind of energy that turns strangers into instant friends.</w:t>
      </w:r>
      <w:r/>
    </w:p>
    <w:p>
      <w:pPr>
        <w:pStyle w:val="Heading2"/>
      </w:pPr>
      <w:r>
        <w:t>It's not just headliners , the programming mattered</w:t>
      </w:r>
      <w:r/>
    </w:p>
    <w:p>
      <w:r/>
      <w:r>
        <w:t>Sure, headline acts drew massive crowds, but it was the festival’s non-musical offerings that amplified the Pride experience. Workshops and panels on Main Street addressed identity and well-being, giving space for honest conversation and guidance. Festival organisers have been treating that content as essential, not optional, which made a tangible difference for people navigating their journeys.</w:t>
      </w:r>
      <w:r/>
    </w:p>
    <w:p>
      <w:pPr>
        <w:pStyle w:val="Heading2"/>
      </w:pPr>
      <w:r>
        <w:t>Artists and panels that spoke to the community</w:t>
      </w:r>
      <w:r/>
    </w:p>
    <w:p>
      <w:r/>
      <w:r>
        <w:t>Queer performers and outspoken allies brought both levity and gravity to stages and backstage chats. Several entertainers used their platforms to speak on trans rights and human dignity, resonating with fans who’ve had similar experiences. When musicians mix storytelling with performance, it deepens the night and reminds you why these gatherings matter beyond a great DJ drop.</w:t>
      </w:r>
      <w:r/>
    </w:p>
    <w:p>
      <w:pPr>
        <w:pStyle w:val="Heading2"/>
      </w:pPr>
      <w:r>
        <w:t>The crowd: hugs, kandi and communal care</w:t>
      </w:r>
      <w:r/>
    </w:p>
    <w:p>
      <w:r/>
      <w:r>
        <w:t>There’s a tactile kindness at Electric Forest , the frequent hugs, exchanged trinkets and spontaneous conversations create a low-key safety net. That social warmth helped many feel less alone during a politically tense season. For anyone nervous about attending solo, this festival tends to reward openness and curiosity with immediate camaraderie.</w:t>
      </w:r>
      <w:r/>
    </w:p>
    <w:p>
      <w:pPr>
        <w:pStyle w:val="Heading2"/>
      </w:pPr>
      <w:r>
        <w:t>Practical tips for making the most of next year</w:t>
      </w:r>
      <w:r/>
    </w:p>
    <w:p>
      <w:r/>
      <w:r>
        <w:t>Book early, and consider where you’ll camp relative to stages and bathrooms; it saves a lot of tired walking. Pack a mix of party gear and comfort items , think a light tarp, earplugs and a refillable water bottle , so you can dance late and rest well. If workshops or panels are important to you, map them out in advance; those sessions can fill up and run alongside big sets.</w:t>
      </w:r>
      <w:r/>
    </w:p>
    <w:p>
      <w:r/>
      <w:r>
        <w:t>It's a small change that can make every festival visit feel safer and more joyful.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[6]</w:t>
        </w:r>
      </w:hyperlink>
      <w:r>
        <w:t xml:space="preserve">- Paragraph 2: </w:t>
      </w:r>
      <w:hyperlink r:id="rId9">
        <w:r>
          <w:rPr>
            <w:color w:val="0000EE"/>
            <w:u w:val="single"/>
          </w:rPr>
          <w:t>[1]</w:t>
        </w:r>
      </w:hyperlink>
      <w:r>
        <w:t xml:space="preserve">, </w:t>
      </w:r>
      <w:hyperlink r:id="rId11">
        <w:r>
          <w:rPr>
            <w:color w:val="0000EE"/>
            <w:u w:val="single"/>
          </w:rPr>
          <w:t>[7]</w:t>
        </w:r>
      </w:hyperlink>
      <w:r>
        <w:t xml:space="preserve">- Paragraph 3: </w:t>
      </w:r>
      <w:hyperlink r:id="rId9">
        <w:r>
          <w:rPr>
            <w:color w:val="0000EE"/>
            <w:u w:val="single"/>
          </w:rPr>
          <w:t>[1]</w:t>
        </w:r>
      </w:hyperlink>
      <w:r>
        <w:t xml:space="preserve">, </w:t>
      </w:r>
      <w:hyperlink r:id="rId12">
        <w:r>
          <w:rPr>
            <w:color w:val="0000EE"/>
            <w:u w:val="single"/>
          </w:rPr>
          <w:t>[5]</w:t>
        </w:r>
      </w:hyperlink>
      <w:r>
        <w:t xml:space="preserve">- Paragraph 4: </w:t>
      </w:r>
      <w:hyperlink r:id="rId13">
        <w:r>
          <w:rPr>
            <w:color w:val="0000EE"/>
            <w:u w:val="single"/>
          </w:rPr>
          <w:t>[4]</w:t>
        </w:r>
      </w:hyperlink>
      <w:r>
        <w:t xml:space="preserve">, </w:t>
      </w:r>
      <w:hyperlink r:id="rId9">
        <w:r>
          <w:rPr>
            <w:color w:val="0000EE"/>
            <w:u w:val="single"/>
          </w:rPr>
          <w:t>[1]</w:t>
        </w:r>
      </w:hyperlink>
      <w:r>
        <w:t xml:space="preserve">- Paragraph 5: </w:t>
      </w:r>
      <w:hyperlink r:id="rId11">
        <w:r>
          <w:rPr>
            <w:color w:val="0000EE"/>
            <w:u w:val="single"/>
          </w:rPr>
          <w:t>[7]</w:t>
        </w:r>
      </w:hyperlink>
      <w:r>
        <w:t xml:space="preserve">, </w:t>
      </w:r>
      <w:hyperlink r:id="rId14">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https://www.out.com/travel-nightlife/electric-forest-pride-month</w:t>
        </w:r>
      </w:hyperlink>
      <w:r>
        <w:t xml:space="preserve"> - Please view link - unable to able to access data</w:t>
      </w:r>
      <w:r/>
    </w:p>
    <w:p>
      <w:pPr>
        <w:pStyle w:val="ListNumber"/>
        <w:spacing w:line="240" w:lineRule="auto"/>
        <w:ind w:left="720"/>
      </w:pPr>
      <w:r/>
      <w:hyperlink r:id="rId9">
        <w:r>
          <w:rPr>
            <w:color w:val="0000EE"/>
            <w:u w:val="single"/>
          </w:rPr>
          <w:t>https://www.out.com/travel-nightlife/electric-forest-pride-month</w:t>
        </w:r>
      </w:hyperlink>
      <w:r>
        <w:t xml:space="preserve"> - This article discusses how Electric Forest, a renowned music festival in Rothbury, Michigan, served as a vibrant and inclusive space for the LGBTQ+ community to conclude Pride Month 2026. The festival's dynamic atmosphere, diverse lineup, and supportive environment provided attendees with a sense of belonging and empowerment. The author shares personal experiences of feeling seen and loved as a queer individual, highlighting the therapeutic and liberating aspects of the event. The piece also emphasizes the importance of such safe spaces for the soul, especially during challenging times.</w:t>
      </w:r>
      <w:r/>
    </w:p>
    <w:p>
      <w:pPr>
        <w:pStyle w:val="ListNumber"/>
        <w:spacing w:line="240" w:lineRule="auto"/>
        <w:ind w:left="720"/>
      </w:pPr>
      <w:r/>
      <w:hyperlink r:id="rId14">
        <w:r>
          <w:rPr>
            <w:color w:val="0000EE"/>
            <w:u w:val="single"/>
          </w:rPr>
          <w:t>https://www.out.com/gay-entertainment/electric-forest</w:t>
        </w:r>
      </w:hyperlink>
      <w:r>
        <w:t xml:space="preserve"> - This article highlights the 2026 Electric Forest festival's lineup, featuring over 100 headliners, including ILLENIUM, Chris Lake, KASKADE, and a special B2B set with DJ Diesel (Shaquille O'Neal) and T-Pain. The festival, scheduled for June 25-28, 2026, in Rothbury, Michigan, is celebrated for its inclusive and welcoming atmosphere, making it a safe space for the queer community. The piece also features insights from ILLENIUM, who expresses his admiration for the LGBTQ+ community and the significance of Pride Month.</w:t>
      </w:r>
      <w:r/>
    </w:p>
    <w:p>
      <w:pPr>
        <w:pStyle w:val="ListNumber"/>
        <w:spacing w:line="240" w:lineRule="auto"/>
        <w:ind w:left="720"/>
      </w:pPr>
      <w:r/>
      <w:hyperlink r:id="rId13">
        <w:r>
          <w:rPr>
            <w:color w:val="0000EE"/>
            <w:u w:val="single"/>
          </w:rPr>
          <w:t>https://thepinktimes.com/electric-forests-hunks-are-serving/</w:t>
        </w:r>
      </w:hyperlink>
      <w:r>
        <w:t xml:space="preserve"> - This article provides an overview of the 2026 Electric Forest festival, emphasizing its queer-inclusive lineup and vibrant atmosphere. Scheduled for June 25-28, 2026, in Rothbury, Michigan, the festival boasts headliners like ILLENIUM, Chris Lake, KASKADE, T-Pain, and DJ Diesel (Shaquille O'Neal). The piece underscores the festival's reputation as a safe and welcoming space for the queer community, highlighting its diverse and body-positive culture. The article also features insights from ILLENIUM, who expresses his support and appreciation for the LGBTQ+ community.</w:t>
      </w:r>
      <w:r/>
    </w:p>
    <w:p>
      <w:pPr>
        <w:pStyle w:val="ListNumber"/>
        <w:spacing w:line="240" w:lineRule="auto"/>
        <w:ind w:left="720"/>
      </w:pPr>
      <w:r/>
      <w:hyperlink r:id="rId12">
        <w:r>
          <w:rPr>
            <w:color w:val="0000EE"/>
            <w:u w:val="single"/>
          </w:rPr>
          <w:t>https://www.ticketnews.com/2025/12/griz-illenium-excision-lead-electric-forest-2026-lineup/</w:t>
        </w:r>
      </w:hyperlink>
      <w:r>
        <w:t xml:space="preserve"> - This article announces the 2026 Electric Forest festival's lineup, featuring over 100 artists, including GRiZ, ILLENIUM, Chris Lake, Excision, KASKADE, and a special collaboration between DJ Diesel (Shaquille O'Neal) and T-Pain. The festival, set for June 25-28, 2026, in Rothbury, Michigan, is known for its immersive, community-driven atmosphere, blending electronic music, jam, indie, and genre-defying performances. The piece highlights the festival's expansive billing and its commitment to providing a transformative experience for attendees.</w:t>
      </w:r>
      <w:r/>
    </w:p>
    <w:p>
      <w:pPr>
        <w:pStyle w:val="ListNumber"/>
        <w:spacing w:line="240" w:lineRule="auto"/>
        <w:ind w:left="720"/>
      </w:pPr>
      <w:r/>
      <w:hyperlink r:id="rId10">
        <w:r>
          <w:rPr>
            <w:color w:val="0000EE"/>
            <w:u w:val="single"/>
          </w:rPr>
          <w:t>https://pridesource.com/article/2026-michigan-lgbtq-pride-calendar</w:t>
        </w:r>
      </w:hyperlink>
      <w:r>
        <w:t xml:space="preserve"> - This article provides a comprehensive calendar of LGBTQ+ Pride events in Michigan for 2026, including festivals, parades, and other celebrations. It highlights the state's vibrant and diverse Pride scene, offering opportunities for the community to come together and celebrate. The piece emphasizes the importance of these events in fostering inclusivity, support, and visibility for LGBTQ+ individuals across Michigan.</w:t>
      </w:r>
      <w:r/>
    </w:p>
    <w:p>
      <w:pPr>
        <w:pStyle w:val="ListNumber"/>
        <w:spacing w:line="240" w:lineRule="auto"/>
        <w:ind w:left="720"/>
      </w:pPr>
      <w:r/>
      <w:hyperlink r:id="rId11">
        <w:r>
          <w:rPr>
            <w:color w:val="0000EE"/>
            <w:u w:val="single"/>
          </w:rPr>
          <w:t>https://www.electricforest.com/her-forest/</w:t>
        </w:r>
      </w:hyperlink>
      <w:r>
        <w:t xml:space="preserve"> - This page details 'Her Forest,' a collaboration between femme-identifying members of the Electric Forest community. The initiative focuses on creating a supportive and empowering environment for femme-identifying individuals through meetups, circles, workshops, and group camping. The programming aims to foster connection, inspiration, and comfort, contributing to the festival's inclusive and welcoming atmosphere.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ut.com/travel-nightlife/electric-forest-pride-month" TargetMode="External"/><Relationship Id="rId10" Type="http://schemas.openxmlformats.org/officeDocument/2006/relationships/hyperlink" Target="https://pridesource.com/article/2026-michigan-lgbtq-pride-calendar" TargetMode="External"/><Relationship Id="rId11" Type="http://schemas.openxmlformats.org/officeDocument/2006/relationships/hyperlink" Target="https://www.electricforest.com/her-forest/" TargetMode="External"/><Relationship Id="rId12" Type="http://schemas.openxmlformats.org/officeDocument/2006/relationships/hyperlink" Target="https://www.ticketnews.com/2025/12/griz-illenium-excision-lead-electric-forest-2026-lineup/" TargetMode="External"/><Relationship Id="rId13" Type="http://schemas.openxmlformats.org/officeDocument/2006/relationships/hyperlink" Target="https://thepinktimes.com/electric-forests-hunks-are-serving/" TargetMode="External"/><Relationship Id="rId14" Type="http://schemas.openxmlformats.org/officeDocument/2006/relationships/hyperlink" Target="https://www.out.com/gay-entertainment/electric-fores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