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Pornhub Sapphic: What Its Launch Really Means for Queer Sex Work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are noticing Pornhub’s new Sapphic channel , a Pride-timed relaunch aimed at lesbians, bisexual, trans and non-binary people , but critics say it’s more commerce than community, and a setback for independent queer creators. Here’s what’s new, why it matters, and how to support ethical queer porn.</w:t>
      </w:r>
      <w:r/>
    </w:p>
    <w:p>
      <w:r/>
      <w:r>
        <w:t>Essential Takeaways</w:t>
      </w:r>
      <w:r/>
      <w:r/>
    </w:p>
    <w:p>
      <w:pPr>
        <w:pStyle w:val="ListBullet"/>
        <w:spacing w:line="240" w:lineRule="auto"/>
        <w:ind w:left="720"/>
      </w:pPr>
      <w:r/>
      <w:r>
        <w:rPr>
          <w:b/>
        </w:rPr>
        <w:t>New product:</w:t>
      </w:r>
      <w:r>
        <w:t xml:space="preserve"> Pornhub launched Pornhub Sapphic, a hub for lesbian, bisexual, trans and non-binary-focused content, announced in late May ahead of Pride. </w:t>
      </w:r>
      <w:r/>
    </w:p>
    <w:p>
      <w:pPr>
        <w:pStyle w:val="ListBullet"/>
        <w:spacing w:line="240" w:lineRule="auto"/>
        <w:ind w:left="720"/>
      </w:pPr>
      <w:r/>
      <w:r>
        <w:rPr>
          <w:b/>
        </w:rPr>
        <w:t>Big audience:</w:t>
      </w:r>
      <w:r>
        <w:t xml:space="preserve"> “Lesbian” remains one of the platform’s most-watched categories, reflecting strong viewer demand. </w:t>
      </w:r>
      <w:r/>
    </w:p>
    <w:p>
      <w:pPr>
        <w:pStyle w:val="ListBullet"/>
        <w:spacing w:line="240" w:lineRule="auto"/>
        <w:ind w:left="720"/>
      </w:pPr>
      <w:r/>
      <w:r>
        <w:rPr>
          <w:b/>
        </w:rPr>
        <w:t>Business model:</w:t>
      </w:r>
      <w:r>
        <w:t xml:space="preserve"> The site continues Pornhub’s free, ad-driven tube model, which critics say sidelines creator pay. </w:t>
      </w:r>
      <w:r/>
    </w:p>
    <w:p>
      <w:pPr>
        <w:pStyle w:val="ListBullet"/>
        <w:spacing w:line="240" w:lineRule="auto"/>
        <w:ind w:left="720"/>
      </w:pPr>
      <w:r/>
      <w:r>
        <w:rPr>
          <w:b/>
        </w:rPr>
        <w:t>Industry squeeze:</w:t>
      </w:r>
      <w:r>
        <w:t xml:space="preserve"> Rising regulation and age-verification laws make it harder for indie queer studios to compete; large platforms have more resources to adapt. </w:t>
      </w:r>
      <w:r/>
    </w:p>
    <w:p>
      <w:pPr>
        <w:pStyle w:val="ListBullet"/>
        <w:spacing w:line="240" w:lineRule="auto"/>
        <w:ind w:left="720"/>
      </w:pPr>
      <w:r/>
      <w:r>
        <w:rPr>
          <w:b/>
        </w:rPr>
        <w:t>Ethical choice:</w:t>
      </w:r>
      <w:r>
        <w:t xml:space="preserve"> Paying for content and supporting queer-led producers is framed as a political act that protects worker livelihoods.</w:t>
      </w:r>
      <w:r/>
      <w:r/>
    </w:p>
    <w:p>
      <w:pPr>
        <w:pStyle w:val="Heading2"/>
      </w:pPr>
      <w:r>
        <w:t>A headline move timed for Pride, but the smell of PR is strong</w:t>
      </w:r>
      <w:r/>
    </w:p>
    <w:p>
      <w:r/>
      <w:r>
        <w:t>Pornhub announced Sapphic just before Pride month, and the launch reads like a classic brand play: broader reach, niche marketing, and the optics of inclusion. The new site is billed as “made for” queer and female viewers, and the company framed the decision as a direct response to user feedback. That feels sensible on paper , lesbian content has long been a top-performing category , but plenty of observers smelled opportunism rather than allyship. Industry voices note that timing and messaging can’t paper over the larger business model.</w:t>
      </w:r>
      <w:r/>
    </w:p>
    <w:p>
      <w:pPr>
        <w:pStyle w:val="Heading2"/>
      </w:pPr>
      <w:r>
        <w:t>Why creators and advocacy groups are sceptical</w:t>
      </w:r>
      <w:r/>
    </w:p>
    <w:p>
      <w:r/>
      <w:r>
        <w:t>Mainstream tube sites built a massive market for free porn, and that model has real human costs. Critics point out that the ad-driven, click-volume economy funnels value away from performers and small producers. Advocacy groups and sex-work rights organisations argue paying for porn is an ethical move: it acknowledges labour, offers safety nets and promotes fair compensation. So when a giant like Pornhub repackages queer content without changing who gets paid, many see it as a hollow gesture.</w:t>
      </w:r>
      <w:r/>
    </w:p>
    <w:p>
      <w:pPr>
        <w:pStyle w:val="Heading2"/>
      </w:pPr>
      <w:r>
        <w:t>Regulation is reshaping the landscape , and favouring the big players</w:t>
      </w:r>
      <w:r/>
    </w:p>
    <w:p>
      <w:r/>
      <w:r>
        <w:t>New laws across the US, UK, Australia and parts of Europe are forcing platforms to adopt stricter age verification and content controls. That’s great in principle for safety, but it also raises compliance costs. Independent queer studios , often run by the very communities they represent , now face steeper barriers to entry. Large companies can absorb these costs and stay visible; smaller producers struggle. The result is an uneven playing field where consolidation threatens the diversity of queer erotica.</w:t>
      </w:r>
      <w:r/>
    </w:p>
    <w:p>
      <w:pPr>
        <w:pStyle w:val="Heading2"/>
      </w:pPr>
      <w:r>
        <w:t>Demand is there , but quality and authenticity matter</w:t>
      </w:r>
      <w:r/>
    </w:p>
    <w:p>
      <w:r/>
      <w:r>
        <w:t>There’s no doubt audiences want sapphic content: viewership numbers and searches show real appetite. But viewers looking for authentic queer representation say they want nuance, ethical production and performers’ consent front and centre. That’s harder to guarantee on mass tube sites, where categories are optimised for clicks. If you care about authenticity, look for creators and platforms that disclose production practices, credit performers and prioritise consent.</w:t>
      </w:r>
      <w:r/>
    </w:p>
    <w:p>
      <w:pPr>
        <w:pStyle w:val="Heading2"/>
      </w:pPr>
      <w:r>
        <w:t>So how should viewers respond , practical ways to support queer porn</w:t>
      </w:r>
      <w:r/>
    </w:p>
    <w:p>
      <w:r/>
      <w:r>
        <w:t>If you value queer-led content and want to back ethical work, there are concrete choices: subscribe to creator platforms that pay performers, buy content directly from queer studios, tip artists and prioritize services that publish transparency reports about consent and pay. Think of it as voting with your wallet: a recurring subscription or a one-off purchase does more for performers than endless streaming. It’s a small change, but it sends a clear signal about what consumers want from queer erotica.</w:t>
      </w:r>
      <w:r/>
    </w:p>
    <w:p>
      <w:r/>
      <w:r>
        <w:t>It's a small change that can make every watch more ethical and every performer a little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5">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https://www.autostraddle.com/pornhubs-new-sapphic-venture-is-even-worse-than-pinkwashing/?utm_source=rss&amp;utm_medium=rss&amp;utm_campaign=pornhubs-new-sapphic-venture-is-even-worse-than-pinkwashing</w:t>
        </w:r>
      </w:hyperlink>
      <w:r>
        <w:t xml:space="preserve"> - Please view link - unable to able to access data</w:t>
      </w:r>
      <w:r/>
    </w:p>
    <w:p>
      <w:pPr>
        <w:pStyle w:val="ListNumber"/>
        <w:spacing w:line="240" w:lineRule="auto"/>
        <w:ind w:left="720"/>
      </w:pPr>
      <w:r/>
      <w:hyperlink r:id="rId10">
        <w:r>
          <w:rPr>
            <w:color w:val="0000EE"/>
            <w:u w:val="single"/>
          </w:rPr>
          <w:t>https://www.them.us/story/news/pornhub-sapphic</w:t>
        </w:r>
      </w:hyperlink>
      <w:r>
        <w:t xml:space="preserve"> - Them reports that Pornhub has launched Pornhub Sapphic, a new platform dedicated to lesbian and non-binary content and creators, designed specifically for women-loving-women. The site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p>
      <w:pPr>
        <w:pStyle w:val="ListNumber"/>
        <w:spacing w:line="240" w:lineRule="auto"/>
        <w:ind w:left="720"/>
      </w:pPr>
      <w:r/>
      <w:hyperlink r:id="rId11">
        <w:r>
          <w:rPr>
            <w:color w:val="0000EE"/>
            <w:u w:val="single"/>
          </w:rPr>
          <w:t>https://www.thepinknews.com/2026/05/27/pornhub-sapphic-lesbian-bisexual-trans-women/</w:t>
        </w:r>
      </w:hyperlink>
      <w:r>
        <w:t xml:space="preserve"> - PinkNews reports that Pornhub has launched Pornhub Sapphic, a site dedicated to lesbian and non-binary content and creators, designed specifically for women-loving-women. The platform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p>
      <w:pPr>
        <w:pStyle w:val="ListNumber"/>
        <w:spacing w:line="240" w:lineRule="auto"/>
        <w:ind w:left="720"/>
      </w:pPr>
      <w:r/>
      <w:hyperlink r:id="rId15">
        <w:r>
          <w:rPr>
            <w:color w:val="0000EE"/>
            <w:u w:val="single"/>
          </w:rPr>
          <w:t>https://www.out.com/news/pornhub-sapphic</w:t>
        </w:r>
      </w:hyperlink>
      <w:r>
        <w:t xml:space="preserve"> - Out reports that Pornhub has launched Pornhub Sapphic, a new platform dedicated to lesbian and non-binary content and creators, designed specifically for women-loving-women. The site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p>
      <w:pPr>
        <w:pStyle w:val="ListNumber"/>
        <w:spacing w:line="240" w:lineRule="auto"/>
        <w:ind w:left="720"/>
      </w:pPr>
      <w:r/>
      <w:hyperlink r:id="rId13">
        <w:r>
          <w:rPr>
            <w:color w:val="0000EE"/>
            <w:u w:val="single"/>
          </w:rPr>
          <w:t>https://shangay.com/2026/05/28/pornhub-sapphic-lesbianas-bisexuales-queer-no-binario/</w:t>
        </w:r>
      </w:hyperlink>
      <w:r>
        <w:t xml:space="preserve"> - Shangay reports that Pornhub has launched Pornhub Sapphic, a new platform dedicated to lesbian and non-binary content and creators, designed specifically for women-loving-women. The site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p>
      <w:pPr>
        <w:pStyle w:val="ListNumber"/>
        <w:spacing w:line="240" w:lineRule="auto"/>
        <w:ind w:left="720"/>
      </w:pPr>
      <w:r/>
      <w:hyperlink r:id="rId14">
        <w:r>
          <w:rPr>
            <w:color w:val="0000EE"/>
            <w:u w:val="single"/>
          </w:rPr>
          <w:t>https://www.gay.it/pornhub-sapphic-sito-donne-lesbiche-bisessuali-non-binary</w:t>
        </w:r>
      </w:hyperlink>
      <w:r>
        <w:t xml:space="preserve"> - Gay.it reports that Pornhub has launched Pornhub Sapphic, a new platform dedicated to lesbian and non-binary content and creators, designed specifically for women-loving-women. The site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p>
      <w:pPr>
        <w:pStyle w:val="ListNumber"/>
        <w:spacing w:line="240" w:lineRule="auto"/>
        <w:ind w:left="720"/>
      </w:pPr>
      <w:r/>
      <w:hyperlink r:id="rId12">
        <w:r>
          <w:rPr>
            <w:color w:val="0000EE"/>
            <w:u w:val="single"/>
          </w:rPr>
          <w:t>https://www.fugues.com/2026/05/25/pornhub-lance-une-nouvelle-plateforme-destinee-aux-femmes-lesbiennes-et-queer/</w:t>
        </w:r>
      </w:hyperlink>
      <w:r>
        <w:t xml:space="preserve"> - Fugues reports that Pornhub has launched Pornhub Sapphic, a new platform dedicated to lesbian and non-binary content and creators, designed specifically for women-loving-women. The site aims to provide content curated for the female gaze, inclusive of lesbian, trans, bisexual, and non-binary identities. Alex Kekesi, VP of Brand and Community at Pornhub, stated that the platform was created in response to feedback from lesbian, queer, and straight women who desired an experience tailored for them.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pornhubs-new-sapphic-venture-is-even-worse-than-pinkwashing/?utm_source=rss&amp;utm_medium=rss&amp;utm_campaign=pornhubs-new-sapphic-venture-is-even-worse-than-pinkwashing" TargetMode="External"/><Relationship Id="rId10" Type="http://schemas.openxmlformats.org/officeDocument/2006/relationships/hyperlink" Target="https://www.them.us/story/news/pornhub-sapphic" TargetMode="External"/><Relationship Id="rId11" Type="http://schemas.openxmlformats.org/officeDocument/2006/relationships/hyperlink" Target="https://www.thepinknews.com/2026/05/27/pornhub-sapphic-lesbian-bisexual-trans-women/" TargetMode="External"/><Relationship Id="rId12" Type="http://schemas.openxmlformats.org/officeDocument/2006/relationships/hyperlink" Target="https://www.fugues.com/2026/05/25/pornhub-lance-une-nouvelle-plateforme-destinee-aux-femmes-lesbiennes-et-queer/" TargetMode="External"/><Relationship Id="rId13" Type="http://schemas.openxmlformats.org/officeDocument/2006/relationships/hyperlink" Target="https://shangay.com/2026/05/28/pornhub-sapphic-lesbianas-bisexuales-queer-no-binario/" TargetMode="External"/><Relationship Id="rId14" Type="http://schemas.openxmlformats.org/officeDocument/2006/relationships/hyperlink" Target="https://www.gay.it/pornhub-sapphic-sito-donne-lesbiche-bisessuali-non-binary" TargetMode="External"/><Relationship Id="rId15" Type="http://schemas.openxmlformats.org/officeDocument/2006/relationships/hyperlink" Target="https://www.out.com/news/pornhub-sapph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