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Bathroom Selfie Spot in DC: Why The Little Gay Pub Is Trending for Portraits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Spot this: selfie culture has a new shrine in Washington, DC , The Little Gay Pub’s over-the-top restroom , and selfies, thirst traps and profile pics are thriving because of its luxe lighting, bold wallpaper and mirror-ready design. Here’s why it matters to anyone hunting perfect selfies, vintage glamour or a fun night out.</w:t>
      </w:r>
      <w:r/>
    </w:p>
    <w:p>
      <w:r/>
      <w:r>
        <w:t>Essential Takeaways</w:t>
      </w:r>
      <w:r/>
      <w:r/>
    </w:p>
    <w:p>
      <w:pPr>
        <w:pStyle w:val="ListBullet"/>
        <w:spacing w:line="240" w:lineRule="auto"/>
        <w:ind w:left="720"/>
      </w:pPr>
      <w:r/>
      <w:r>
        <w:rPr>
          <w:b/>
        </w:rPr>
        <w:t>Design-forward setting:</w:t>
      </w:r>
      <w:r>
        <w:t xml:space="preserve"> The bathroom mixes emerald tiles, jungle-print wallpaper and brass fittings for a dramatic, photogenic backdrop.</w:t>
      </w:r>
      <w:r/>
    </w:p>
    <w:p>
      <w:pPr>
        <w:pStyle w:val="ListBullet"/>
        <w:spacing w:line="240" w:lineRule="auto"/>
        <w:ind w:left="720"/>
      </w:pPr>
      <w:r/>
      <w:r>
        <w:rPr>
          <w:b/>
        </w:rPr>
        <w:t>Customisable lighting:</w:t>
      </w:r>
      <w:r>
        <w:t xml:space="preserve"> Adjustable light lets you fine-tune shadows and skin tone, so shots look polished and flattering.</w:t>
      </w:r>
      <w:r/>
    </w:p>
    <w:p>
      <w:pPr>
        <w:pStyle w:val="ListBullet"/>
        <w:spacing w:line="240" w:lineRule="auto"/>
        <w:ind w:left="720"/>
      </w:pPr>
      <w:r/>
      <w:r>
        <w:rPr>
          <w:b/>
        </w:rPr>
        <w:t>Community magnet:</w:t>
      </w:r>
      <w:r>
        <w:t xml:space="preserve"> Since opening, the pub’s loo has become a social hub, spawning an unofficial Instagram shrine of mirror selfies.</w:t>
      </w:r>
      <w:r/>
    </w:p>
    <w:p>
      <w:pPr>
        <w:pStyle w:val="ListBullet"/>
        <w:spacing w:line="240" w:lineRule="auto"/>
        <w:ind w:left="720"/>
      </w:pPr>
      <w:r/>
      <w:r>
        <w:rPr>
          <w:b/>
        </w:rPr>
        <w:t>Fits multiple uses:</w:t>
      </w:r>
      <w:r>
        <w:t xml:space="preserve"> People use the spot for thirst traps, profile refreshes and quick Story content; it’s roomy and selfie-friendly.</w:t>
      </w:r>
      <w:r/>
    </w:p>
    <w:p>
      <w:pPr>
        <w:pStyle w:val="ListBullet"/>
        <w:spacing w:line="240" w:lineRule="auto"/>
        <w:ind w:left="720"/>
      </w:pPr>
      <w:r/>
      <w:r>
        <w:rPr>
          <w:b/>
        </w:rPr>
        <w:t>Practical note:</w:t>
      </w:r>
      <w:r>
        <w:t xml:space="preserve"> Expect queues during peak hours , it’s a photo op that doubles as nightlife theatre.</w:t>
      </w:r>
      <w:r/>
      <w:r/>
    </w:p>
    <w:p>
      <w:pPr>
        <w:pStyle w:val="Heading2"/>
      </w:pPr>
      <w:r>
        <w:t>Why a bathroom is suddenly the hottest backdrop in DC</w:t>
      </w:r>
      <w:r/>
    </w:p>
    <w:p>
      <w:r/>
      <w:r>
        <w:t>There’s something deliciously theatrical about a well-styled loo, and The Little Gay Pub leans into that with a confident, slightly campy touch. The space reads like a mini set , marble, brass and glossy tiles , so your mirror selfie won’t look like every other bar snap. According to the venue’s online listing, aesthetics were a priority from the start, which explains why people are lining up to pop in for a shot. Think of it as portraiture with a cocktail napkin.</w:t>
      </w:r>
      <w:r/>
    </w:p>
    <w:p>
      <w:pPr>
        <w:pStyle w:val="Heading2"/>
      </w:pPr>
      <w:r>
        <w:t>Design details that actually make selfies better</w:t>
      </w:r>
      <w:r/>
    </w:p>
    <w:p>
      <w:r/>
      <w:r>
        <w:t>Good selfies start with good light and a flattering background, and the pub’s bathroom supplies both. Emerald subway tiles meet bold jungle-print wallpaper, while antique-style fixtures add texture and depth behind the mirror. The pub’s site and press coverage note the Hollywood-Regency-meets-Palm-Beach vibe, which translates into a visually rich frame that flatters skin tones and clothes alike. If you want a rule of thumb: high-contrast backgrounds and warm lighting make skin glow, while patterned walls add interest without stealing focus.</w:t>
      </w:r>
      <w:r/>
    </w:p>
    <w:p>
      <w:pPr>
        <w:pStyle w:val="Heading2"/>
      </w:pPr>
      <w:r>
        <w:t>Lighting is the secret sauce , here’s how to use it</w:t>
      </w:r>
      <w:r/>
    </w:p>
    <w:p>
      <w:r/>
      <w:r>
        <w:t>What sets this loo apart is the ability to tweak the lighting. Brighten to erase shadows for a clean, editorial look; dim slightly to add mood and definition. Selfie pros suggest experimenting with three settings: bright for full-face detail, warm for a soft glow, and cooler for sharper cheekbones. Bring a portable diffuser or use the phone’s exposure slider for finer control , you'll leave with a more intentional shot than a rushed mirror selfie.</w:t>
      </w:r>
      <w:r/>
    </w:p>
    <w:p>
      <w:pPr>
        <w:pStyle w:val="Heading2"/>
      </w:pPr>
      <w:r>
        <w:t>It’s become a mini cultural moment , queues and photo etiquette</w:t>
      </w:r>
      <w:r/>
    </w:p>
    <w:p>
      <w:r/>
      <w:r>
        <w:t>When a room doubles as a social stage, people notice. The Little Gay Pub’s bathroom has spawned an unofficial Instagram feed celebrating the shots taken there, so it’s not just background scenery , it’s crowd-sourced content. That popularity means short waits and the occasional exuberant poser. Be mindful: give people space, avoid monopolising the mirror during busy nights, and ask before you snap someone in-frame. It keeps the vibe friendly and fun.</w:t>
      </w:r>
      <w:r/>
    </w:p>
    <w:p>
      <w:pPr>
        <w:pStyle w:val="Heading2"/>
      </w:pPr>
      <w:r>
        <w:t>Picking your moment and keeping it classy</w:t>
      </w:r>
      <w:r/>
    </w:p>
    <w:p>
      <w:r/>
      <w:r>
        <w:t>If you want the best shot with the least fuss, aim for earlier in the evening or a weekday visit when the bar’s quieter. Dress for contrast against emerald and brass , think lighter tones or bold solids , and consider quick touch-ups like blotting or a small setting spray to cut shine. And yes, it’s perfectly fine to use the spot for a playful thirst trap, but remember the room is shared; quick, respectful shoots keep everyone smiling.</w:t>
      </w:r>
      <w:r/>
    </w:p>
    <w:p>
      <w:r/>
      <w:r>
        <w:t>It's a small design choice that’s given DC nightlife a new, selfie-friendly landmark , and if you’re passing through, it’s worth a quick mirror moment.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0">
        <w:r>
          <w:rPr>
            <w:color w:val="0000EE"/>
            <w:u w:val="single"/>
          </w:rPr>
          <w:t>[2]</w:t>
        </w:r>
      </w:hyperlink>
      <w:r>
        <w:t xml:space="preserve">, </w:t>
      </w:r>
      <w:hyperlink r:id="rId12">
        <w:r>
          <w:rPr>
            <w:color w:val="0000EE"/>
            <w:u w:val="single"/>
          </w:rPr>
          <w:t>[5]</w:t>
        </w:r>
      </w:hyperlink>
      <w:r>
        <w:t xml:space="preserve">- Paragraph 3: </w:t>
      </w:r>
      <w:hyperlink r:id="rId10">
        <w:r>
          <w:rPr>
            <w:color w:val="0000EE"/>
            <w:u w:val="single"/>
          </w:rPr>
          <w:t>[2]</w:t>
        </w:r>
      </w:hyperlink>
      <w:r>
        <w:t xml:space="preserve">, </w:t>
      </w:r>
      <w:hyperlink r:id="rId11">
        <w:r>
          <w:rPr>
            <w:color w:val="0000EE"/>
            <w:u w:val="single"/>
          </w:rPr>
          <w:t>[3]</w:t>
        </w:r>
      </w:hyperlink>
      <w:r>
        <w:t xml:space="preserve">- Paragraph 4: </w:t>
      </w:r>
      <w:hyperlink r:id="rId11">
        <w:r>
          <w:rPr>
            <w:color w:val="0000EE"/>
            <w:u w:val="single"/>
          </w:rPr>
          <w:t>[3]</w:t>
        </w:r>
      </w:hyperlink>
      <w:r>
        <w:t xml:space="preserve">, </w:t>
      </w:r>
      <w:hyperlink r:id="rId13">
        <w:r>
          <w:rPr>
            <w:color w:val="0000EE"/>
            <w:u w:val="single"/>
          </w:rPr>
          <w:t>[6]</w:t>
        </w:r>
      </w:hyperlink>
      <w:r>
        <w:t xml:space="preserve">- Paragraph 5: </w:t>
      </w:r>
      <w:hyperlink r:id="rId10">
        <w:r>
          <w:rPr>
            <w:color w:val="0000EE"/>
            <w:u w:val="single"/>
          </w:rPr>
          <w:t>[2]</w:t>
        </w:r>
      </w:hyperlink>
      <w:r>
        <w:t xml:space="preserve">, </w:t>
      </w:r>
      <w:hyperlink r:id="rId14">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https://www.queerty.com/gays-have-crowned-this-bathroom-the-best-place-to-take-a-selfie-but-is-it-really-20260708/</w:t>
        </w:r>
      </w:hyperlink>
      <w:r>
        <w:t xml:space="preserve"> - Please view link - unable to able to access data</w:t>
      </w:r>
      <w:r/>
    </w:p>
    <w:p>
      <w:pPr>
        <w:pStyle w:val="ListNumber"/>
        <w:spacing w:line="240" w:lineRule="auto"/>
        <w:ind w:left="720"/>
      </w:pPr>
      <w:r/>
      <w:hyperlink r:id="rId10">
        <w:r>
          <w:rPr>
            <w:color w:val="0000EE"/>
            <w:u w:val="single"/>
          </w:rPr>
          <w:t>https://www.thelittlegaypub.com/washington-dc</w:t>
        </w:r>
      </w:hyperlink>
      <w:r>
        <w:t xml:space="preserve"> - The Little Gay Pub, located in Washington D.C.'s Logan Circle neighbourhood, opened in 2023. The bar is known for its leather club chairs, marble-topped bar, vintage-inspired lighting, and décor that pays homage to queer history and pop culture. The establishment offers a welcoming atmosphere for the LGBTQ+ community and operates from Monday to Sunday with varying hours. The pub also has a sister location in Philadelphia, which opened in 2025, maintaining the same spirit and charm as the original.</w:t>
      </w:r>
      <w:r/>
    </w:p>
    <w:p>
      <w:pPr>
        <w:pStyle w:val="ListNumber"/>
        <w:spacing w:line="240" w:lineRule="auto"/>
        <w:ind w:left="720"/>
      </w:pPr>
      <w:r/>
      <w:hyperlink r:id="rId11">
        <w:r>
          <w:rPr>
            <w:color w:val="0000EE"/>
            <w:u w:val="single"/>
          </w:rPr>
          <w:t>https://www.advocate.com/business/dc-little-gay-pub-selfies</w:t>
        </w:r>
      </w:hyperlink>
      <w:r>
        <w:t xml:space="preserve"> - The Little Gay Pub in Washington D.C. has become a popular destination for patrons seeking the perfect selfie, particularly in its uniquely designed bathroom. The establishment's owners, Benjamin Gander, Dusty Martinez, and Dito Sevilla, aimed to create an inclusive space for the LGBTQ+ community. The bathroom's design features emerald subway tiles, jungle-print wallpaper, brass fixtures, marble countertops, and an antique swan-neck faucet, contributing to its popularity among visitors.</w:t>
      </w:r>
      <w:r/>
    </w:p>
    <w:p>
      <w:pPr>
        <w:pStyle w:val="ListNumber"/>
        <w:spacing w:line="240" w:lineRule="auto"/>
        <w:ind w:left="720"/>
      </w:pPr>
      <w:r/>
      <w:hyperlink r:id="rId15">
        <w:r>
          <w:rPr>
            <w:color w:val="0000EE"/>
            <w:u w:val="single"/>
          </w:rPr>
          <w:t>https://www.lgbtqnation.com/2023/09/nancy-pelosi-popped-into-a-dc-gay-bar-took-a-selfie-in-the-bathroom/</w:t>
        </w:r>
      </w:hyperlink>
      <w:r>
        <w:t xml:space="preserve"> - In September 2023, former Speaker of the House Nancy Pelosi visited The Little Gay Pub in Washington D.C., a known hotspot for bathroom selfies. During her visit, she took a selfie in the bar's elaborately designed bathroom, which features a giant brass sink, custom wallpaper, antique mirrors, and a golden swan. The pub has become a popular destination for patrons seeking the perfect selfie, particularly in its uniquely designed bathroom.</w:t>
      </w:r>
      <w:r/>
    </w:p>
    <w:p>
      <w:pPr>
        <w:pStyle w:val="ListNumber"/>
        <w:spacing w:line="240" w:lineRule="auto"/>
        <w:ind w:left="720"/>
      </w:pPr>
      <w:r/>
      <w:hyperlink r:id="rId12">
        <w:r>
          <w:rPr>
            <w:color w:val="0000EE"/>
            <w:u w:val="single"/>
          </w:rPr>
          <w:t>https://www.thegayagenda.fyi/washington-dc/businesses/the-little-gay-pub/</w:t>
        </w:r>
      </w:hyperlink>
      <w:r>
        <w:t xml:space="preserve"> - The Little Gay Pub, located at 1100 P St NW in Washington D.C., is praised for its warm and inclusive atmosphere, friendly staff, and creative drink selection. The bar features a cozy décor and prompt service, making it a great spot for both casual outings and special celebrations. However, some patrons noted that drink prices can be on the higher side. Overall, it is considered a welcoming gem in the DC LGBTQ+ scene.</w:t>
      </w:r>
      <w:r/>
    </w:p>
    <w:p>
      <w:pPr>
        <w:pStyle w:val="ListNumber"/>
        <w:spacing w:line="240" w:lineRule="auto"/>
        <w:ind w:left="720"/>
      </w:pPr>
      <w:r/>
      <w:hyperlink r:id="rId13">
        <w:r>
          <w:rPr>
            <w:color w:val="0000EE"/>
            <w:u w:val="single"/>
          </w:rPr>
          <w:t>https://www.corner.inc/place/psaU8Tq5gjWm</w:t>
        </w:r>
      </w:hyperlink>
      <w:r>
        <w:t xml:space="preserve"> - The Little Gay Pub is a beloved gay bar located at 1100 P St NW in Washington D.C. The establishment is known for its great drinks and cute outdoor seating. The interior is small but beautifully decorated, with the famous bathroom doubling as a selfie spot. The pub is a community-oriented spot for socializing and gathering, popular among DC locals and visitors. The vibe is described as a queer neighborhood spot that nails the balance between celebration and chill.</w:t>
      </w:r>
      <w:r/>
    </w:p>
    <w:p>
      <w:pPr>
        <w:pStyle w:val="ListNumber"/>
        <w:spacing w:line="240" w:lineRule="auto"/>
        <w:ind w:left="720"/>
      </w:pPr>
      <w:r/>
      <w:hyperlink r:id="rId14">
        <w:r>
          <w:rPr>
            <w:color w:val="0000EE"/>
            <w:u w:val="single"/>
          </w:rPr>
          <w:t>https://www.postcard.inc/places/the-little-gay-pub-washington-SExUUmXvcmn</w:t>
        </w:r>
      </w:hyperlink>
      <w:r>
        <w:t xml:space="preserve"> - The Little Gay Pub, located in Washington D.C.'s Logan Circle neighbourhood, is a stylish gay bar featuring leather seating, a marble bar, and artwork. The establishment offers craft cocktails, friendly staff, and a great atmosphere. It also has an outdoor patio and fun décor. The pub is rated 4.2 stars by 207 reviewers and is considered cozy, trendy, and good for groups. The address is 1100 P St NW, Washington, DC 20005.</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queerty.com/gays-have-crowned-this-bathroom-the-best-place-to-take-a-selfie-but-is-it-really-20260708/" TargetMode="External"/><Relationship Id="rId10" Type="http://schemas.openxmlformats.org/officeDocument/2006/relationships/hyperlink" Target="https://www.thelittlegaypub.com/washington-dc" TargetMode="External"/><Relationship Id="rId11" Type="http://schemas.openxmlformats.org/officeDocument/2006/relationships/hyperlink" Target="https://www.advocate.com/business/dc-little-gay-pub-selfies" TargetMode="External"/><Relationship Id="rId12" Type="http://schemas.openxmlformats.org/officeDocument/2006/relationships/hyperlink" Target="https://www.thegayagenda.fyi/washington-dc/businesses/the-little-gay-pub/" TargetMode="External"/><Relationship Id="rId13" Type="http://schemas.openxmlformats.org/officeDocument/2006/relationships/hyperlink" Target="https://www.corner.inc/place/psaU8Tq5gjWm" TargetMode="External"/><Relationship Id="rId14" Type="http://schemas.openxmlformats.org/officeDocument/2006/relationships/hyperlink" Target="https://www.postcard.inc/places/the-little-gay-pub-washington-SExUUmXvcmn" TargetMode="External"/><Relationship Id="rId15" Type="http://schemas.openxmlformats.org/officeDocument/2006/relationships/hyperlink" Target="https://www.lgbtqnation.com/2023/09/nancy-pelosi-popped-into-a-dc-gay-bar-took-a-selfie-in-the-bathro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