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London Pride Antisemitism Row: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onlookers have shared footage of Jewish LGBTQ+ attendees facing antisemitic abuse at London Pride, sparking a police probe and fresh questions about safety, policing and community inclusion at public marches. Here’s what we know, why it matters, and practical steps organisers and attendees can take.</w:t>
      </w:r>
      <w:r/>
    </w:p>
    <w:p>
      <w:r/>
      <w:r>
        <w:t>Essential Takeaways</w:t>
      </w:r>
      <w:r/>
      <w:r/>
    </w:p>
    <w:p>
      <w:pPr>
        <w:pStyle w:val="ListBullet"/>
        <w:spacing w:line="240" w:lineRule="auto"/>
        <w:ind w:left="720"/>
      </w:pPr>
      <w:r/>
      <w:r>
        <w:rPr>
          <w:b/>
        </w:rPr>
        <w:t>What happened:</w:t>
      </w:r>
      <w:r>
        <w:t xml:space="preserve"> Video shows people carrying Israeli and Pride flags being jeered and shouted at with explicit antisemitic slurs during the 4 July march; footage has circulated widely online.</w:t>
      </w:r>
      <w:r/>
    </w:p>
    <w:p>
      <w:pPr>
        <w:pStyle w:val="ListBullet"/>
        <w:spacing w:line="240" w:lineRule="auto"/>
        <w:ind w:left="720"/>
      </w:pPr>
      <w:r/>
      <w:r>
        <w:rPr>
          <w:b/>
        </w:rPr>
        <w:t>Police response:</w:t>
      </w:r>
      <w:r>
        <w:t xml:space="preserve"> The Metropolitan Police said officers are reviewing footage and investigating; around 650 officers were deployed on the day and the Met reports more than 90 hate-crime arrests since March.</w:t>
      </w:r>
      <w:r/>
    </w:p>
    <w:p>
      <w:pPr>
        <w:pStyle w:val="ListBullet"/>
        <w:spacing w:line="240" w:lineRule="auto"/>
        <w:ind w:left="720"/>
      </w:pPr>
      <w:r/>
      <w:r>
        <w:rPr>
          <w:b/>
        </w:rPr>
        <w:t>Community impact:</w:t>
      </w:r>
      <w:r>
        <w:t xml:space="preserve"> Some Jewish LGBTQ+ groups had already chosen not to attend Pride this year over safety fears, and campaigners are demanding those responsible be identified and prosecuted.</w:t>
      </w:r>
      <w:r/>
    </w:p>
    <w:p>
      <w:pPr>
        <w:pStyle w:val="ListBullet"/>
        <w:spacing w:line="240" w:lineRule="auto"/>
        <w:ind w:left="720"/>
      </w:pPr>
      <w:r/>
      <w:r>
        <w:rPr>
          <w:b/>
        </w:rPr>
        <w:t>Wider context:</w:t>
      </w:r>
      <w:r>
        <w:t xml:space="preserve"> The Met has recently created a 100-officer community protection unit to tackle anti-Jewish hate, as authorities warn antisemitism is rising across Britain.</w:t>
      </w:r>
      <w:r/>
    </w:p>
    <w:p>
      <w:pPr>
        <w:pStyle w:val="ListBullet"/>
        <w:spacing w:line="240" w:lineRule="auto"/>
        <w:ind w:left="720"/>
      </w:pPr>
      <w:r/>
      <w:r>
        <w:rPr>
          <w:b/>
        </w:rPr>
        <w:t>Practical note:</w:t>
      </w:r>
      <w:r>
        <w:t xml:space="preserve"> If you witness or experience hate at a march, record safely, report to stewards and police, and seek support from community groups and legal advice services.</w:t>
      </w:r>
      <w:r/>
      <w:r/>
    </w:p>
    <w:p>
      <w:pPr>
        <w:pStyle w:val="Heading2"/>
      </w:pPr>
      <w:r>
        <w:t>Footage went viral , raw, upsetting and unmissable</w:t>
      </w:r>
      <w:r/>
    </w:p>
    <w:p>
      <w:r/>
      <w:r>
        <w:t>The strongest image from the weekend is the footage itself: people waving Israeli colours and Pride banners confronted with chants and slurs, some referencing the war in Gaza. The scenes are jarring, and they landed on social media like a splintered mirror , celebrations interrupted by abuse, and viewers left unsettled. According to reporting, the Met is now reviewing that footage as part of an investigation, which feels like the only procedural step available against such public incidents.</w:t>
      </w:r>
      <w:r/>
    </w:p>
    <w:p>
      <w:pPr>
        <w:pStyle w:val="Heading2"/>
      </w:pPr>
      <w:r>
        <w:t>Why some Jewish LGBTQ+ groups stayed away</w:t>
      </w:r>
      <w:r/>
    </w:p>
    <w:p>
      <w:r/>
      <w:r>
        <w:t>This wasn’t the first year concerns about safety affected Pride attendance decisions. Several Jewish LGBTQ+ organisations had already opted out of this year’s march, citing fears about antisemitic abuse. That choice speaks to a deeper worry: if members of a community feel they can’t safely be visible at an event designed to celebrate identity, the event has failed part of its mission. Campaign Against Antisemitism has urged prosecutions, arguing the behaviour captured is explicitly antisemitic and needs legal follow-through.</w:t>
      </w:r>
      <w:r/>
    </w:p>
    <w:p>
      <w:pPr>
        <w:pStyle w:val="Heading2"/>
      </w:pPr>
      <w:r>
        <w:t>The Met’s wider strategy , more officers, more scrutiny</w:t>
      </w:r>
      <w:r/>
    </w:p>
    <w:p>
      <w:r/>
      <w:r>
        <w:t>London’s police presence was significant: roughly 650 officers at Pride and, separately, a new 100-officer unit dedicated to tackling anti-Jewish hate were both flagged in recent months. The Met says it has made more than 90 hate-crime arrests since March, and Commissioner Sir Mark Rowley has described antisemitism as a growing “pandemic”. Still, video shows officers visible during some confrontations yet no arrests at the time, prompting questions about real-time policing tactics at large, charged gatherings.</w:t>
      </w:r>
      <w:r/>
    </w:p>
    <w:p>
      <w:pPr>
        <w:pStyle w:val="Heading2"/>
      </w:pPr>
      <w:r>
        <w:t>Where this sits in a national trend</w:t>
      </w:r>
      <w:r/>
    </w:p>
    <w:p>
      <w:r/>
      <w:r>
        <w:t>Incidents like arson attacks and street-level abuse have prompted wider reporting on antisemitic crimes around the UK in recent months. Journalists and outlets have been tracking a rise in reported antisemitic incidents, and community advocates argue this should inform policing priorities and event safety planning. For Pride specifically, organisers now face the task of balancing open celebration with targeted safeguarding measures for vulnerable groups.</w:t>
      </w:r>
      <w:r/>
    </w:p>
    <w:p>
      <w:pPr>
        <w:pStyle w:val="Heading2"/>
      </w:pPr>
      <w:r>
        <w:t>What organisers, stewards and attendees can do now</w:t>
      </w:r>
      <w:r/>
    </w:p>
    <w:p>
      <w:r/>
      <w:r>
        <w:t>Organisers: create clear reporting routes, designate protected areas for groups who want them, and publish post-event incident summaries to build trust. Stewards and volunteers: get basic hate-crime reporting training and know how to escalate incidents to police rapidly. Attendees: if you feel safe to, document abuse discreetly, report to stewards or police on site, and contact advocacy groups afterwards for support. Legal and community organisations can help with preserving evidence and pursuing charges.</w:t>
      </w:r>
      <w:r/>
    </w:p>
    <w:p>
      <w:r/>
      <w:r>
        <w:t>It's a small change in approach , better reporting, clearer protection , that could make public celebrations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12">
        <w:r>
          <w:rPr>
            <w:color w:val="0000EE"/>
            <w:u w:val="single"/>
          </w:rPr>
          <w:t>[6]</w:t>
        </w:r>
      </w:hyperlink>
      <w:r>
        <w:t xml:space="preserve">, </w:t>
      </w:r>
      <w:hyperlink r:id="rId13">
        <w:r>
          <w:rPr>
            <w:color w:val="0000EE"/>
            <w:u w:val="single"/>
          </w:rPr>
          <w:t>[4]</w:t>
        </w:r>
      </w:hyperlink>
      <w:r>
        <w:t xml:space="preserve">- Paragraph 4: </w:t>
      </w:r>
      <w:hyperlink r:id="rId14">
        <w:r>
          <w:rPr>
            <w:color w:val="0000EE"/>
            <w:u w:val="single"/>
          </w:rPr>
          <w:t>[5]</w:t>
        </w:r>
      </w:hyperlink>
      <w:r>
        <w:t xml:space="preserve">, </w:t>
      </w:r>
      <w:hyperlink r:id="rId11">
        <w:r>
          <w:rPr>
            <w:color w:val="0000EE"/>
            <w:u w:val="single"/>
          </w:rPr>
          <w:t>[3]</w:t>
        </w:r>
      </w:hyperlink>
      <w:r>
        <w:t xml:space="preserve">- Paragraph 5: </w:t>
      </w:r>
      <w:hyperlink r:id="rId12">
        <w:r>
          <w:rPr>
            <w:color w:val="0000EE"/>
            <w:u w:val="single"/>
          </w:rPr>
          <w:t>[6]</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https://www.thepinknews.com/2026/07/07/pride-in-london-2026-antisemitism/</w:t>
        </w:r>
      </w:hyperlink>
      <w:r>
        <w:t xml:space="preserve"> - Please view link - unable to able to access data</w:t>
      </w:r>
      <w:r/>
    </w:p>
    <w:p>
      <w:pPr>
        <w:pStyle w:val="ListNumber"/>
        <w:spacing w:line="240" w:lineRule="auto"/>
        <w:ind w:left="720"/>
      </w:pPr>
      <w:r/>
      <w:hyperlink r:id="rId9">
        <w:r>
          <w:rPr>
            <w:color w:val="0000EE"/>
            <w:u w:val="single"/>
          </w:rPr>
          <w:t>https://www.thepinknews.com/2026/07/07/pride-in-london-2026-antisemitism/</w:t>
        </w:r>
      </w:hyperlink>
      <w:r>
        <w:t xml:space="preserve"> - The Metropolitan Police have initiated an investigation into antisemitic abuse directed at Jewish LGBTQ+ attendees during the London Pride march on 4 July 2026. Videos circulating online depict individuals carrying Israeli and Pride flags being confronted with chants such as "go back to your Zionist homeland" and "f*** you, Jews." The Met is reviewing the footage to assess and investigate the incidents. Approximately 650 officers were deployed across London Pride, which saw over 35,000 participants from more than 600 organisations. No arrests were made at the time of the incidents.</w:t>
      </w:r>
      <w:r/>
    </w:p>
    <w:p>
      <w:pPr>
        <w:pStyle w:val="ListNumber"/>
        <w:spacing w:line="240" w:lineRule="auto"/>
        <w:ind w:left="720"/>
      </w:pPr>
      <w:r/>
      <w:hyperlink r:id="rId11">
        <w:r>
          <w:rPr>
            <w:color w:val="0000EE"/>
            <w:u w:val="single"/>
          </w:rPr>
          <w:t>https://www.jpost.com/diaspora/antisemitism/article-901659</w:t>
        </w:r>
      </w:hyperlink>
      <w:r>
        <w:t xml:space="preserve"> - The Jerusalem Post reports that London's Metropolitan Police are investigating antisemitic abuse at the Pride parade after videos and pictures circulated online showing Jewish participants enduring taunts at Saturday's event. The Met stated that officers are "aware of videos circulating online that show antisemitic verbal abuse directed towards attendees" and that footage is being reviewed to assess whether criminal offenses have been committed.</w:t>
      </w:r>
      <w:r/>
    </w:p>
    <w:p>
      <w:pPr>
        <w:pStyle w:val="ListNumber"/>
        <w:spacing w:line="240" w:lineRule="auto"/>
        <w:ind w:left="720"/>
      </w:pPr>
      <w:r/>
      <w:hyperlink r:id="rId13">
        <w:r>
          <w:rPr>
            <w:color w:val="0000EE"/>
            <w:u w:val="single"/>
          </w:rPr>
          <w:t>https://www.theguardian.com/news/2026/may/06/met-police-specialist-unit-antisemitic-hate-crime-london-high</w:t>
        </w:r>
      </w:hyperlink>
      <w:r>
        <w:t xml:space="preserve"> - The Guardian reports that the Metropolitan Police have established a specialist unit as antisemitic hate crimes in London reach a two-year high. A team of 100 extra officers aims to provide a "more consistent model of protection" for Jewish communities. The initiative follows a significant increase in antisemitic incidents, including arson attacks and assaults, prompting the Met to bolster resources dedicated to investigating hate crimes.</w:t>
      </w:r>
      <w:r/>
    </w:p>
    <w:p>
      <w:pPr>
        <w:pStyle w:val="ListNumber"/>
        <w:spacing w:line="240" w:lineRule="auto"/>
        <w:ind w:left="720"/>
      </w:pPr>
      <w:r/>
      <w:hyperlink r:id="rId14">
        <w:r>
          <w:rPr>
            <w:color w:val="0000EE"/>
            <w:u w:val="single"/>
          </w:rPr>
          <w:t>https://www.itv.com/news/london/2026/04/19/latest-north-west-london-arson-attack-probed-as-antisemitic-hate-crime</w:t>
        </w:r>
      </w:hyperlink>
      <w:r>
        <w:t xml:space="preserve"> - ITV News London reports that the Metropolitan Police are treating a recent arson attack in north-west London as an antisemitic hate crime. The attack targeted a former Jewish charity site in Hendon, Barnet, where a man was seen placing a bag containing incendiary devices. The Met has increased resources in the area following a series of arson and attempted arson attacks in north-west London.</w:t>
      </w:r>
      <w:r/>
    </w:p>
    <w:p>
      <w:pPr>
        <w:pStyle w:val="ListNumber"/>
        <w:spacing w:line="240" w:lineRule="auto"/>
        <w:ind w:left="720"/>
      </w:pPr>
      <w:r/>
      <w:hyperlink r:id="rId12">
        <w:r>
          <w:rPr>
            <w:color w:val="0000EE"/>
            <w:u w:val="single"/>
          </w:rPr>
          <w:t>https://www.itv.com/news/2026/05/05/100-extra-officers-to-tackle-antisemitism-in-london</w:t>
        </w:r>
      </w:hyperlink>
      <w:r>
        <w:t xml:space="preserve"> - ITV News reports that the Metropolitan Police have announced a community protection team of 100 extra officers to help safeguard the Jewish community. The team will be "primarily focused on protecting the Jewish community, which faces some of the highest levels of hate crime alongside significant terrorist and hostile state threats." The initiative aims to provide a more visible, intelligence-led, and coordinated presence focused on protecting Jewish communities across London.</w:t>
      </w:r>
      <w:r/>
    </w:p>
    <w:p>
      <w:pPr>
        <w:pStyle w:val="ListNumber"/>
        <w:spacing w:line="240" w:lineRule="auto"/>
        <w:ind w:left="720"/>
      </w:pPr>
      <w:r/>
      <w:hyperlink r:id="rId10">
        <w:r>
          <w:rPr>
            <w:color w:val="0000EE"/>
            <w:u w:val="single"/>
          </w:rPr>
          <w:t>https://www.aol.co.uk/articles/police-investigating-antisemitic-abuse-hurled-130044000.html</w:t>
        </w:r>
      </w:hyperlink>
      <w:r>
        <w:t xml:space="preserve"> - AOL UK reports that the Metropolitan Police are investigating after clips emerged of antisemitic abuse during London's Pride march on Saturday. Footage widely shared online shows Jewish attendees being harassed and intimidated, while police officers are seen watching on and making no arrests. In one clip, people holding Israeli and rainbow LGBT+ flags can be seen being told to "go back to your Zionist homeland," and being subjected to shouts of "you kill Arab children, you kill gay children" in reference to the war in Gaza.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7/pride-in-london-2026-antisemitism/" TargetMode="External"/><Relationship Id="rId10" Type="http://schemas.openxmlformats.org/officeDocument/2006/relationships/hyperlink" Target="https://www.aol.co.uk/articles/police-investigating-antisemitic-abuse-hurled-130044000.html" TargetMode="External"/><Relationship Id="rId11" Type="http://schemas.openxmlformats.org/officeDocument/2006/relationships/hyperlink" Target="https://www.jpost.com/diaspora/antisemitism/article-901659" TargetMode="External"/><Relationship Id="rId12" Type="http://schemas.openxmlformats.org/officeDocument/2006/relationships/hyperlink" Target="https://www.itv.com/news/2026/05/05/100-extra-officers-to-tackle-antisemitism-in-london" TargetMode="External"/><Relationship Id="rId13" Type="http://schemas.openxmlformats.org/officeDocument/2006/relationships/hyperlink" Target="https://www.theguardian.com/news/2026/may/06/met-police-specialist-unit-antisemitic-hate-crime-london-high" TargetMode="External"/><Relationship Id="rId14" Type="http://schemas.openxmlformats.org/officeDocument/2006/relationships/hyperlink" Target="https://www.itv.com/news/london/2026/04/19/latest-north-west-london-arson-attack-probed-as-antisemitic-hate-cr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