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Ways Dan Levy Rewrote Queer Visibility for TV Audiences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Notice how a single show can change who gets to exist on screen: Dan Levy created worlds where queer life is ordinary, stylish and warmly human , and that shift still matters for casting, fashion and what viewers expect from TV today.</w:t>
      </w:r>
      <w:r/>
    </w:p>
    <w:p>
      <w:r/>
      <w:r>
        <w:t>Essential Takeaways</w:t>
      </w:r>
      <w:r/>
      <w:r/>
    </w:p>
    <w:p>
      <w:pPr>
        <w:pStyle w:val="ListBullet"/>
        <w:spacing w:line="240" w:lineRule="auto"/>
        <w:ind w:left="720"/>
      </w:pPr>
      <w:r/>
      <w:r>
        <w:rPr>
          <w:b/>
        </w:rPr>
        <w:t>Award recognition:</w:t>
      </w:r>
      <w:r>
        <w:t xml:space="preserve"> Dan Levy’s Schitt’s Creek scored major Emmy wins, affirming mainstream appetite for gentle queer storytelling.</w:t>
      </w:r>
      <w:r/>
    </w:p>
    <w:p>
      <w:pPr>
        <w:pStyle w:val="ListBullet"/>
        <w:spacing w:line="240" w:lineRule="auto"/>
        <w:ind w:left="720"/>
      </w:pPr>
      <w:r/>
      <w:r>
        <w:rPr>
          <w:b/>
        </w:rPr>
        <w:t>Deliberate design:</w:t>
      </w:r>
      <w:r>
        <w:t xml:space="preserve"> Costume and style choices became narrative tools, making identity feel lived-in and tactile.</w:t>
      </w:r>
      <w:r/>
    </w:p>
    <w:p>
      <w:pPr>
        <w:pStyle w:val="ListBullet"/>
        <w:spacing w:line="240" w:lineRule="auto"/>
        <w:ind w:left="720"/>
      </w:pPr>
      <w:r/>
      <w:r>
        <w:rPr>
          <w:b/>
        </w:rPr>
        <w:t>Role gap remains:</w:t>
      </w:r>
      <w:r>
        <w:t xml:space="preserve"> Despite success, nuanced queer leads still face narrow casting and limited offers.</w:t>
      </w:r>
      <w:r/>
    </w:p>
    <w:p>
      <w:pPr>
        <w:pStyle w:val="ListBullet"/>
        <w:spacing w:line="240" w:lineRule="auto"/>
        <w:ind w:left="720"/>
      </w:pPr>
      <w:r/>
      <w:r>
        <w:rPr>
          <w:b/>
        </w:rPr>
        <w:t>Cultural impact:</w:t>
      </w:r>
      <w:r>
        <w:t xml:space="preserve"> The show normalised pansexual and queer relationships without trauma as the central plot.</w:t>
      </w:r>
      <w:r/>
    </w:p>
    <w:p>
      <w:pPr>
        <w:pStyle w:val="ListBullet"/>
        <w:spacing w:line="240" w:lineRule="auto"/>
        <w:ind w:left="720"/>
      </w:pPr>
      <w:r/>
      <w:r>
        <w:rPr>
          <w:b/>
        </w:rPr>
        <w:t>Practical note:</w:t>
      </w:r>
      <w:r>
        <w:t xml:space="preserve"> Look for creators who write their own roles , they often broaden representation in ways casting alone cannot.</w:t>
      </w:r>
      <w:r/>
      <w:r/>
    </w:p>
    <w:p>
      <w:pPr>
        <w:pStyle w:val="Heading2"/>
      </w:pPr>
      <w:r>
        <w:t>A soft revolution that won hard awards</w:t>
      </w:r>
      <w:r/>
    </w:p>
    <w:p>
      <w:r/>
      <w:r>
        <w:t>Schitt’s Creek’s Emmy sweep in 2020 announced something simple and surprising: audiences and critics were ready for a show that treated queer love as ordinary rather than crisis-driven. According to coverage at the time, the series picked up multiple top prizes, signalling both industry recognition and cultural shift. The wins mattered because they proved that gentle, character-led queer comedy could top awards ballots, not just niche festivals.</w:t>
      </w:r>
      <w:r/>
    </w:p>
    <w:p>
      <w:pPr>
        <w:pStyle w:val="Heading2"/>
      </w:pPr>
      <w:r>
        <w:t>Style as character , why the costumes matter</w:t>
      </w:r>
      <w:r/>
    </w:p>
    <w:p>
      <w:r/>
      <w:r>
        <w:t>Dan Levy didn’t leave David Rose’s look to chance; fashion became an extension of storytelling. Vogue and other outlets have written about Levy’s close work with designers and how monochrome palettes, dramatic silhouettes and signature eyewear helped map a personality on screen. The result felt tactile , the clothes looked like choices a person might actually make, not costumes piled on a stereotype.</w:t>
      </w:r>
      <w:r/>
    </w:p>
    <w:p>
      <w:pPr>
        <w:pStyle w:val="Heading2"/>
      </w:pPr>
      <w:r>
        <w:t>Creating a world, not a checklist</w:t>
      </w:r>
      <w:r/>
    </w:p>
    <w:p>
      <w:r/>
      <w:r>
        <w:t>Levy has said he wanted to build a city where folks didn’t have to worry about who they were to be accepted, and Schitt’s Creek does exactly that. By designing a community where queer identity never had to be the crisis of the week, the show offered an alternative to trauma-heavy narratives that have long dominated queer representation. That alternative reassures viewers who longed for calm, readable depictions of love and friendship.</w:t>
      </w:r>
      <w:r/>
    </w:p>
    <w:p>
      <w:pPr>
        <w:pStyle w:val="Heading2"/>
      </w:pPr>
      <w:r>
        <w:t>Success didn’t erase the industry’s blind spots</w:t>
      </w:r>
      <w:r/>
    </w:p>
    <w:p>
      <w:r/>
      <w:r>
        <w:t>Even after Emmy glory, nuanced parts didn’t flood in for Levy. Reports and industry discussion pointed to a sobering truth: prestige and visibility don’t automatically translate into diverse casting pipelines. Shows with queer leads still often find their stars funnelled into variations on the same roles, rather than offered the full creative range of characters available to their straight counterparts.</w:t>
      </w:r>
      <w:r/>
    </w:p>
    <w:p>
      <w:pPr>
        <w:pStyle w:val="Heading2"/>
      </w:pPr>
      <w:r>
        <w:t>Why creator-led projects shift the needle</w:t>
      </w:r>
      <w:r/>
    </w:p>
    <w:p>
      <w:r/>
      <w:r>
        <w:t>When actors write, direct and produce their own material, they control the vocabulary of representation. Levy wore several hats on Schitt’s Creek , that kind of ownership lets creators build fuller, stranger, kinder people who aren’t there to teach a lesson. For viewers and aspiring writers, the takeaway is clear: backing creator-led work is one of the quickest ways to see more honest diversity on screen.</w:t>
      </w:r>
      <w:r/>
    </w:p>
    <w:p>
      <w:pPr>
        <w:pStyle w:val="Heading2"/>
      </w:pPr>
      <w:r>
        <w:t>What viewers and industry can do next</w:t>
      </w:r>
      <w:r/>
    </w:p>
    <w:p>
      <w:r/>
      <w:r>
        <w:t>If you liked what Schitt’s Creek offered, keep watching creators who centre lived experience and invest in indie projects that prioritise authenticity. For industry folk, the practical move is to greenlight writers and showrunners from underrepresented backgrounds and trust them with budgets and promotions. For viewers, seek out interviews and fashion breakdowns , they reveal the craft behind the comfort.</w:t>
      </w:r>
      <w:r/>
    </w:p>
    <w:p>
      <w:r/>
      <w:r>
        <w:t>It’s a small, stylish revolution that still matters: build the worlds you want to find, and others will start to live in them.</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2">
        <w:r>
          <w:rPr>
            <w:color w:val="0000EE"/>
            <w:u w:val="single"/>
          </w:rPr>
          <w:t>[4]</w:t>
        </w:r>
      </w:hyperlink>
      <w:r>
        <w:t xml:space="preserve">, </w:t>
      </w:r>
      <w:hyperlink r:id="rId13">
        <w:r>
          <w:rPr>
            <w:color w:val="0000EE"/>
            <w:u w:val="single"/>
          </w:rPr>
          <w:t>[5]</w:t>
        </w:r>
      </w:hyperlink>
      <w:r>
        <w:t xml:space="preserve">- Paragraph 3: </w:t>
      </w:r>
      <w:hyperlink r:id="rId9">
        <w:r>
          <w:rPr>
            <w:color w:val="0000EE"/>
            <w:u w:val="single"/>
          </w:rPr>
          <w:t>[1]</w:t>
        </w:r>
      </w:hyperlink>
      <w:r>
        <w:t xml:space="preserve">, </w:t>
      </w:r>
      <w:hyperlink r:id="rId14">
        <w:r>
          <w:rPr>
            <w:color w:val="0000EE"/>
            <w:u w:val="single"/>
          </w:rPr>
          <w:t>[6]</w:t>
        </w:r>
      </w:hyperlink>
      <w:r>
        <w:t xml:space="preserve">- Paragraph 4: </w:t>
      </w:r>
      <w:hyperlink r:id="rId9">
        <w:r>
          <w:rPr>
            <w:color w:val="0000EE"/>
            <w:u w:val="single"/>
          </w:rPr>
          <w:t>[1]</w:t>
        </w:r>
      </w:hyperlink>
      <w:r>
        <w:t xml:space="preserve">, </w:t>
      </w:r>
      <w:hyperlink r:id="rId11">
        <w:r>
          <w:rPr>
            <w:color w:val="0000EE"/>
            <w:u w:val="single"/>
          </w:rPr>
          <w:t>[3]</w:t>
        </w:r>
      </w:hyperlink>
      <w:r>
        <w:t xml:space="preserve">- Paragraph 5: </w:t>
      </w:r>
      <w:hyperlink r:id="rId9">
        <w:r>
          <w:rPr>
            <w:color w:val="0000EE"/>
            <w:u w:val="single"/>
          </w:rPr>
          <w:t>[1]</w:t>
        </w:r>
      </w:hyperlink>
      <w:r>
        <w:t xml:space="preserve">, </w:t>
      </w:r>
      <w:hyperlink r:id="rId12">
        <w:r>
          <w:rPr>
            <w:color w:val="0000EE"/>
            <w:u w:val="single"/>
          </w:rPr>
          <w:t>[4]</w:t>
        </w:r>
      </w:hyperlink>
      <w:r>
        <w:t xml:space="preserve">- Paragraph 6: </w:t>
      </w:r>
      <w:hyperlink r:id="rId10">
        <w:r>
          <w:rPr>
            <w:color w:val="0000EE"/>
            <w:u w:val="single"/>
          </w:rPr>
          <w:t>[2]</w:t>
        </w:r>
      </w:hyperlink>
      <w:r>
        <w:t xml:space="preserve">, </w:t>
      </w:r>
      <w:hyperlink r:id="rId15">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https://missy-magazine.de/blog/2026/07/07/der-sensible-schwule-mann/</w:t>
        </w:r>
      </w:hyperlink>
      <w:r>
        <w:t xml:space="preserve"> - Please view link - unable to able to access data</w:t>
      </w:r>
      <w:r/>
    </w:p>
    <w:p>
      <w:pPr>
        <w:pStyle w:val="ListNumber"/>
        <w:spacing w:line="240" w:lineRule="auto"/>
        <w:ind w:left="720"/>
      </w:pPr>
      <w:r/>
      <w:hyperlink r:id="rId10">
        <w:r>
          <w:rPr>
            <w:color w:val="0000EE"/>
            <w:u w:val="single"/>
          </w:rPr>
          <w:t>https://www.teenvogue.com/story/schitts-creek-wins-emmys-2020</w:t>
        </w:r>
      </w:hyperlink>
      <w:r>
        <w:t xml:space="preserve"> - In 2020, 'Schitt's Creek' achieved a historic sweep at the Emmy Awards, winning seven awards, including Best Comedy Series. Dan Levy, the show's co-creator and star, received Emmys for writing, directing, and supporting actor in a comedy series. The series was praised for its inclusive storytelling and positive portrayal of LGBTQ+ characters, marking a significant moment in television history.</w:t>
      </w:r>
      <w:r/>
    </w:p>
    <w:p>
      <w:pPr>
        <w:pStyle w:val="ListNumber"/>
        <w:spacing w:line="240" w:lineRule="auto"/>
        <w:ind w:left="720"/>
      </w:pPr>
      <w:r/>
      <w:hyperlink r:id="rId11">
        <w:r>
          <w:rPr>
            <w:color w:val="0000EE"/>
            <w:u w:val="single"/>
          </w:rPr>
          <w:t>https://www.latimes.com/entertainment-arts/tv/story/2020-09-20/schitts-creek-emmys-2020-historic-wins</w:t>
        </w:r>
      </w:hyperlink>
      <w:r>
        <w:t xml:space="preserve"> - 'Schitt's Creek' made history at the 2020 Emmy Awards by becoming the first comedy program to sweep all seven major series prize categories. The show won Best Comedy Series, and its cast members, including Dan Levy, received awards in acting categories. The series was lauded for its heartfelt storytelling and representation of LGBTQ+ characters, resonating with audiences and critics alike.</w:t>
      </w:r>
      <w:r/>
    </w:p>
    <w:p>
      <w:pPr>
        <w:pStyle w:val="ListNumber"/>
        <w:spacing w:line="240" w:lineRule="auto"/>
        <w:ind w:left="720"/>
      </w:pPr>
      <w:r/>
      <w:hyperlink r:id="rId12">
        <w:r>
          <w:rPr>
            <w:color w:val="0000EE"/>
            <w:u w:val="single"/>
          </w:rPr>
          <w:t>https://www.vogue.com/article/dan-levy-dl-eyewear-relaunch</w:t>
        </w:r>
      </w:hyperlink>
      <w:r>
        <w:t xml:space="preserve"> - Dan Levy, known for his role in 'Schitt's Creek,' relaunched his eyewear line, drawing design inspiration from his work on the show. Collaborating with costume designer Debra Hanson, Levy emphasized the significance of every clothing and accessory piece, reflecting his commitment to thoughtful design and representation in fashion.</w:t>
      </w:r>
      <w:r/>
    </w:p>
    <w:p>
      <w:pPr>
        <w:pStyle w:val="ListNumber"/>
        <w:spacing w:line="240" w:lineRule="auto"/>
        <w:ind w:left="720"/>
      </w:pPr>
      <w:r/>
      <w:hyperlink r:id="rId13">
        <w:r>
          <w:rPr>
            <w:color w:val="0000EE"/>
            <w:u w:val="single"/>
          </w:rPr>
          <w:t>https://www.latimes.com/entertainment-arts/tv/story/2020-08-25/schitts-creek-costumes-moira-rose</w:t>
        </w:r>
      </w:hyperlink>
      <w:r>
        <w:t xml:space="preserve"> - The Los Angeles Times delved into the costume design of 'Schitt's Creek,' focusing on the character Moira Rose. Costume designer Debra Hanson, in collaboration with Dan Levy, crafted Moira's distinctive style, blending eccentricity with high fashion. The article highlights the creative process behind Moira's wardrobe, contributing to the character's iconic status.</w:t>
      </w:r>
      <w:r/>
    </w:p>
    <w:p>
      <w:pPr>
        <w:pStyle w:val="ListNumber"/>
        <w:spacing w:line="240" w:lineRule="auto"/>
        <w:ind w:left="720"/>
      </w:pPr>
      <w:r/>
      <w:hyperlink r:id="rId14">
        <w:r>
          <w:rPr>
            <w:color w:val="0000EE"/>
            <w:u w:val="single"/>
          </w:rPr>
          <w:t>https://www.jta.org/2020/09/21/culture/schitts-creek-sweeps-the-2020-emmys-and-makes-history</w:t>
        </w:r>
      </w:hyperlink>
      <w:r>
        <w:t xml:space="preserve"> - The Jewish Telegraphic Agency reported on 'Schitt's Creek' sweeping the 2020 Emmy Awards, marking a historic achievement for the series. The show won every comedy category for its sixth and final season, with co-creator Dan Levy receiving four awards. The article highlights the show's impact and significance in television history.</w:t>
      </w:r>
      <w:r/>
    </w:p>
    <w:p>
      <w:pPr>
        <w:pStyle w:val="ListNumber"/>
        <w:spacing w:line="240" w:lineRule="auto"/>
        <w:ind w:left="720"/>
      </w:pPr>
      <w:r/>
      <w:hyperlink r:id="rId15">
        <w:r>
          <w:rPr>
            <w:color w:val="0000EE"/>
            <w:u w:val="single"/>
          </w:rPr>
          <w:t>https://www.tvguide.com/news/emmys-2020-schitts-creek-wins-outstanding-comedy-series/</w:t>
        </w:r>
      </w:hyperlink>
      <w:r>
        <w:t xml:space="preserve"> - TV Guide covered 'Schitt's Creek' winning Outstanding Comedy Series at the 2020 Emmy Awards. The article discusses the show's journey, its themes of love and acceptance, and its impact on audiences. It also highlights Dan Levy's role in the series and his contributions to its success.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missy-magazine.de/blog/2026/07/07/der-sensible-schwule-mann/" TargetMode="External"/><Relationship Id="rId10" Type="http://schemas.openxmlformats.org/officeDocument/2006/relationships/hyperlink" Target="https://www.teenvogue.com/story/schitts-creek-wins-emmys-2020" TargetMode="External"/><Relationship Id="rId11" Type="http://schemas.openxmlformats.org/officeDocument/2006/relationships/hyperlink" Target="https://www.latimes.com/entertainment-arts/tv/story/2020-09-20/schitts-creek-emmys-2020-historic-wins" TargetMode="External"/><Relationship Id="rId12" Type="http://schemas.openxmlformats.org/officeDocument/2006/relationships/hyperlink" Target="https://www.vogue.com/article/dan-levy-dl-eyewear-relaunch" TargetMode="External"/><Relationship Id="rId13" Type="http://schemas.openxmlformats.org/officeDocument/2006/relationships/hyperlink" Target="https://www.latimes.com/entertainment-arts/tv/story/2020-08-25/schitts-creek-costumes-moira-rose" TargetMode="External"/><Relationship Id="rId14" Type="http://schemas.openxmlformats.org/officeDocument/2006/relationships/hyperlink" Target="https://www.jta.org/2020/09/21/culture/schitts-creek-sweeps-the-2020-emmys-and-makes-history" TargetMode="External"/><Relationship Id="rId15" Type="http://schemas.openxmlformats.org/officeDocument/2006/relationships/hyperlink" Target="https://www.tvguide.com/news/emmys-2020-schitts-creek-wins-outstanding-comedy-seri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