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Tribute to a Trailblazing LGBTQ Bar: Milwaukee’s M&amp;M Club Reunion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returning visibility: community members, politicians and former patrons reunited in Milwaukee to mark the 50th anniversary of the M&amp;M Club, a bar that quietly reshaped local LGBTQ life by going on display and demanding to be seen. It’s a reminder of how places matter.</w:t>
      </w:r>
      <w:r/>
    </w:p>
    <w:p>
      <w:r/>
      <w:r>
        <w:t>Essential Takeaways</w:t>
      </w:r>
      <w:r/>
      <w:r/>
    </w:p>
    <w:p>
      <w:pPr>
        <w:pStyle w:val="ListBullet"/>
        <w:spacing w:line="240" w:lineRule="auto"/>
        <w:ind w:left="720"/>
      </w:pPr>
      <w:r/>
      <w:r>
        <w:rPr>
          <w:b/>
        </w:rPr>
        <w:t>Historic act of visibility:</w:t>
      </w:r>
      <w:r>
        <w:t xml:space="preserve"> The M&amp;M Club removed its window coverings in 1984, making the space openly visible to the street and challenging norms.</w:t>
      </w:r>
      <w:r/>
    </w:p>
    <w:p>
      <w:pPr>
        <w:pStyle w:val="ListBullet"/>
        <w:spacing w:line="240" w:lineRule="auto"/>
        <w:ind w:left="720"/>
      </w:pPr>
      <w:r/>
      <w:r>
        <w:rPr>
          <w:b/>
        </w:rPr>
        <w:t>Longstanding community hub:</w:t>
      </w:r>
      <w:r>
        <w:t xml:space="preserve"> The bar operated for 30 years at Water and Erie streets before closing in 2006, leaving a strong legacy.</w:t>
      </w:r>
      <w:r/>
    </w:p>
    <w:p>
      <w:pPr>
        <w:pStyle w:val="ListBullet"/>
        <w:spacing w:line="240" w:lineRule="auto"/>
        <w:ind w:left="720"/>
      </w:pPr>
      <w:r/>
      <w:r>
        <w:rPr>
          <w:b/>
        </w:rPr>
        <w:t>High-profile recognition:</w:t>
      </w:r>
      <w:r>
        <w:t xml:space="preserve"> Governor Tony Evers, Mayor Cavalier Johnson and County Executive David Crowley presented civic honours at the reunion.</w:t>
      </w:r>
      <w:r/>
    </w:p>
    <w:p>
      <w:pPr>
        <w:pStyle w:val="ListBullet"/>
        <w:spacing w:line="240" w:lineRule="auto"/>
        <w:ind w:left="720"/>
      </w:pPr>
      <w:r/>
      <w:r>
        <w:rPr>
          <w:b/>
        </w:rPr>
        <w:t>Ongoing remembrance:</w:t>
      </w:r>
      <w:r>
        <w:t xml:space="preserve"> The owner, Bob Schmidt, returns periodically for anniversary events; a historical marker now marks the former site.</w:t>
      </w:r>
      <w:r/>
    </w:p>
    <w:p>
      <w:pPr>
        <w:pStyle w:val="ListBullet"/>
        <w:spacing w:line="240" w:lineRule="auto"/>
        <w:ind w:left="720"/>
      </w:pPr>
      <w:r/>
      <w:r>
        <w:rPr>
          <w:b/>
        </w:rPr>
        <w:t>Warm, familiar tone:</w:t>
      </w:r>
      <w:r>
        <w:t xml:space="preserve"> Reunion events mix nostalgia, music and stories, with an easy, celebratory atmosphere and plenty of hugs.</w:t>
      </w:r>
      <w:r/>
      <w:r/>
    </w:p>
    <w:p>
      <w:pPr>
        <w:pStyle w:val="Heading2"/>
      </w:pPr>
      <w:r>
        <w:t>How a simple act changed the street’s view of queer life</w:t>
      </w:r>
      <w:r/>
    </w:p>
    <w:p>
      <w:r/>
      <w:r>
        <w:t>The boldest detail about the M&amp;M Club is tactile: in 1984 the owner, Bob Schmidt, literally tore down the window coverings so passers-by could see inside. That small, physical change felt huge to people who’d long accepted discretion as safety. Locals still talk about the moment as a measured dare, quietly insisting that LGBTQ life belonged in plain sight. Community recollections at reunion events are full of sensory cues: the hum of conversation, neon glow, and the relief of being visible.</w:t>
      </w:r>
      <w:r/>
    </w:p>
    <w:p>
      <w:pPr>
        <w:pStyle w:val="Heading2"/>
      </w:pPr>
      <w:r>
        <w:t>Why the M&amp;M Club mattered beyond late nights</w:t>
      </w:r>
      <w:r/>
    </w:p>
    <w:p>
      <w:r/>
      <w:r>
        <w:t>The bar’s three-decade run at Water and Erie made it more than a place to drink; it was a meeting ground, a refuge and a political symbol. According to organisers of the 50th-anniversary reunion, former patrons travelled back to Milwaukee to swap stories and reconnect. Such venues helped knit networks that supported broader activism and everyday solidarity, and remembering them helps younger generations understand where the city’s progress came from.</w:t>
      </w:r>
      <w:r/>
    </w:p>
    <w:p>
      <w:pPr>
        <w:pStyle w:val="Heading2"/>
      </w:pPr>
      <w:r>
        <w:t>Politicians turned up , and that says something about changing times</w:t>
      </w:r>
      <w:r/>
    </w:p>
    <w:p>
      <w:r/>
      <w:r>
        <w:t>State, city and county leaders didn’t just send a statement; they showed up. Governor Tony Evers, Mayor Cavalier Johnson and County Executive David Crowley presented civic recognition to Schmidt at the reunion, underscoring how once-marginalised spaces have entered mainstream civic memory. It’s an illustration of how public acknowledgement of LGBTQ history has moved from the margins to official commemoration, complete with a state-placed historical marker at the former site.</w:t>
      </w:r>
      <w:r/>
    </w:p>
    <w:p>
      <w:pPr>
        <w:pStyle w:val="Heading2"/>
      </w:pPr>
      <w:r>
        <w:t>Reunion vibes: nostalgia, music and practical memory-keeping</w:t>
      </w:r>
      <w:r/>
    </w:p>
    <w:p>
      <w:r/>
      <w:r>
        <w:t>The anniversary parties mix the sentimental and the practical. Reunions happen in familiar settings , like La Cage in Walker’s Point , with playlists, photographs and long conversations filling the room. Organisers have built simple rituals: timeline displays, name tags with years attended, and opportunities to share oral histories. If you’re planning your own reunion for a beloved local spot, think visual memorabilia, short recorded interviews, and a quiet corner for older attendees to sit and reminisce.</w:t>
      </w:r>
      <w:r/>
    </w:p>
    <w:p>
      <w:pPr>
        <w:pStyle w:val="Heading2"/>
      </w:pPr>
      <w:r>
        <w:t>What the M&amp;M Club story tells us about remembering queer spaces</w:t>
      </w:r>
      <w:r/>
    </w:p>
    <w:p>
      <w:r/>
      <w:r>
        <w:t>Places come and go, but the stories they host linger and shape identity. The M&amp;M Club’s removal of curtains was a small, everyday act that doubled as protest; the recent civic recognition and marker show how that act has been woven into public memory. For anyone interested in preserving local queer heritage, the takeaway is clear: document now, celebrate often, and make sure young people can touch the history , photos, playlists, even the smell of the place if you can manage it.</w:t>
      </w:r>
      <w:r/>
    </w:p>
    <w:p>
      <w:r/>
      <w:r>
        <w:t>It's a small change that keeps the past visible and helps guide what comes next.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[7]</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[4]</w:t>
        </w:r>
      </w:hyperlink>
      <w:r>
        <w:t xml:space="preserve">- Paragraph 4: </w:t>
      </w:r>
      <w:hyperlink r:id="rId10">
        <w:r>
          <w:rPr>
            <w:color w:val="0000EE"/>
            <w:u w:val="single"/>
          </w:rPr>
          <w:t>[2]</w:t>
        </w:r>
      </w:hyperlink>
      <w:r>
        <w:t xml:space="preserve">, </w:t>
      </w:r>
      <w:hyperlink r:id="rId13">
        <w:r>
          <w:rPr>
            <w:color w:val="0000EE"/>
            <w:u w:val="single"/>
          </w:rPr>
          <w:t>[5]</w:t>
        </w:r>
      </w:hyperlink>
      <w:r>
        <w:t xml:space="preserve">- Paragraph 5: </w:t>
      </w:r>
      <w:hyperlink r:id="rId15">
        <w:r>
          <w:rPr>
            <w:color w:val="0000EE"/>
            <w:u w:val="single"/>
          </w:rPr>
          <w:t>[6]</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https://www.wisn.com/article/trailblazing-lgbtq-bar-in-milwaukee-celebrates-50th-anniversary/71843463</w:t>
        </w:r>
      </w:hyperlink>
      <w:r>
        <w:t xml:space="preserve"> - Please view link - unable to able to access data</w:t>
      </w:r>
      <w:r/>
    </w:p>
    <w:p>
      <w:pPr>
        <w:pStyle w:val="ListNumber"/>
        <w:spacing w:line="240" w:lineRule="auto"/>
        <w:ind w:left="720"/>
      </w:pPr>
      <w:r/>
      <w:hyperlink r:id="rId10">
        <w:r>
          <w:rPr>
            <w:color w:val="0000EE"/>
            <w:u w:val="single"/>
          </w:rPr>
          <w:t>https://ourliveswisconsin.com/event/mm-club-the-50th-anniversary-reunion/</w:t>
        </w:r>
      </w:hyperlink>
      <w:r>
        <w:t xml:space="preserve"> - The M&amp;M Club, a significant LGBTQ venue in Milwaukee, celebrated its 50th anniversary on July 5, 2026. The reunion event featured a retro drag show, drink specials, a photo exhibit, and sidewalk seating. Bob Schmidt, the club's founder, received a special award for his contributions to Milwaukee's LGBTQ community. The event was presented in loving memory of Ron 'Rona' Thate. (</w:t>
      </w:r>
      <w:hyperlink r:id="rId16">
        <w:r>
          <w:rPr>
            <w:color w:val="0000EE"/>
            <w:u w:val="single"/>
          </w:rPr>
          <w:t>ourliveswisconsin.com</w:t>
        </w:r>
      </w:hyperlink>
      <w:r>
        <w:t>)</w:t>
      </w:r>
      <w:r/>
    </w:p>
    <w:p>
      <w:pPr>
        <w:pStyle w:val="ListNumber"/>
        <w:spacing w:line="240" w:lineRule="auto"/>
        <w:ind w:left="720"/>
      </w:pPr>
      <w:r/>
      <w:hyperlink r:id="rId11">
        <w:r>
          <w:rPr>
            <w:color w:val="0000EE"/>
            <w:u w:val="single"/>
          </w:rPr>
          <w:t>https://shepherdexpress.com/lgbtq/my-lgbtq-pov/the-50th-anniversary-m-and-ms-club-reunion/</w:t>
        </w:r>
      </w:hyperlink>
      <w:r>
        <w:t xml:space="preserve"> - The M&amp;M Club's 50th Anniversary Reunion took place on July 5, 2026, at LaCage NiteClub. The event honoured Bob Schmidt for his lifetime contributions to Milwaukee's LGBTQ culture. The reunion featured a retro drag show, drink specials, a photo exhibit, and outdoor seating. The event was presented in loving memory of Ron 'Rona' Thate. (</w:t>
      </w:r>
      <w:hyperlink r:id="rId17">
        <w:r>
          <w:rPr>
            <w:color w:val="0000EE"/>
            <w:u w:val="single"/>
          </w:rPr>
          <w:t>shepherdexpress.com</w:t>
        </w:r>
      </w:hyperlink>
      <w:r>
        <w:t>)</w:t>
      </w:r>
      <w:r/>
    </w:p>
    <w:p>
      <w:pPr>
        <w:pStyle w:val="ListNumber"/>
        <w:spacing w:line="240" w:lineRule="auto"/>
        <w:ind w:left="720"/>
      </w:pPr>
      <w:r/>
      <w:hyperlink r:id="rId14">
        <w:r>
          <w:rPr>
            <w:color w:val="0000EE"/>
            <w:u w:val="single"/>
          </w:rPr>
          <w:t>https://urbanmilwaukee.com/pressrelease/mm-club-50th-anniversary-reunion-scheduled-for-sunday-july-5/</w:t>
        </w:r>
      </w:hyperlink>
      <w:r>
        <w:t xml:space="preserve"> - The M&amp;M Club's 50th Anniversary Reunion is scheduled for July 5, 2026, at LaCage NiteClub. The event honours Bob Schmidt for his 50 years of community service. The reunion will feature a retro drag show, drink specials, a photo exhibit, and outdoor seating. The event is presented in loving memory of Ron 'Rona' Thate. (</w:t>
      </w:r>
      <w:hyperlink r:id="rId18">
        <w:r>
          <w:rPr>
            <w:color w:val="0000EE"/>
            <w:u w:val="single"/>
          </w:rPr>
          <w:t>urbanmilwaukee.com</w:t>
        </w:r>
      </w:hyperlink>
      <w:r>
        <w:t>)</w:t>
      </w:r>
      <w:r/>
    </w:p>
    <w:p>
      <w:pPr>
        <w:pStyle w:val="ListNumber"/>
        <w:spacing w:line="240" w:lineRule="auto"/>
        <w:ind w:left="720"/>
      </w:pPr>
      <w:r/>
      <w:hyperlink r:id="rId13">
        <w:r>
          <w:rPr>
            <w:color w:val="0000EE"/>
            <w:u w:val="single"/>
          </w:rPr>
          <w:t>https://onmilwaukee.com/articles/m-and-m-club-50th-reunion</w:t>
        </w:r>
      </w:hyperlink>
      <w:r>
        <w:t xml:space="preserve"> - La Cage NiteClub will host the M&amp;M Club's 50th Anniversary Reunion on July 5, 2026. The event will feature a retro drag show, drink specials, a photo exhibit, and outdoor seating. Bob Schmidt will be honoured with a BeSeen Award and an Honorary Proclamation from Governor Tony Evers for his 50 years of community service. In October, the M&amp;M Club site will receive a State Historic Marker to recognise its historic and cultural impact. (</w:t>
      </w:r>
      <w:hyperlink r:id="rId19">
        <w:r>
          <w:rPr>
            <w:color w:val="0000EE"/>
            <w:u w:val="single"/>
          </w:rPr>
          <w:t>onmilwaukee.com</w:t>
        </w:r>
      </w:hyperlink>
      <w:r>
        <w:t>)</w:t>
      </w:r>
      <w:r/>
    </w:p>
    <w:p>
      <w:pPr>
        <w:pStyle w:val="ListNumber"/>
        <w:spacing w:line="240" w:lineRule="auto"/>
        <w:ind w:left="720"/>
      </w:pPr>
      <w:r/>
      <w:hyperlink r:id="rId15">
        <w:r>
          <w:rPr>
            <w:color w:val="0000EE"/>
            <w:u w:val="single"/>
          </w:rPr>
          <w:t>https://www.facebook.com/wislgbtqhistory/photos/we-didnt-get-them-in-2016we-didnt-get-them-in-2022but-we-did-get-them-for-the-mm/1469847188491989/</w:t>
        </w:r>
      </w:hyperlink>
      <w:r>
        <w:t xml:space="preserve"> - The Wisconsin LGBTQ History Project announced the installation of a State Historic Marker at the former site of the M&amp;M Club. The marker recognises the club's impact on Milwaukee's LGBTQ community. The announcement was made on Facebook, highlighting the significance of the M&amp;M Club in the city's history. (</w:t>
      </w:r>
      <w:hyperlink r:id="rId20">
        <w:r>
          <w:rPr>
            <w:color w:val="0000EE"/>
            <w:u w:val="single"/>
          </w:rPr>
          <w:t>facebook.com</w:t>
        </w:r>
      </w:hyperlink>
      <w:r>
        <w:t>)</w:t>
      </w:r>
      <w:r/>
    </w:p>
    <w:p>
      <w:pPr>
        <w:pStyle w:val="ListNumber"/>
        <w:spacing w:line="240" w:lineRule="auto"/>
        <w:ind w:left="720"/>
      </w:pPr>
      <w:r/>
      <w:hyperlink r:id="rId12">
        <w:r>
          <w:rPr>
            <w:color w:val="0000EE"/>
            <w:u w:val="single"/>
          </w:rPr>
          <w:t>https://archive.wislgbthistory.com/business/bars/mandm.htm</w:t>
        </w:r>
      </w:hyperlink>
      <w:r>
        <w:t xml:space="preserve"> - The M&amp;M Club, located at 124 N. Water Street in Milwaukee, was a prominent LGBTQ destination from its opening on July 4, 1976, until its closure in May 2006. Founded by Bob Schmidt, the club featured a full-service restaurant, live entertainment, and a patio designed by artist Robert Uyvari. It played a significant role in Milwaukee's LGBTQ community for nearly 30 years. (</w:t>
      </w:r>
      <w:hyperlink r:id="rId21">
        <w:r>
          <w:rPr>
            <w:color w:val="0000EE"/>
            <w:u w:val="single"/>
          </w:rPr>
          <w:t>archive.wislgbthistory.com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isn.com/article/trailblazing-lgbtq-bar-in-milwaukee-celebrates-50th-anniversary/71843463" TargetMode="External"/><Relationship Id="rId10" Type="http://schemas.openxmlformats.org/officeDocument/2006/relationships/hyperlink" Target="https://ourliveswisconsin.com/event/mm-club-the-50th-anniversary-reunion/" TargetMode="External"/><Relationship Id="rId11" Type="http://schemas.openxmlformats.org/officeDocument/2006/relationships/hyperlink" Target="https://shepherdexpress.com/lgbtq/my-lgbtq-pov/the-50th-anniversary-m-and-ms-club-reunion/" TargetMode="External"/><Relationship Id="rId12" Type="http://schemas.openxmlformats.org/officeDocument/2006/relationships/hyperlink" Target="https://archive.wislgbthistory.com/business/bars/mandm.htm" TargetMode="External"/><Relationship Id="rId13" Type="http://schemas.openxmlformats.org/officeDocument/2006/relationships/hyperlink" Target="https://onmilwaukee.com/articles/m-and-m-club-50th-reunion" TargetMode="External"/><Relationship Id="rId14" Type="http://schemas.openxmlformats.org/officeDocument/2006/relationships/hyperlink" Target="https://urbanmilwaukee.com/pressrelease/mm-club-50th-anniversary-reunion-scheduled-for-sunday-july-5/" TargetMode="External"/><Relationship Id="rId15" Type="http://schemas.openxmlformats.org/officeDocument/2006/relationships/hyperlink" Target="https://www.facebook.com/wislgbtqhistory/photos/we-didnt-get-them-in-2016we-didnt-get-them-in-2022but-we-did-get-them-for-the-mm/1469847188491989/" TargetMode="External"/><Relationship Id="rId16" Type="http://schemas.openxmlformats.org/officeDocument/2006/relationships/hyperlink" Target="https://ourliveswisconsin.com/event/mm-club-the-50th-anniversary-reunion/?utm_source=openai" TargetMode="External"/><Relationship Id="rId17" Type="http://schemas.openxmlformats.org/officeDocument/2006/relationships/hyperlink" Target="https://shepherdexpress.com/lgbtq/my-lgbtq-pov/the-50th-anniversary-m-and-ms-club-reunion/?utm_source=openai" TargetMode="External"/><Relationship Id="rId18" Type="http://schemas.openxmlformats.org/officeDocument/2006/relationships/hyperlink" Target="https://urbanmilwaukee.com/pressrelease/mm-club-50th-anniversary-reunion-scheduled-for-sunday-july-5/?utm_source=openai" TargetMode="External"/><Relationship Id="rId19" Type="http://schemas.openxmlformats.org/officeDocument/2006/relationships/hyperlink" Target="https://onmilwaukee.com/articles/m-and-m-club-50th-reunion?utm_source=openai" TargetMode="External"/><Relationship Id="rId20" Type="http://schemas.openxmlformats.org/officeDocument/2006/relationships/hyperlink" Target="https://www.facebook.com/wislgbtqhistory/photos/we-didnt-get-them-in-2016we-didnt-get-them-in-2022but-we-did-get-them-for-the-mm/1469847188491989/?utm_source=openai" TargetMode="External"/><Relationship Id="rId21" Type="http://schemas.openxmlformats.org/officeDocument/2006/relationships/hyperlink" Target="https://archive.wislgbthistory.com/business/bars/mandm.htm?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