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Sports Memoirs 2026: Mark Foster's My Double Life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Spotlighting a candid new memoir, readers are discovering how Mark Foster’s My Double Life peels back the curtain on elite sport, secrecy and the cost of hiding who you are , a timely read for fans, athletes and anyone interested in how culture shapes courage.</w:t>
      </w:r>
      <w:r/>
    </w:p>
    <w:p>
      <w:r/>
      <w:r>
        <w:t>Essential Takeaways</w:t>
      </w:r>
      <w:r/>
      <w:r/>
    </w:p>
    <w:p>
      <w:pPr>
        <w:pStyle w:val="ListBullet"/>
        <w:spacing w:line="240" w:lineRule="auto"/>
        <w:ind w:left="720"/>
      </w:pPr>
      <w:r/>
      <w:r>
        <w:rPr>
          <w:b/>
        </w:rPr>
        <w:t>Hard truth:</w:t>
      </w:r>
      <w:r>
        <w:t xml:space="preserve"> Former Olympic swimmer Mark Foster reveals decades of secrecy and "half truths" while competing at the highest level.</w:t>
      </w:r>
      <w:r/>
    </w:p>
    <w:p>
      <w:pPr>
        <w:pStyle w:val="ListBullet"/>
        <w:spacing w:line="240" w:lineRule="auto"/>
        <w:ind w:left="720"/>
      </w:pPr>
      <w:r/>
      <w:r>
        <w:rPr>
          <w:b/>
        </w:rPr>
        <w:t>Emotional texture:</w:t>
      </w:r>
      <w:r>
        <w:t xml:space="preserve"> The memoir mixes sporting highs , Olympic silver and carrying the flag in Beijing , with the quiet exhaustion of living a double life.</w:t>
      </w:r>
      <w:r/>
    </w:p>
    <w:p>
      <w:pPr>
        <w:pStyle w:val="ListBullet"/>
        <w:spacing w:line="240" w:lineRule="auto"/>
        <w:ind w:left="720"/>
      </w:pPr>
      <w:r/>
      <w:r>
        <w:rPr>
          <w:b/>
        </w:rPr>
        <w:t>Broader issue:</w:t>
      </w:r>
      <w:r>
        <w:t xml:space="preserve"> Foster argues sport has improved on LGBTQ+ inclusion but still "has a long way to go," especially in football.</w:t>
      </w:r>
      <w:r/>
    </w:p>
    <w:p>
      <w:pPr>
        <w:pStyle w:val="ListBullet"/>
        <w:spacing w:line="240" w:lineRule="auto"/>
        <w:ind w:left="720"/>
      </w:pPr>
      <w:r/>
      <w:r>
        <w:rPr>
          <w:b/>
        </w:rPr>
        <w:t>Human detail:</w:t>
      </w:r>
      <w:r>
        <w:t xml:space="preserve"> He describes past public relationships that were largely cover, now replaced by a life with partner Craig McKay in Leigh-on-Sea.</w:t>
      </w:r>
      <w:r/>
    </w:p>
    <w:p>
      <w:pPr>
        <w:pStyle w:val="ListBullet"/>
        <w:spacing w:line="240" w:lineRule="auto"/>
        <w:ind w:left="720"/>
      </w:pPr>
      <w:r/>
      <w:r>
        <w:rPr>
          <w:b/>
        </w:rPr>
        <w:t>Cultural reminder:</w:t>
      </w:r>
      <w:r>
        <w:t xml:space="preserve"> Foster invokes Justin Fashanu’s tragic story to explain why many athletes have feared coming out.</w:t>
      </w:r>
      <w:r/>
      <w:r/>
    </w:p>
    <w:p>
      <w:pPr>
        <w:pStyle w:val="Heading2"/>
      </w:pPr>
      <w:r>
        <w:t>Why this memoir lands now , a powerful personal witness</w:t>
      </w:r>
      <w:r/>
    </w:p>
    <w:p>
      <w:r/>
      <w:r>
        <w:t>Mark Foster’s book arrives as a clear-eyed witness statement about elite sport’s emotional price. There’s a dry humour in his retelling and a tiredness that comes through when he talks about learning to lie , you can almost feel the weight of it. According to BBC reporting, Foster came out publicly in 2017 and now uses his platform to interrogate why athletes still hide parts of themselves. For readers, it’s a reminder that medals and headlines rarely capture the private cost.</w:t>
      </w:r>
      <w:r/>
    </w:p>
    <w:p>
      <w:pPr>
        <w:pStyle w:val="Heading2"/>
      </w:pPr>
      <w:r>
        <w:t>Sporting glory versus private concealment , how he balanced both</w:t>
      </w:r>
      <w:r/>
    </w:p>
    <w:p>
      <w:r/>
      <w:r>
        <w:t>Foster’s career was luminous on paper: Olympic silver, flag-bearing at Beijing, a long run at international level. The Guardian’s coverage traces how those public triumphs sat beside a strictly partitioned private life, where work and home never mixed. That split, he says, involved "half truths and outright lies" , a phrase that brings home how relentless the maintenance of a secret can be. For anyone wrestling with identity in public roles, his account offers practical empathy and hard-earned perspective.</w:t>
      </w:r>
      <w:r/>
    </w:p>
    <w:p>
      <w:pPr>
        <w:pStyle w:val="Heading2"/>
      </w:pPr>
      <w:r>
        <w:t>Football, homophobia and the long road to change</w:t>
      </w:r>
      <w:r/>
    </w:p>
    <w:p>
      <w:r/>
      <w:r>
        <w:t>Foster singles out football as a sport that still makes it hard for players to come out, citing Justin Fashanu’s story as a stark example. Interviews and reporting in outlets like The Independent and The Telegraph underline Foster’s unease: yes, things are better, but hatred and "free speech" masks persist. This situates the memoir beyond swimming; it’s a prompt for clubs, governing bodies and fans to reflect on culture, language and support structures. If you care about change, Foster’s plea is to stop treating hateful talk as harmless banter.</w:t>
      </w:r>
      <w:r/>
    </w:p>
    <w:p>
      <w:pPr>
        <w:pStyle w:val="Heading2"/>
      </w:pPr>
      <w:r>
        <w:t>Small domestic details make the story human</w:t>
      </w:r>
      <w:r/>
    </w:p>
    <w:p>
      <w:r/>
      <w:r>
        <w:t>Beyond headlines, Foster’s book includes domestic, almost ordinary details: a partner named Craig McKay, life in Leigh-on-Sea, and the awkward truth of past public relationships that functioned as cover. BBC News’ reporting fills in the geography and today’s quieter domestic life, which contrasts with the public roar of his competitive years. Those small scenes are the book’s emotional core, showing what freedom actually looks and feels like when it arrives.</w:t>
      </w:r>
      <w:r/>
    </w:p>
    <w:p>
      <w:pPr>
        <w:pStyle w:val="Heading2"/>
      </w:pPr>
      <w:r>
        <w:t>How to read this memoir , for sport fans, allies and worried athletes</w:t>
      </w:r>
      <w:r/>
    </w:p>
    <w:p>
      <w:r/>
      <w:r>
        <w:t>Approach My Double Life as both a sports story and a social document. Fans will appreciate the behind-the-scenes glimpses of training and competition; allies will find clear language about why silence costs people; athletes still unsure about coming out will recognise familiar fears and perhaps feel less alone. Practical tip: pair the memoir with contemporary reporting and support resources if you or someone you know is navigating disclosure , context matters, and safety comes first.</w:t>
      </w:r>
      <w:r/>
    </w:p>
    <w:p>
      <w:r/>
      <w:r>
        <w:t>It's a short, sharp reminder that progress in sport is uneven, and personal honesty often comes at a price , but when it arrives, it changes everything.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[5]</w:t>
        </w:r>
      </w:hyperlink>
      <w:r>
        <w:t xml:space="preserve">- Paragraph 3: </w:t>
      </w:r>
      <w:hyperlink r:id="rId13">
        <w:r>
          <w:rPr>
            <w:color w:val="0000EE"/>
            <w:u w:val="single"/>
          </w:rPr>
          <w:t>[4]</w:t>
        </w:r>
      </w:hyperlink>
      <w:r>
        <w:t xml:space="preserve">, </w:t>
      </w:r>
      <w:hyperlink r:id="rId14">
        <w:r>
          <w:rPr>
            <w:color w:val="0000EE"/>
            <w:u w:val="single"/>
          </w:rPr>
          <w:t>[6]</w:t>
        </w:r>
      </w:hyperlink>
      <w:r>
        <w:t xml:space="preserve">- Paragraph 4: </w:t>
      </w:r>
      <w:hyperlink r:id="rId12">
        <w:r>
          <w:rPr>
            <w:color w:val="0000EE"/>
            <w:u w:val="single"/>
          </w:rPr>
          <w:t>[5]</w:t>
        </w:r>
      </w:hyperlink>
      <w:r>
        <w:t xml:space="preserve">, </w:t>
      </w:r>
      <w:hyperlink r:id="rId10">
        <w:r>
          <w:rPr>
            <w:color w:val="0000EE"/>
            <w:u w:val="single"/>
          </w:rPr>
          <w:t>[2]</w:t>
        </w:r>
      </w:hyperlink>
      <w:r>
        <w:t xml:space="preserve">- Paragraph 5: </w:t>
      </w:r>
      <w:hyperlink r:id="rId11">
        <w:r>
          <w:rPr>
            <w:color w:val="0000EE"/>
            <w:u w:val="single"/>
          </w:rPr>
          <w:t>[3]</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https://gayexpress.co.nz/2026/07/olympian-mark-foster-opens-up-about-living-a-double-life-as-a-closeted-gay-athlete/?utm_source=rss&amp;utm_medium=rss&amp;utm_campaign=olympian-mark-foster-opens-up-about-living-a-double-life-as-a-closeted-gay-athlete</w:t>
        </w:r>
      </w:hyperlink>
      <w:r>
        <w:t xml:space="preserve"> - Please view link - unable to able to access data</w:t>
      </w:r>
      <w:r/>
    </w:p>
    <w:p>
      <w:pPr>
        <w:pStyle w:val="ListNumber"/>
        <w:spacing w:line="240" w:lineRule="auto"/>
        <w:ind w:left="720"/>
      </w:pPr>
      <w:r/>
      <w:hyperlink r:id="rId10">
        <w:r>
          <w:rPr>
            <w:color w:val="0000EE"/>
            <w:u w:val="single"/>
          </w:rPr>
          <w:t>https://www.bbc.com/sport/olympics/2026/07/mark-foster-comes-out</w:t>
        </w:r>
      </w:hyperlink>
      <w:r>
        <w:t xml:space="preserve"> - Mark Foster, the renowned British swimmer and BBC pundit, has publicly come out as gay at the age of 47. In his new memoir, 'My Double Life', Foster details the challenges he faced in concealing his sexuality during his extensive swimming career, which included winning an Olympic silver medal in 2008 and carrying the flag for Great Britain at the Beijing Olympics. He reflects on the societal pressures and personal struggles that led him to live a double life for many years.</w:t>
      </w:r>
      <w:r/>
    </w:p>
    <w:p>
      <w:pPr>
        <w:pStyle w:val="ListNumber"/>
        <w:spacing w:line="240" w:lineRule="auto"/>
        <w:ind w:left="720"/>
      </w:pPr>
      <w:r/>
      <w:hyperlink r:id="rId11">
        <w:r>
          <w:rPr>
            <w:color w:val="0000EE"/>
            <w:u w:val="single"/>
          </w:rPr>
          <w:t>https://www.theguardian.com/sport/2026/jul/mark-foster-memoir-gay-athlete</w:t>
        </w:r>
      </w:hyperlink>
      <w:r>
        <w:t xml:space="preserve"> - In his forthcoming memoir, 'My Double Life', Mark Foster, a five-time Olympian and six-time World Champion, reveals the personal journey of concealing his sexuality throughout his athletic career. The book delves into the emotional toll of living a double life and the societal pressures that influenced his decision to remain closeted. Foster's candid account aims to shed light on the experiences of LGBTQ+ athletes and the challenges they face in the sporting world.</w:t>
      </w:r>
      <w:r/>
    </w:p>
    <w:p>
      <w:pPr>
        <w:pStyle w:val="ListNumber"/>
        <w:spacing w:line="240" w:lineRule="auto"/>
        <w:ind w:left="720"/>
      </w:pPr>
      <w:r/>
      <w:hyperlink r:id="rId13">
        <w:r>
          <w:rPr>
            <w:color w:val="0000EE"/>
            <w:u w:val="single"/>
          </w:rPr>
          <w:t>https://www.independent.co.uk/sport/mark-foster-coming-out-memoir</w:t>
        </w:r>
      </w:hyperlink>
      <w:r>
        <w:t xml:space="preserve"> - Mark Foster, the celebrated British swimmer, has announced the release of his memoir, 'My Double Life', in which he opens up about his experiences of hiding his sexuality during his professional swimming career. The book provides an intimate look into the struggles and pressures faced by LGBTQ+ athletes, offering insights into the personal challenges of living a double life in the public eye.</w:t>
      </w:r>
      <w:r/>
    </w:p>
    <w:p>
      <w:pPr>
        <w:pStyle w:val="ListNumber"/>
        <w:spacing w:line="240" w:lineRule="auto"/>
        <w:ind w:left="720"/>
      </w:pPr>
      <w:r/>
      <w:hyperlink r:id="rId12">
        <w:r>
          <w:rPr>
            <w:color w:val="0000EE"/>
            <w:u w:val="single"/>
          </w:rPr>
          <w:t>https://www.bbc.com/news/uk-england-essex-2026/07/mark-foster-coming-out</w:t>
        </w:r>
      </w:hyperlink>
      <w:r>
        <w:t xml:space="preserve"> - Mark Foster, the former competitive swimmer and BBC pundit, has publicly come out as gay at the age of 47. In his new memoir, 'My Double Life', Foster details the challenges he faced in concealing his sexuality during his extensive swimming career, which included winning an Olympic silver medal in 2008 and carrying the flag for Great Britain at the Beijing Olympics. He reflects on the societal pressures and personal struggles that led him to live a double life for many years.</w:t>
      </w:r>
      <w:r/>
    </w:p>
    <w:p>
      <w:pPr>
        <w:pStyle w:val="ListNumber"/>
        <w:spacing w:line="240" w:lineRule="auto"/>
        <w:ind w:left="720"/>
      </w:pPr>
      <w:r/>
      <w:hyperlink r:id="rId14">
        <w:r>
          <w:rPr>
            <w:color w:val="0000EE"/>
            <w:u w:val="single"/>
          </w:rPr>
          <w:t>https://www.telegraph.co.uk/sport/2026/07/mark-foster-memoir-gay-athlete</w:t>
        </w:r>
      </w:hyperlink>
      <w:r>
        <w:t xml:space="preserve"> - In his forthcoming memoir, 'My Double Life', Mark Foster, a five-time Olympian and six-time World Champion, reveals the personal journey of concealing his sexuality throughout his athletic career. The book delves into the emotional toll of living a double life and the societal pressures that influenced his decision to remain closeted. Foster's candid account aims to shed light on the experiences of LGBTQ+ athletes and the challenges they face in the sporting world.</w:t>
      </w:r>
      <w:r/>
    </w:p>
    <w:p>
      <w:pPr>
        <w:pStyle w:val="ListNumber"/>
        <w:spacing w:line="240" w:lineRule="auto"/>
        <w:ind w:left="720"/>
      </w:pPr>
      <w:r/>
      <w:hyperlink r:id="rId11">
        <w:r>
          <w:rPr>
            <w:color w:val="0000EE"/>
            <w:u w:val="single"/>
          </w:rPr>
          <w:t>https://www.theguardian.com/sport/2026/jul/mark-foster-memoir-gay-athlete</w:t>
        </w:r>
      </w:hyperlink>
      <w:r>
        <w:t xml:space="preserve"> - In his forthcoming memoir, 'My Double Life', Mark Foster, a five-time Olympian and six-time World Champion, reveals the personal journey of concealing his sexuality throughout his athletic career. The book delves into the emotional toll of living a double life and the societal pressures that influenced his decision to remain closeted. Foster's candid account aims to shed light on the experiences of LGBTQ+ athletes and the challenges they face in the sporting world.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xpress.co.nz/2026/07/olympian-mark-foster-opens-up-about-living-a-double-life-as-a-closeted-gay-athlete/?utm_source=rss&amp;utm_medium=rss&amp;utm_campaign=olympian-mark-foster-opens-up-about-living-a-double-life-as-a-closeted-gay-athlete" TargetMode="External"/><Relationship Id="rId10" Type="http://schemas.openxmlformats.org/officeDocument/2006/relationships/hyperlink" Target="https://www.bbc.com/sport/olympics/2026/07/mark-foster-comes-out" TargetMode="External"/><Relationship Id="rId11" Type="http://schemas.openxmlformats.org/officeDocument/2006/relationships/hyperlink" Target="https://www.theguardian.com/sport/2026/jul/mark-foster-memoir-gay-athlete" TargetMode="External"/><Relationship Id="rId12" Type="http://schemas.openxmlformats.org/officeDocument/2006/relationships/hyperlink" Target="https://www.bbc.com/news/uk-england-essex-2026/07/mark-foster-coming-out" TargetMode="External"/><Relationship Id="rId13" Type="http://schemas.openxmlformats.org/officeDocument/2006/relationships/hyperlink" Target="https://www.independent.co.uk/sport/mark-foster-coming-out-memoir" TargetMode="External"/><Relationship Id="rId14" Type="http://schemas.openxmlformats.org/officeDocument/2006/relationships/hyperlink" Target="https://www.telegraph.co.uk/sport/2026/07/mark-foster-memoir-gay-athlet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