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Santa Fe Pride 2024 Guide: Where to Go, Who to See,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with purpose: Santa Fe’s Pride on the Plaza is back and bigger than ever, with an 85-float parade, over 120 booths, live music and performances that put visibility, youth support and community history centre stage this weekend. Here’s what to know, where to stand and why showing up still matters.</w:t>
      </w:r>
      <w:r/>
    </w:p>
    <w:p>
      <w:r/>
      <w:r>
        <w:t>Essential Takeaways</w:t>
      </w:r>
      <w:r/>
      <w:r/>
    </w:p>
    <w:p>
      <w:pPr>
        <w:pStyle w:val="ListBullet"/>
        <w:spacing w:line="240" w:lineRule="auto"/>
        <w:ind w:left="720"/>
      </w:pPr>
      <w:r/>
      <w:r>
        <w:rPr>
          <w:b/>
        </w:rPr>
        <w:t>Biggest gathering:</w:t>
      </w:r>
      <w:r>
        <w:t xml:space="preserve"> Santa Fe Pride features an 85-float parade and more than 120 booths, starting 9am with the parade at 10am. </w:t>
      </w:r>
      <w:r/>
    </w:p>
    <w:p>
      <w:pPr>
        <w:pStyle w:val="ListBullet"/>
        <w:spacing w:line="240" w:lineRule="auto"/>
        <w:ind w:left="720"/>
      </w:pPr>
      <w:r/>
      <w:r>
        <w:rPr>
          <w:b/>
        </w:rPr>
        <w:t>Youth focus:</w:t>
      </w:r>
      <w:r>
        <w:t xml:space="preserve"> Organisers aim to reach young people with visibility, resources and history workshops , emergency support matters. </w:t>
      </w:r>
      <w:r/>
    </w:p>
    <w:p>
      <w:pPr>
        <w:pStyle w:val="ListBullet"/>
        <w:spacing w:line="240" w:lineRule="auto"/>
        <w:ind w:left="720"/>
      </w:pPr>
      <w:r/>
      <w:r>
        <w:rPr>
          <w:b/>
        </w:rPr>
        <w:t>Wide civic participation:</w:t>
      </w:r>
      <w:r>
        <w:t xml:space="preserve"> Local institutions such as Santa Fe Public Schools and the Santa Fe Public Library will be present. </w:t>
      </w:r>
      <w:r/>
    </w:p>
    <w:p>
      <w:pPr>
        <w:pStyle w:val="ListBullet"/>
        <w:spacing w:line="240" w:lineRule="auto"/>
        <w:ind w:left="720"/>
      </w:pPr>
      <w:r/>
      <w:r>
        <w:rPr>
          <w:b/>
        </w:rPr>
        <w:t>Live entertainment:</w:t>
      </w:r>
      <w:r>
        <w:t xml:space="preserve"> Expect DJs, bands, drag and burlesque , performances vary from intimate sets to larger production numbers. </w:t>
      </w:r>
      <w:r/>
    </w:p>
    <w:p>
      <w:pPr>
        <w:pStyle w:val="ListBullet"/>
        <w:spacing w:line="240" w:lineRule="auto"/>
        <w:ind w:left="720"/>
      </w:pPr>
      <w:r/>
      <w:r>
        <w:rPr>
          <w:b/>
        </w:rPr>
        <w:t>Community safety:</w:t>
      </w:r>
      <w:r>
        <w:t xml:space="preserve"> Pride is described by organisers as both celebration and political act in a tense national climate for LGBTQ+ rights.</w:t>
      </w:r>
      <w:r/>
      <w:r/>
    </w:p>
    <w:p>
      <w:pPr>
        <w:pStyle w:val="Heading2"/>
      </w:pPr>
      <w:r>
        <w:t>What’s happening and why the scale feels different this year</w:t>
      </w:r>
      <w:r/>
    </w:p>
    <w:p>
      <w:r/>
      <w:r>
        <w:t>Santa Fe Plaza will be painted rainbow for a full day, with a morning kickoff and a parade that loops through town, creating a festival that’s both noisy and warm. Organisers say this edition is larger than previous years, and you can feel the excitement in the details , more local vendors, fuller programming and a deliberate push to reach young people. According to event organisers, the expanded footprint is meant to create space for celebration and for the quiet work of connection that happens in booths and talks.</w:t>
      </w:r>
      <w:r/>
    </w:p>
    <w:p>
      <w:pPr>
        <w:pStyle w:val="Heading2"/>
      </w:pPr>
      <w:r>
        <w:t>Pride as protest: visibility in a political moment</w:t>
      </w:r>
      <w:r/>
    </w:p>
    <w:p>
      <w:r/>
      <w:r>
        <w:t>Organisers and community leaders frame Pride as inherently political right now, not just festive. With hundreds of anti-LGBTQ+ bills tracked in statehouses and federal actions affecting trans youth, the parade becomes a visible rebuke to exclusion. That tension fuels a lot of the programming , expect booths focusing on legal aid, mental-health resources and youth outreach alongside the glitter and sound systems. Showing up is described as practical solidarity as well as street-level advocacy.</w:t>
      </w:r>
      <w:r/>
    </w:p>
    <w:p>
      <w:pPr>
        <w:pStyle w:val="Heading2"/>
      </w:pPr>
      <w:r>
        <w:t>Where families and young people fit in</w:t>
      </w:r>
      <w:r/>
    </w:p>
    <w:p>
      <w:r/>
      <w:r>
        <w:t>A notable push this year has been to make Pride genuinely youth-friendly and informative. The presence of school and library booths signals a willingness from local institutions to be seen as allies; meanwhile, recent surveys highlight how urgent this is, with many young LGBTQ+ people reporting anxiety and suicidal thoughts. For families attending: look for quieter zones, daytime programming aimed at teens and talk schedules that explain queer history in accessible ways. If you’re bringing kids, plan for sensory breaks and check booth maps for youth-focused groups.</w:t>
      </w:r>
      <w:r/>
    </w:p>
    <w:p>
      <w:pPr>
        <w:pStyle w:val="Heading2"/>
      </w:pPr>
      <w:r>
        <w:t>Drag, performance and local creative energy</w:t>
      </w:r>
      <w:r/>
    </w:p>
    <w:p>
      <w:r/>
      <w:r>
        <w:t>Drag performer Avery, a regular at Santa Fe’s celebrations, says performers tailor shows to their space , intimate venues get quieter, emotional routines; larger stages get choreography and spectacle. This weekend’s drag and burlesque line-up promises a mix of both, with some acts designed to uplift and others to provoke thought. For first-timers, expect highs and low notes: big production numbers that dazzle and smaller moments that land emotionally. If you want front-row energy, arrive early for main-stage sets.</w:t>
      </w:r>
      <w:r/>
    </w:p>
    <w:p>
      <w:pPr>
        <w:pStyle w:val="Heading2"/>
      </w:pPr>
      <w:r>
        <w:t>Practical tips for enjoying Pride on the Plaza</w:t>
      </w:r>
      <w:r/>
    </w:p>
    <w:p>
      <w:r/>
      <w:r>
        <w:t>Plan to arrive early to find parking or hop a bus , public transport and walking are often easiest. Bring water, sun protection and comfortable shoes; the plaza can be crowded and standing for a long parade is sprint-adjacent. If you want quieter moments, identify shaded booths or library spaces for breaks. Volunteers and maps should be available at entrance points , ask for schedules if you’re chasing a particular performance. Finally, be mindful: pictures are great, but respect people’s comfort around being photographed.</w:t>
      </w:r>
      <w:r/>
    </w:p>
    <w:p>
      <w:r/>
      <w:r>
        <w:t>It’s a small change that can make every smile and conversation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4">
        <w:r>
          <w:rPr>
            <w:color w:val="0000EE"/>
            <w:u w:val="single"/>
          </w:rPr>
          <w:t>[4]</w:t>
        </w:r>
      </w:hyperlink>
      <w:r>
        <w:t xml:space="preserve">- Paragraph 5: </w:t>
      </w:r>
      <w:hyperlink r:id="rId15">
        <w:r>
          <w:rPr>
            <w:color w:val="0000EE"/>
            <w:u w:val="single"/>
          </w:rPr>
          <w:t>[5]</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https://newmexiconewsport.com/more-important-than-ever-santa-fe-pride-highlights-visibility-history/</w:t>
        </w:r>
      </w:hyperlink>
      <w:r>
        <w:t xml:space="preserve"> - Please view link - unable to able to access data</w:t>
      </w:r>
      <w:r/>
    </w:p>
    <w:p>
      <w:pPr>
        <w:pStyle w:val="ListNumber"/>
        <w:spacing w:line="240" w:lineRule="auto"/>
        <w:ind w:left="720"/>
      </w:pPr>
      <w:r/>
      <w:hyperlink r:id="rId10">
        <w:r>
          <w:rPr>
            <w:color w:val="0000EE"/>
            <w:u w:val="single"/>
          </w:rPr>
          <w:t>https://hrasantafe.org/pride-2026/</w:t>
        </w:r>
      </w:hyperlink>
      <w:r>
        <w:t xml:space="preserve"> - The Human Rights Alliance of Santa Fe is preparing for the 33rd anniversary of PRIDE Santa Fe in 2026. The event aims to celebrate the LGBTQIA+ community's visibility and unity, with opportunities for sponsorship, parade participation, and booth reservations. The organisation highlights the importance of community support and the need for a dedicated LGBTQIA+ Centre in Santa Fe. For more information, contact Executive Director Kevin Bowen at kevinb@hrasantafe.org.</w:t>
      </w:r>
      <w:r/>
    </w:p>
    <w:p>
      <w:pPr>
        <w:pStyle w:val="ListNumber"/>
        <w:spacing w:line="240" w:lineRule="auto"/>
        <w:ind w:left="720"/>
      </w:pPr>
      <w:r/>
      <w:hyperlink r:id="rId11">
        <w:r>
          <w:rPr>
            <w:color w:val="0000EE"/>
            <w:u w:val="single"/>
          </w:rPr>
          <w:t>https://prideparade.net/events/view/united-states/santa-fe-nm/santa-fe-plaza/santa-fe-pride-2024</w:t>
        </w:r>
      </w:hyperlink>
      <w:r>
        <w:t xml:space="preserve"> - Santa Fe Pride 2024 is scheduled for Saturday, June 29, 2024, from 8:00 AM to 4:00 PM MST at Santa Fe Plaza. The event includes a Pride Drive Parade starting at 11:30 AM, with participants required to check in at 11:00 AM. The parade route begins at the Lamy Building parking lot and proceeds through the city, ending at the Plaza. After the parade, festivities continue with vendors, music, and dancing. Registration for parade participants is open to everyone.</w:t>
      </w:r>
      <w:r/>
    </w:p>
    <w:p>
      <w:pPr>
        <w:pStyle w:val="ListNumber"/>
        <w:spacing w:line="240" w:lineRule="auto"/>
        <w:ind w:left="720"/>
      </w:pPr>
      <w:r/>
      <w:hyperlink r:id="rId14">
        <w:r>
          <w:rPr>
            <w:color w:val="0000EE"/>
            <w:u w:val="single"/>
          </w:rPr>
          <w:t>https://www.thesantafevip.com/santafevipevents/pride-on-the-plaza</w:t>
        </w:r>
      </w:hyperlink>
      <w:r>
        <w:t xml:space="preserve"> - PRIDE on the Plaza is set for Saturday, June 29, 2024, from 10:00 AM to 5:00 PM at Santa Fe Plaza. The event features a Pride Drive Parade starting at 10:30 AM, with check-in at 8:00 AM. The day includes live music, concessions, a beer garden, and various vendors. Entertainment features include DJs and local performers. The event aims to celebrate love, diversity, and unity in the community.</w:t>
      </w:r>
      <w:r/>
    </w:p>
    <w:p>
      <w:pPr>
        <w:pStyle w:val="ListNumber"/>
        <w:spacing w:line="240" w:lineRule="auto"/>
        <w:ind w:left="720"/>
      </w:pPr>
      <w:r/>
      <w:hyperlink r:id="rId15">
        <w:r>
          <w:rPr>
            <w:color w:val="0000EE"/>
            <w:u w:val="single"/>
          </w:rPr>
          <w:t>https://fpcsantafe.org/pride-parade-2024/</w:t>
        </w:r>
      </w:hyperlink>
      <w:r>
        <w:t xml:space="preserve"> - The First Presbyterian Church of Santa Fe is participating in the Santa Fe Gay Pride Parade on Saturday, June 29, 2024. The parade begins at 10:30 AM from the Lamy Building and ends at the Plaza, which will host lively entertainment. Participants are encouraged to meet at 10:00 AM at the Lamy Building parking lot. The church emphasizes inclusivity and community support for the LGBTQ+ community.</w:t>
      </w:r>
      <w:r/>
    </w:p>
    <w:p>
      <w:pPr>
        <w:pStyle w:val="ListNumber"/>
        <w:spacing w:line="240" w:lineRule="auto"/>
        <w:ind w:left="720"/>
      </w:pPr>
      <w:r/>
      <w:hyperlink r:id="rId12">
        <w:r>
          <w:rPr>
            <w:color w:val="0000EE"/>
            <w:u w:val="single"/>
          </w:rPr>
          <w:t>https://sfreporter.com/news/pride-plaza-packed/</w:t>
        </w:r>
      </w:hyperlink>
      <w:r>
        <w:t xml:space="preserve"> - The Santa Fe Reporter reports on the Pride on the Plaza event held on June 29, 2024, noting record attendance. Organizers and attendees emphasized the importance of visibility and community support. Kevin Bowen, Executive Director of the Human Rights Alliance of Santa Fe, highlighted the need for the LGBTQ+ community to be front and center in the city, stating, "We need to show the rest of the community what we’re about."</w:t>
      </w:r>
      <w:r/>
    </w:p>
    <w:p>
      <w:pPr>
        <w:pStyle w:val="ListNumber"/>
        <w:spacing w:line="240" w:lineRule="auto"/>
        <w:ind w:left="720"/>
      </w:pPr>
      <w:r/>
      <w:hyperlink r:id="rId13">
        <w:r>
          <w:rPr>
            <w:color w:val="0000EE"/>
            <w:u w:val="single"/>
          </w:rPr>
          <w:t>https://drnm.org/2024/07/09/2024-inaugural-santa-fe-disability-pride-parade/</w:t>
        </w:r>
      </w:hyperlink>
      <w:r>
        <w:t xml:space="preserve"> - Disability Rights New Mexico announces the inaugural Santa Fe Disability Pride Parade on Saturday, July 13, 2024, from 9:00 AM to 2:00 PM at Santa Fe Plaza. The event includes a parade, raising of the disability pride flag, proclamation at City Hall, community tables, and music. The parade route starts at 131 Cathedral Place and proceeds around the Plaza, ending at Lincoln Avenue. The event aims to celebrate Disability Pride Month and promote awareness and rights for individuals with disabilities.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ewmexiconewsport.com/more-important-than-ever-santa-fe-pride-highlights-visibility-history/" TargetMode="External"/><Relationship Id="rId10" Type="http://schemas.openxmlformats.org/officeDocument/2006/relationships/hyperlink" Target="https://hrasantafe.org/pride-2026/" TargetMode="External"/><Relationship Id="rId11" Type="http://schemas.openxmlformats.org/officeDocument/2006/relationships/hyperlink" Target="https://prideparade.net/events/view/united-states/santa-fe-nm/santa-fe-plaza/santa-fe-pride-2024" TargetMode="External"/><Relationship Id="rId12" Type="http://schemas.openxmlformats.org/officeDocument/2006/relationships/hyperlink" Target="https://sfreporter.com/news/pride-plaza-packed/" TargetMode="External"/><Relationship Id="rId13" Type="http://schemas.openxmlformats.org/officeDocument/2006/relationships/hyperlink" Target="https://drnm.org/2024/07/09/2024-inaugural-santa-fe-disability-pride-parade/" TargetMode="External"/><Relationship Id="rId14" Type="http://schemas.openxmlformats.org/officeDocument/2006/relationships/hyperlink" Target="https://www.thesantafevip.com/santafevipevents/pride-on-the-plaza" TargetMode="External"/><Relationship Id="rId15" Type="http://schemas.openxmlformats.org/officeDocument/2006/relationships/hyperlink" Target="https://fpcsantafe.org/pride-parade-20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