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Reasons Gay Men Say Sex Clubs Boost Well‑Being and Belonging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talking about sex clubs still raises eyebrows , but many gay men report real psychological and social benefits from visiting these venues, from feeling less judged to connecting in a body‑positive, sex‑positive space. Here’s what therapists and attendees say matters, and why it might be worth rethinking assumptions.</w:t>
      </w:r>
      <w:r/>
    </w:p>
    <w:p>
      <w:r/>
      <w:r>
        <w:t>Essential Takeaways</w:t>
      </w:r>
      <w:r/>
      <w:r/>
    </w:p>
    <w:p>
      <w:pPr>
        <w:pStyle w:val="ListBullet"/>
        <w:spacing w:line="240" w:lineRule="auto"/>
        <w:ind w:left="720"/>
      </w:pPr>
      <w:r/>
      <w:r>
        <w:rPr>
          <w:b/>
        </w:rPr>
        <w:t>Safe space:</w:t>
      </w:r>
      <w:r>
        <w:t xml:space="preserve"> Sex clubs can offer a setting where gay men feel free to be themselves, with low fear of discrimination and less need to "perform". </w:t>
      </w:r>
      <w:r/>
    </w:p>
    <w:p>
      <w:pPr>
        <w:pStyle w:val="ListBullet"/>
        <w:spacing w:line="240" w:lineRule="auto"/>
        <w:ind w:left="720"/>
      </w:pPr>
      <w:r/>
      <w:r>
        <w:rPr>
          <w:b/>
        </w:rPr>
        <w:t>Reduced shame:</w:t>
      </w:r>
      <w:r>
        <w:t xml:space="preserve"> Many visitors report feeling legitimised in their desires and more comfortable with their bodies and sexuality. </w:t>
      </w:r>
      <w:r/>
    </w:p>
    <w:p>
      <w:pPr>
        <w:pStyle w:val="ListBullet"/>
        <w:spacing w:line="240" w:lineRule="auto"/>
        <w:ind w:left="720"/>
      </w:pPr>
      <w:r/>
      <w:r>
        <w:rPr>
          <w:b/>
        </w:rPr>
        <w:t>Less body‑shaming:</w:t>
      </w:r>
      <w:r>
        <w:t xml:space="preserve"> Compared with mainstream gay bars, these venues often feel more egalitarian , age, shape, status and size matter less. </w:t>
      </w:r>
      <w:r/>
    </w:p>
    <w:p>
      <w:pPr>
        <w:pStyle w:val="ListBullet"/>
        <w:spacing w:line="240" w:lineRule="auto"/>
        <w:ind w:left="720"/>
      </w:pPr>
      <w:r/>
      <w:r>
        <w:rPr>
          <w:b/>
        </w:rPr>
        <w:t>Flexible engagement:</w:t>
      </w:r>
      <w:r>
        <w:t xml:space="preserve"> People can socialise, play, or simply be present; sex isn’t always the expected outcome, and interactions can feel respectful. </w:t>
      </w:r>
      <w:r/>
    </w:p>
    <w:p>
      <w:pPr>
        <w:pStyle w:val="ListBullet"/>
        <w:spacing w:line="240" w:lineRule="auto"/>
        <w:ind w:left="720"/>
      </w:pPr>
      <w:r/>
      <w:r>
        <w:rPr>
          <w:b/>
        </w:rPr>
        <w:t>Broader community:</w:t>
      </w:r>
      <w:r>
        <w:t xml:space="preserve"> For some, visiting is about queer belonging and a form of expansive love that sits outside conventional romantic norms.</w:t>
      </w:r>
      <w:r/>
      <w:r/>
    </w:p>
    <w:p>
      <w:pPr>
        <w:pStyle w:val="Heading2"/>
      </w:pPr>
      <w:r>
        <w:t>Why therapists are talking about sex clubs , and why it matters</w:t>
      </w:r>
      <w:r/>
    </w:p>
    <w:p>
      <w:r/>
      <w:r>
        <w:t>A London psychotherapist has been hearing from clients who say visiting sex clubs improved their sense of well‑being, and he’s shared those observations in Psychology Today. That might feel surprising if your image of these places comes from old stereotypes, but the accounts are vivid: visitors describe a surprising sense of relief, as if stepping into a warm, honest atmosphere. This matters because mental health for marginalised groups often hinges on access to spaces where they aren’t constantly explaining or softening themselves.</w:t>
      </w:r>
      <w:r/>
    </w:p>
    <w:p>
      <w:pPr>
        <w:pStyle w:val="Heading2"/>
      </w:pPr>
      <w:r>
        <w:t>A counterbalance to minority stress</w:t>
      </w:r>
      <w:r/>
    </w:p>
    <w:p>
      <w:r/>
      <w:r>
        <w:t>Minority stress , the chronic pressure many LGBTQ+ people experience from prejudice and exclusion , is a well‑established concept in psychology. According to recent commentary, sex venues can act as a pressure valve: they’re spaces where gay men can stop editing their behaviour and simply exist with others who share similar experiences. Practically, that can translate into lower anxiety during social interactions and a chance to practise intimacy without the extra load of stigma.</w:t>
      </w:r>
      <w:r/>
    </w:p>
    <w:p>
      <w:pPr>
        <w:pStyle w:val="Heading2"/>
      </w:pPr>
      <w:r>
        <w:t>How shame gets swapped for legitimacy</w:t>
      </w:r>
      <w:r/>
    </w:p>
    <w:p>
      <w:r/>
      <w:r>
        <w:t>Shame around sexual desire isn’t rare, even within queer communities. But visitors often describe a change in tone at sex clubs: desires are treated as normal, not as something to apologise for. That shift , from stealth to legitimacy , can boost self‑acceptance. If you’re considering trying a venue, start slow: observe, ask staff about house rules, and remember consent is central. Those small steps help turn curiosity into a confident, positive experience.</w:t>
      </w:r>
      <w:r/>
    </w:p>
    <w:p>
      <w:pPr>
        <w:pStyle w:val="Heading2"/>
      </w:pPr>
      <w:r>
        <w:t>Why these spaces feel less body‑shaming than bars</w:t>
      </w:r>
      <w:r/>
    </w:p>
    <w:p>
      <w:r/>
      <w:r>
        <w:t>Mainstream gay nightlife often prizes a narrow look: gym‑toned bodies, fashion and status cues dominate. Many accounts suggest sex clubs, by contrast, are more inclusive; people of different ages and shapes report feeling “good enough.” That doesn’t mean every corner is instantly welcoming , norms vary by venue , but the social script is different, and that can be liberating for men who’ve felt excluded elsewhere.</w:t>
      </w:r>
      <w:r/>
    </w:p>
    <w:p>
      <w:pPr>
        <w:pStyle w:val="Heading2"/>
      </w:pPr>
      <w:r>
        <w:t>Not always about sex , it’s about connection</w:t>
      </w:r>
      <w:r/>
    </w:p>
    <w:p>
      <w:r/>
      <w:r>
        <w:t>One striking theme is that not everyone attends for sex. Some men simply want to sit at a naked bar, chat, and feel seen without being judged. That kind of low‑pressure connection can reduce loneliness and remind people they belong to a community. If intimacy feels intimidating in conventional settings, these venues can offer an alternative way to practice being present with others.</w:t>
      </w:r>
      <w:r/>
    </w:p>
    <w:p>
      <w:pPr>
        <w:pStyle w:val="Heading2"/>
      </w:pPr>
      <w:r>
        <w:t>Queer love, spirituality and expanded intimacy</w:t>
      </w:r>
      <w:r/>
    </w:p>
    <w:p>
      <w:r/>
      <w:r>
        <w:t>For some attendees, sex clubs are part of a broader reimagining of love and connection. Rather than seeing love as only romantic partnership, visitors speak about love through sexuality, communal belonging, and touch , a kind of queer spirituality. Therapists note this can be deeply meaningful, especially when it supports people in integrating their sexuality with their wider sense of self.</w:t>
      </w:r>
      <w:r/>
    </w:p>
    <w:p>
      <w:r/>
      <w:r>
        <w:t>Closing line It’s worth listening , these venues aren’t one thing for everyone, but for many they offer a practical, human way to feel less judged and more connected.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1">
        <w:r>
          <w:rPr>
            <w:color w:val="0000EE"/>
            <w:u w:val="single"/>
          </w:rPr>
          <w:t>[7]</w:t>
        </w:r>
      </w:hyperlink>
      <w:r>
        <w:t xml:space="preserve">- Paragraph 5: </w:t>
      </w:r>
      <w:hyperlink r:id="rId10">
        <w:r>
          <w:rPr>
            <w:color w:val="0000EE"/>
            <w:u w:val="single"/>
          </w:rPr>
          <w:t>[2]</w:t>
        </w:r>
      </w:hyperlink>
      <w:r>
        <w:t xml:space="preserve">, </w:t>
      </w:r>
      <w:hyperlink r:id="rId14">
        <w:r>
          <w:rPr>
            <w:color w:val="0000EE"/>
            <w:u w:val="single"/>
          </w:rPr>
          <w:t>[6]</w:t>
        </w:r>
      </w:hyperlink>
      <w:r>
        <w:t xml:space="preserve">- Paragraph 6: </w:t>
      </w:r>
      <w:hyperlink r:id="rId10">
        <w:r>
          <w:rPr>
            <w:color w:val="0000EE"/>
            <w:u w:val="single"/>
          </w:rPr>
          <w:t>[2]</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https://www.queerty.com/a-therapist-explains-the-benefits-for-gay-men-of-visiting-clubs-20260706/</w:t>
        </w:r>
      </w:hyperlink>
      <w:r>
        <w:t xml:space="preserve"> - Please view link - unable to able to access data</w:t>
      </w:r>
      <w:r/>
    </w:p>
    <w:p>
      <w:pPr>
        <w:pStyle w:val="ListNumber"/>
        <w:spacing w:line="240" w:lineRule="auto"/>
        <w:ind w:left="720"/>
      </w:pPr>
      <w:r/>
      <w:hyperlink r:id="rId10">
        <w:r>
          <w:rPr>
            <w:color w:val="0000EE"/>
            <w:u w:val="single"/>
          </w:rPr>
          <w:t>https://www.psychologytoday.com/us/blog/sex-and-the-human-behavior/202306/can-visiting-sex-clubs-be-good-for-gay-men</w:t>
        </w:r>
      </w:hyperlink>
      <w:r>
        <w:t xml:space="preserve"> - In this article, Silva Neves, an accredited psychotherapist, explores the potential benefits of sex clubs for gay men. He discusses how these venues can provide a space where individuals feel they can be themselves without fear of discrimination, offering a counterbalance to 'minority stress'. Neves also highlights the opportunity to connect with other sex-positive gay men, enhancing a sense of legitimacy and belonging. Additionally, he notes that sex venues are often more egalitarian, with less body shaming compared to mainstream gay bars, allowing individuals to feel 'good enough' regardless of their body shape, age, or status.</w:t>
      </w:r>
      <w:r/>
    </w:p>
    <w:p>
      <w:pPr>
        <w:pStyle w:val="ListNumber"/>
        <w:spacing w:line="240" w:lineRule="auto"/>
        <w:ind w:left="720"/>
      </w:pPr>
      <w:r/>
      <w:hyperlink r:id="rId12">
        <w:r>
          <w:rPr>
            <w:color w:val="0000EE"/>
            <w:u w:val="single"/>
          </w:rPr>
          <w:t>https://www.psychologytoday.com/us/blog/sex-and-the-human-behavior/202307/the-benefits-of-attending-pride-events-for-queer-people</w:t>
        </w:r>
      </w:hyperlink>
      <w:r>
        <w:t xml:space="preserve"> - Silva Neves discusses the mental health benefits of attending Pride events for queer individuals. He emphasizes that these events provide a meaningful sense of belonging and acceptance, counteracting feelings of isolation and discrimination. Neves highlights how Pride events can foster community connections and support, contributing positively to the well-being of queer people.</w:t>
      </w:r>
      <w:r/>
    </w:p>
    <w:p>
      <w:pPr>
        <w:pStyle w:val="ListNumber"/>
        <w:spacing w:line="240" w:lineRule="auto"/>
        <w:ind w:left="720"/>
      </w:pPr>
      <w:r/>
      <w:hyperlink r:id="rId15">
        <w:r>
          <w:rPr>
            <w:color w:val="0000EE"/>
            <w:u w:val="single"/>
          </w:rPr>
          <w:t>https://www.psychologytoday.com/us/blog/sex-and-the-human-behavior/202308/what-everyone-should-understand-about-fraysexuality</w:t>
        </w:r>
      </w:hyperlink>
      <w:r>
        <w:t xml:space="preserve"> - In this article, Silva Neves introduces the concept of fraysexuality, a sexual orientation where an individual's sexual desire for a beautiful stranger disappears once they are in a relationship with them. He explains that this is a valid sexual orientation and that individuals who identify as fraysexual are not broken or flawed. Neves provides insights into understanding and accepting this aspect of human sexuality.</w:t>
      </w:r>
      <w:r/>
    </w:p>
    <w:p>
      <w:pPr>
        <w:pStyle w:val="ListNumber"/>
        <w:spacing w:line="240" w:lineRule="auto"/>
        <w:ind w:left="720"/>
      </w:pPr>
      <w:r/>
      <w:hyperlink r:id="rId13">
        <w:r>
          <w:rPr>
            <w:color w:val="0000EE"/>
            <w:u w:val="single"/>
          </w:rPr>
          <w:t>https://www.psychologytoday.com/us/blog/sex-and-the-human-behavior/202309/4-benefits-of-masturbation</w:t>
        </w:r>
      </w:hyperlink>
      <w:r>
        <w:t xml:space="preserve"> - Silva Neves outlines four key benefits of masturbation in this article. He discusses how masturbation can help with stress relief, improve sleep, and enhance mood. Neves also highlights the role of masturbation in understanding one's own body and sexual preferences, contributing to overall sexual well-being.</w:t>
      </w:r>
      <w:r/>
    </w:p>
    <w:p>
      <w:pPr>
        <w:pStyle w:val="ListNumber"/>
        <w:spacing w:line="240" w:lineRule="auto"/>
        <w:ind w:left="720"/>
      </w:pPr>
      <w:r/>
      <w:hyperlink r:id="rId14">
        <w:r>
          <w:rPr>
            <w:color w:val="0000EE"/>
            <w:u w:val="single"/>
          </w:rPr>
          <w:t>https://www.psychologytoday.com/us/blog/sex-and-the-human-behavior/202310/8-tips-to-navigate-a-tricky-family-christmas</w:t>
        </w:r>
      </w:hyperlink>
      <w:r>
        <w:t xml:space="preserve"> - Silva Neves provides advice on navigating challenging family dynamics during the Christmas season. He offers eight practical tips to help individuals manage stress and maintain their well-being when spending time with family members who may be difficult or toxic. Neves emphasizes the importance of setting boundaries and prioritizing self-care during the festive season.</w:t>
      </w:r>
      <w:r/>
    </w:p>
    <w:p>
      <w:pPr>
        <w:pStyle w:val="ListNumber"/>
        <w:spacing w:line="240" w:lineRule="auto"/>
        <w:ind w:left="720"/>
      </w:pPr>
      <w:r/>
      <w:hyperlink r:id="rId11">
        <w:r>
          <w:rPr>
            <w:color w:val="0000EE"/>
            <w:u w:val="single"/>
          </w:rPr>
          <w:t>https://www.psychologytoday.com/us/blog/sex-and-the-human-behavior/202311/why-do-so-many-gay-couples-open-up-their-relationships</w:t>
        </w:r>
      </w:hyperlink>
      <w:r>
        <w:t xml:space="preserve"> - Silva Neves explores the reasons why many gay couples choose to open up their relationships. He discusses how open relationships can offer a stream of new partners, reducing the monotony of an ongoing relationship. Neves also examines the historical and cultural factors influencing the prevalence of open relationships within the gay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a-therapist-explains-the-benefits-for-gay-men-of-visiting-clubs-20260706/" TargetMode="External"/><Relationship Id="rId10" Type="http://schemas.openxmlformats.org/officeDocument/2006/relationships/hyperlink" Target="https://www.psychologytoday.com/us/blog/sex-and-the-human-behavior/202306/can-visiting-sex-clubs-be-good-for-gay-men" TargetMode="External"/><Relationship Id="rId11" Type="http://schemas.openxmlformats.org/officeDocument/2006/relationships/hyperlink" Target="https://www.psychologytoday.com/us/blog/sex-and-the-human-behavior/202311/why-do-so-many-gay-couples-open-up-their-relationships" TargetMode="External"/><Relationship Id="rId12" Type="http://schemas.openxmlformats.org/officeDocument/2006/relationships/hyperlink" Target="https://www.psychologytoday.com/us/blog/sex-and-the-human-behavior/202307/the-benefits-of-attending-pride-events-for-queer-people" TargetMode="External"/><Relationship Id="rId13" Type="http://schemas.openxmlformats.org/officeDocument/2006/relationships/hyperlink" Target="https://www.psychologytoday.com/us/blog/sex-and-the-human-behavior/202309/4-benefits-of-masturbation" TargetMode="External"/><Relationship Id="rId14" Type="http://schemas.openxmlformats.org/officeDocument/2006/relationships/hyperlink" Target="https://www.psychologytoday.com/us/blog/sex-and-the-human-behavior/202310/8-tips-to-navigate-a-tricky-family-christmas" TargetMode="External"/><Relationship Id="rId15" Type="http://schemas.openxmlformats.org/officeDocument/2006/relationships/hyperlink" Target="https://www.psychologytoday.com/us/blog/sex-and-the-human-behavior/202308/what-everyone-should-understand-about-fraysexual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