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Silky Nutmeg Ganache: Drag, Dating, and Doing It Her 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pop culture are flocking to conversations about Silky Nutmeg Ganache , the irrepressible drag star who’s opened up about sex, dating, gender and a life-changing weight loss , and why her story matters to fans, queer communities and allies.</w:t>
      </w:r>
      <w:r/>
    </w:p>
    <w:p>
      <w:r/>
      <w:r>
        <w:t>Essential Takeaways</w:t>
      </w:r>
      <w:r/>
      <w:r/>
    </w:p>
    <w:p>
      <w:pPr>
        <w:pStyle w:val="ListBullet"/>
        <w:spacing w:line="240" w:lineRule="auto"/>
        <w:ind w:left="720"/>
      </w:pPr>
      <w:r/>
      <w:r>
        <w:rPr>
          <w:b/>
        </w:rPr>
        <w:t>Bold presence:</w:t>
      </w:r>
      <w:r>
        <w:t xml:space="preserve"> Silky is a celebrated RuPaul’s Drag Race alum and All Stars favourite with a theatrical, gospel-infused persona that grabs attention.</w:t>
      </w:r>
      <w:r/>
    </w:p>
    <w:p>
      <w:pPr>
        <w:pStyle w:val="ListBullet"/>
        <w:spacing w:line="240" w:lineRule="auto"/>
        <w:ind w:left="720"/>
      </w:pPr>
      <w:r/>
      <w:r>
        <w:rPr>
          <w:b/>
        </w:rPr>
        <w:t>Personal disclosure:</w:t>
      </w:r>
      <w:r>
        <w:t xml:space="preserve"> She’s spoken candidly about dating, sex and her relationship to gender, bringing humour and blunt honesty to tricky topics.</w:t>
      </w:r>
      <w:r/>
    </w:p>
    <w:p>
      <w:pPr>
        <w:pStyle w:val="ListBullet"/>
        <w:spacing w:line="240" w:lineRule="auto"/>
        <w:ind w:left="720"/>
      </w:pPr>
      <w:r/>
      <w:r>
        <w:rPr>
          <w:b/>
        </w:rPr>
        <w:t>Health journey:</w:t>
      </w:r>
      <w:r>
        <w:t xml:space="preserve"> Silky has shared a roughly 100‑pound weight-loss story, framed as part of broader wellbeing, not spectacle.</w:t>
      </w:r>
      <w:r/>
    </w:p>
    <w:p>
      <w:pPr>
        <w:pStyle w:val="ListBullet"/>
        <w:spacing w:line="240" w:lineRule="auto"/>
        <w:ind w:left="720"/>
      </w:pPr>
      <w:r/>
      <w:r>
        <w:rPr>
          <w:b/>
        </w:rPr>
        <w:t>Advocacy note:</w:t>
      </w:r>
      <w:r>
        <w:t xml:space="preserve"> Living as a queer person of colour in a conservative area informs her calls for allies to defend trans and LGBTQ+ rights.</w:t>
      </w:r>
      <w:r/>
    </w:p>
    <w:p>
      <w:pPr>
        <w:pStyle w:val="ListBullet"/>
        <w:spacing w:line="240" w:lineRule="auto"/>
        <w:ind w:left="720"/>
      </w:pPr>
      <w:r/>
      <w:r>
        <w:rPr>
          <w:b/>
        </w:rPr>
        <w:t>Performance energy:</w:t>
      </w:r>
      <w:r>
        <w:t xml:space="preserve"> Fans praise her lip‑sync intensity and stagecraft, making her a memorable draw on reality TV and live shows.</w:t>
      </w:r>
      <w:r/>
      <w:r/>
    </w:p>
    <w:p>
      <w:pPr>
        <w:pStyle w:val="Heading2"/>
      </w:pPr>
      <w:r>
        <w:t>Why Silky’s voice feels fresh and necessary</w:t>
      </w:r>
      <w:r/>
    </w:p>
    <w:p>
      <w:r/>
      <w:r>
        <w:t>Silky Nutmeg Ganache brings theatricality and frankness in equal measure, and you notice it the moment she speaks , part reverend, part raconteur, all stage presence. According to multiple interviews and profiles, she uses humour to lower the guard on thorny subjects like dating and identity, which makes her reflections easier to hear. This blend of gospel-laced performance and candid conversation is one reason she remains one of Drag Race’s most talked‑about personalities. If you want a performer who’s both entertaining and unafraid to be vulnerable, Silky fits the bill.</w:t>
      </w:r>
      <w:r/>
    </w:p>
    <w:p>
      <w:pPr>
        <w:pStyle w:val="Heading2"/>
      </w:pPr>
      <w:r>
        <w:t>From Moss Point to marquee moments: the backstory</w:t>
      </w:r>
      <w:r/>
    </w:p>
    <w:p>
      <w:r/>
      <w:r>
        <w:t>Born and raised in Moss Point, Mississippi, Silky’s roots inform a lot of her material and perspective. Profiles chart her rise through reality TV , several seasons of RuPaul’s Drag Race and All Stars appearances , and fans say her storytelling draws on that Southern upbringing. That mix of small‑town origin and big-stage swagger gives her commentary on gender and politics extra resonance, especially when she talks about what it’s like to be queer in a red state. It’s a reminder that celebrity can carry a civic weight.</w:t>
      </w:r>
      <w:r/>
    </w:p>
    <w:p>
      <w:pPr>
        <w:pStyle w:val="Heading2"/>
      </w:pPr>
      <w:r>
        <w:t>Dating, sex and the frankness fans appreciate</w:t>
      </w:r>
      <w:r/>
    </w:p>
    <w:p>
      <w:r/>
      <w:r>
        <w:t>Silky doesn’t shy away from talking about sex and dating, and that bluntness is part of her appeal. In interviews she frames those topics with humour and a clear sense of self, which helps normalise conversations many people still avoid. For queer audiences, hearing a high-profile performer speak openly about intimacy and boundaries is both validating and practical. If you’re following her for dating tips, the takeaway is simple: honesty and self‑knowledge make for safer, more authentic connections.</w:t>
      </w:r>
      <w:r/>
    </w:p>
    <w:p>
      <w:pPr>
        <w:pStyle w:val="Heading2"/>
      </w:pPr>
      <w:r>
        <w:t>Weight loss and wellbeing, told without glamourising struggle</w:t>
      </w:r>
      <w:r/>
    </w:p>
    <w:p>
      <w:r/>
      <w:r>
        <w:t>Her roughly 100‑pound weight-loss has been discussed in interviews as part of a larger wellbeing journey, not a mere makeover. Sources report that Silky presents the change with candour, focusing on health and confidence rather than diet culture rhetoric. That nuance matters , she’s not presenting transformation as a fix‑all, but as one chapter in a full life. For anyone watching public figures navigate weight, Silky’s approach is a reminder to prioritise sustainable habits and mental health.</w:t>
      </w:r>
      <w:r/>
    </w:p>
    <w:p>
      <w:pPr>
        <w:pStyle w:val="Heading2"/>
      </w:pPr>
      <w:r>
        <w:t>Why allies should pay attention to what she says next</w:t>
      </w:r>
      <w:r/>
    </w:p>
    <w:p>
      <w:r/>
      <w:r>
        <w:t>Silky uses her platform to call for action, particularly in defence of trans people and queer communities facing legislative pressure. She’s spoken about the extra risks faced by people of colour in conservative regions, and her message is a prompt for allies to move from sympathy to tangible support. Whether that means showing up at protests, donating, or amplifying trans voices, Silky’s commentary ties entertainment back to responsibility , and that’s a useful nudge for fans who want to do more than clap at the finale.</w:t>
      </w:r>
      <w:r/>
    </w:p>
    <w:p>
      <w:r/>
      <w:r>
        <w:t>It's a small change that can make every stage and relationship safer and more compassionate.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https://meaws.com/news/silky-nutmeg-ganache-talks-sex-and-dating/104448</w:t>
        </w:r>
      </w:hyperlink>
      <w:r>
        <w:t xml:space="preserve"> - Please view link - unable to able to access data</w:t>
      </w:r>
      <w:r/>
    </w:p>
    <w:p>
      <w:pPr>
        <w:pStyle w:val="ListNumber"/>
        <w:spacing w:line="240" w:lineRule="auto"/>
        <w:ind w:left="720"/>
      </w:pPr>
      <w:r/>
      <w:hyperlink r:id="rId10">
        <w:r>
          <w:rPr>
            <w:color w:val="0000EE"/>
            <w:u w:val="single"/>
          </w:rPr>
          <w:t>https://www.outsmartmagazine.com/2026/06/the-gospel-according-to-silky/</w:t>
        </w:r>
      </w:hyperlink>
      <w:r>
        <w:t xml:space="preserve"> - In this June 2026 interview, Silky Nutmeg Ganache discusses her approach to Pride, focusing on joy amidst challenging times. She reflects on her journey as a queer Black public figure, expressing fatigue from constant advocacy and activism. Silky shares her decision to prioritise personal happiness and rest, highlighting the importance of self-care and community support. She also touches upon the political climate and its impact on the LGBTQ+ community, emphasising the need for resilience and joy in the face of adversity.</w:t>
      </w:r>
      <w:r/>
    </w:p>
    <w:p>
      <w:pPr>
        <w:pStyle w:val="ListNumber"/>
        <w:spacing w:line="240" w:lineRule="auto"/>
        <w:ind w:left="720"/>
      </w:pPr>
      <w:r/>
      <w:hyperlink r:id="rId11">
        <w:r>
          <w:rPr>
            <w:color w:val="0000EE"/>
            <w:u w:val="single"/>
          </w:rPr>
          <w:t>https://www.edgemedianetwork.com/story/161374</w:t>
        </w:r>
      </w:hyperlink>
      <w:r>
        <w:t xml:space="preserve"> - Silky Nutmeg Ganache, renowned for her appearances on 'RuPaul’s Drag Race' season 11 and 'RuPaul’s Drag Race All Stars' season 6, was featured in season 2 of the queer reality travel series 'Slaycation'. The show follows drag and LGBTQ+ performers on a group retreat, balancing leisure with performances and discussions about identity, burnout, and community. Silky's participation highlights her multifaceted persona, showcasing a reflective side beyond her competitive drag performances.</w:t>
      </w:r>
      <w:r/>
    </w:p>
    <w:p>
      <w:pPr>
        <w:pStyle w:val="ListNumber"/>
        <w:spacing w:line="240" w:lineRule="auto"/>
        <w:ind w:left="720"/>
      </w:pPr>
      <w:r/>
      <w:hyperlink r:id="rId12">
        <w:r>
          <w:rPr>
            <w:color w:val="0000EE"/>
            <w:u w:val="single"/>
          </w:rPr>
          <w:t>https://rupaulsdragrace.fandom.com/wiki/Silky_Nutmeg_Ganache</w:t>
        </w:r>
      </w:hyperlink>
      <w:r>
        <w:t xml:space="preserve"> - Silky Nutmeg Ganache is an American drag performer best known for competing on the eleventh season of 'RuPaul's Drag Race' and the sixth and eleventh seasons of 'RuPaul's Drag Race All Stars'. She has also participated in various Drag Race spin-offs, including 'RuPaul's Drag Race: Vegas Revue' and 'RuPaul's Secret Celebrity Drag Race'. Silky holds a Master's degree in Organizational Leadership from Indiana Wesleyan University and is pursuing a PhD. She is also a Hurricane Katrina survivor and has been involved in numerous pageants and drag performances.</w:t>
      </w:r>
      <w:r/>
    </w:p>
    <w:p>
      <w:pPr>
        <w:pStyle w:val="ListNumber"/>
        <w:spacing w:line="240" w:lineRule="auto"/>
        <w:ind w:left="720"/>
      </w:pPr>
      <w:r/>
      <w:hyperlink r:id="rId13">
        <w:r>
          <w:rPr>
            <w:color w:val="0000EE"/>
            <w:u w:val="single"/>
          </w:rPr>
          <w:t>https://www.out.com/drag/2019/3/07/drag-races-silky-nutmeg-ganache-knows-exactly-what-shes-doing</w:t>
        </w:r>
      </w:hyperlink>
      <w:r>
        <w:t xml:space="preserve"> - In this March 2019 article, Silky Nutmeg Ganache discusses her approach to 'RuPaul's Drag Race' season 11, highlighting her strategic mindset and understanding of the competition. She reflects on her journey as a drag performer, sharing insights into her personality and performance style. The article delves into her experiences on the show, providing a glimpse into her perspective as a contestant and her approach to the challenges presented.</w:t>
      </w:r>
      <w:r/>
    </w:p>
    <w:p>
      <w:pPr>
        <w:pStyle w:val="ListNumber"/>
        <w:spacing w:line="240" w:lineRule="auto"/>
        <w:ind w:left="720"/>
      </w:pPr>
      <w:r/>
      <w:hyperlink r:id="rId14">
        <w:r>
          <w:rPr>
            <w:color w:val="0000EE"/>
            <w:u w:val="single"/>
          </w:rPr>
          <w:t>https://www.out.com/drag/2019/6/02/drag-races-silky-nutmeg-ganache-knows-lip-sync-was-bad</w:t>
        </w:r>
      </w:hyperlink>
      <w:r>
        <w:t xml:space="preserve"> - In this June 2019 article, Silky Nutmeg Ganache acknowledges her performance in a particular lip sync battle on 'RuPaul's Drag Race' season 11, admitting that it was not up to her usual standards. Despite this, she reflects on her overall track record and the challenges faced during the competition. The article provides insight into her self-awareness and resilience as a performer, highlighting her ability to learn and grow from experiences.</w:t>
      </w:r>
      <w:r/>
    </w:p>
    <w:p>
      <w:pPr>
        <w:pStyle w:val="ListNumber"/>
        <w:spacing w:line="240" w:lineRule="auto"/>
        <w:ind w:left="720"/>
      </w:pPr>
      <w:r/>
      <w:hyperlink r:id="rId11">
        <w:r>
          <w:rPr>
            <w:color w:val="0000EE"/>
            <w:u w:val="single"/>
          </w:rPr>
          <w:t>https://www.edgemedianetwork.com/story/161374</w:t>
        </w:r>
      </w:hyperlink>
      <w:r>
        <w:t xml:space="preserve"> - Silky Nutmeg Ganache, best known for competing on 'RuPaul’s Drag Race' season 11 and 'RuPaul’s Drag Race All Stars' season 6, recently appeared as a featured guest on season 2 of the queer reality travel series 'Slaycation'. The series, produced by World of Wonder, places drag artists in a resort setting where they balance leisure time with performances and heartfelt discussions about identity, burnout, and community. Silky's appearance highlights another side of a drag artist best known for competition formats.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silky-nutmeg-ganache-talks-sex-and-dating/104448" TargetMode="External"/><Relationship Id="rId10" Type="http://schemas.openxmlformats.org/officeDocument/2006/relationships/hyperlink" Target="https://www.outsmartmagazine.com/2026/06/the-gospel-according-to-silky/" TargetMode="External"/><Relationship Id="rId11" Type="http://schemas.openxmlformats.org/officeDocument/2006/relationships/hyperlink" Target="https://www.edgemedianetwork.com/story/161374" TargetMode="External"/><Relationship Id="rId12" Type="http://schemas.openxmlformats.org/officeDocument/2006/relationships/hyperlink" Target="https://rupaulsdragrace.fandom.com/wiki/Silky_Nutmeg_Ganache" TargetMode="External"/><Relationship Id="rId13" Type="http://schemas.openxmlformats.org/officeDocument/2006/relationships/hyperlink" Target="https://www.out.com/drag/2019/3/07/drag-races-silky-nutmeg-ganache-knows-exactly-what-shes-doing" TargetMode="External"/><Relationship Id="rId14" Type="http://schemas.openxmlformats.org/officeDocument/2006/relationships/hyperlink" Target="https://www.out.com/drag/2019/6/02/drag-races-silky-nutmeg-ganache-knows-lip-sync-was-b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