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Rainbow Bus Campaigns: How Oxford Bus Company Brought Pride to Thame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families flocked to Thame as Oxford Bus Company rolled its colourful rainbow bus into town, celebrating community, visibility and inclusion while offering free adverts and on-street merch , a small but vivid sign that corporate support for LGBTQIA+ events is becoming mainstream across Oxfordshire.</w:t>
      </w:r>
      <w:r/>
    </w:p>
    <w:p>
      <w:r/>
      <w:r>
        <w:t>Essential Takeaways</w:t>
      </w:r>
      <w:r/>
      <w:r/>
    </w:p>
    <w:p>
      <w:pPr>
        <w:pStyle w:val="ListBullet"/>
        <w:spacing w:line="240" w:lineRule="auto"/>
        <w:ind w:left="720"/>
      </w:pPr>
      <w:r/>
      <w:r>
        <w:rPr>
          <w:b/>
        </w:rPr>
        <w:t>Community presence:</w:t>
      </w:r>
      <w:r>
        <w:t xml:space="preserve"> Oxford Bus Company acted as a Gold sponsor at Thame Pride, running a branded stand and handing out merchandise and timetables.</w:t>
      </w:r>
      <w:r/>
    </w:p>
    <w:p>
      <w:pPr>
        <w:pStyle w:val="ListBullet"/>
        <w:spacing w:line="240" w:lineRule="auto"/>
        <w:ind w:left="720"/>
      </w:pPr>
      <w:r/>
      <w:r>
        <w:rPr>
          <w:b/>
        </w:rPr>
        <w:t>Visible support:</w:t>
      </w:r>
      <w:r>
        <w:t xml:space="preserve"> The electric rainbow bus served as a popular photo backdrop, drawing crowds and boosting event visibility.</w:t>
      </w:r>
      <w:r/>
    </w:p>
    <w:p>
      <w:pPr>
        <w:pStyle w:val="ListBullet"/>
        <w:spacing w:line="240" w:lineRule="auto"/>
        <w:ind w:left="720"/>
      </w:pPr>
      <w:r/>
      <w:r>
        <w:rPr>
          <w:b/>
        </w:rPr>
        <w:t>Year-round values:</w:t>
      </w:r>
      <w:r>
        <w:t xml:space="preserve"> Company leaders emphasised diversity, equality and inclusivity as ongoing commitments, not one-off gestures.</w:t>
      </w:r>
      <w:r/>
    </w:p>
    <w:p>
      <w:pPr>
        <w:pStyle w:val="ListBullet"/>
        <w:spacing w:line="240" w:lineRule="auto"/>
        <w:ind w:left="720"/>
      </w:pPr>
      <w:r/>
      <w:r>
        <w:rPr>
          <w:b/>
        </w:rPr>
        <w:t>Amplified reach:</w:t>
      </w:r>
      <w:r>
        <w:t xml:space="preserve"> The firm provided complimentary advertising via its bus network and social media to promote Thame Pride.</w:t>
      </w:r>
      <w:r/>
    </w:p>
    <w:p>
      <w:pPr>
        <w:pStyle w:val="ListBullet"/>
        <w:spacing w:line="240" w:lineRule="auto"/>
        <w:ind w:left="720"/>
      </w:pPr>
      <w:r/>
      <w:r>
        <w:rPr>
          <w:b/>
        </w:rPr>
        <w:t>Track record:</w:t>
      </w:r>
      <w:r>
        <w:t xml:space="preserve"> The rainbow bus has appeared at Oxford Pride for several years, signalling continued local engagement.</w:t>
      </w:r>
      <w:r/>
      <w:r/>
    </w:p>
    <w:p>
      <w:pPr>
        <w:pStyle w:val="Heading2"/>
      </w:pPr>
      <w:r>
        <w:t>A colourful ride that stopped people in their tracks</w:t>
      </w:r>
      <w:r/>
    </w:p>
    <w:p>
      <w:r/>
      <w:r>
        <w:t>The rainbow-emblazoned, electric bus wasn’t subtle , and that’s the point. Shoppers paused to take photos and families circled back for selfies, giving the event an energetic, visual focal point. According to local reporting, the bus doubled as both a backdrop and a conversation starter, helping the festival feel cheerful and seen.</w:t>
      </w:r>
      <w:r/>
    </w:p>
    <w:p>
      <w:pPr>
        <w:pStyle w:val="Heading2"/>
      </w:pPr>
      <w:r>
        <w:t>Why a bus matters: visibility on the move</w:t>
      </w:r>
      <w:r/>
    </w:p>
    <w:p>
      <w:r/>
      <w:r>
        <w:t>Oxford Bus Company’s presence went beyond a one-day appearance. The firm offered free slotting on its routes and boosted event posts on social media, meaning Thame Pride’s message travelled across town even when the parade had moved on. It’s a neat example of how transport operators can stretch reach simply by using the assets they already own.</w:t>
      </w:r>
      <w:r/>
    </w:p>
    <w:p>
      <w:pPr>
        <w:pStyle w:val="Heading2"/>
      </w:pPr>
      <w:r>
        <w:t>Corporate support that reads as genuine, not performative</w:t>
      </w:r>
      <w:r/>
    </w:p>
    <w:p>
      <w:r/>
      <w:r>
        <w:t>Management didn’t frame the attendance as a marketing stunt. The company’s managing director stressed diversity, equality and inclusivity as core values maintained all year, and the bus is part of that ongoing story. That continuity , showing up in June for Oxford Pride and again in Thame , helps make the involvement feel authentic rather than opportunistic.</w:t>
      </w:r>
      <w:r/>
    </w:p>
    <w:p>
      <w:pPr>
        <w:pStyle w:val="Heading2"/>
      </w:pPr>
      <w:r>
        <w:t>Practical benefits for the festival and attendees</w:t>
      </w:r>
      <w:r/>
    </w:p>
    <w:p>
      <w:r/>
      <w:r>
        <w:t>Having a staffed stand on the high street meant more than glossy photos. Volunteers handed out timetables and branded giveaways, answered questions and helped visitors navigate the day. For small festivals and rising community events, that kind of practical help , from wayfinding to free promotion , can be as valuable as headline sponsorship.</w:t>
      </w:r>
      <w:r/>
    </w:p>
    <w:p>
      <w:pPr>
        <w:pStyle w:val="Heading2"/>
      </w:pPr>
      <w:r>
        <w:t>What this trend means for other towns and operators</w:t>
      </w:r>
      <w:r/>
    </w:p>
    <w:p>
      <w:r/>
      <w:r>
        <w:t>More local businesses are recognising they can support inclusion using existing resources: vehicles, social channels, on-street teams. For event organisers looking to recruit sponsors, pitching clear, practical asks , ad space, staffed stalls, visibility on local transport , often wins support from companies wanting measurable impact.</w:t>
      </w:r>
      <w:r/>
    </w:p>
    <w:p>
      <w:r/>
      <w:r>
        <w:t>It's a small change that can make every celebration feel more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[7]</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15">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https://www.oxfordmail.co.uk/news/26249123.oxford-bus-companys-rainbow-bus-joins-thame-pride/?ref=rss</w:t>
        </w:r>
      </w:hyperlink>
      <w:r>
        <w:t xml:space="preserve"> - Please view link - unable to able to access data</w:t>
      </w:r>
      <w:r/>
    </w:p>
    <w:p>
      <w:pPr>
        <w:pStyle w:val="ListNumber"/>
        <w:spacing w:line="240" w:lineRule="auto"/>
        <w:ind w:left="720"/>
      </w:pPr>
      <w:r/>
      <w:hyperlink r:id="rId10">
        <w:r>
          <w:rPr>
            <w:color w:val="0000EE"/>
            <w:u w:val="single"/>
          </w:rPr>
          <w:t>https://www.route-one.net/news/oxford-bus-company-supports-thame-pride-with-rainbow-bus/</w:t>
        </w:r>
      </w:hyperlink>
      <w:r>
        <w:t xml:space="preserve"> - Oxford Bus Company supported Thame Pride as a Gold sponsor, showcasing its commitment to inclusion and community engagement. The company's electric rainbow-branded bus was displayed throughout the event, attracting numerous visitors who stopped to take photographs. Additionally, Oxford Bus Company set up a promotional stand on Thame High Street, distributing branded merchandise and timetable information. The company also provided complimentary advertising for Thame Pride across its bus network and social media channels. Managing Director Luke Marion highlighted the company's core values of diversity, equality, and inclusivity, emphasizing their year-round commitment to these principles.</w:t>
      </w:r>
      <w:r/>
    </w:p>
    <w:p>
      <w:pPr>
        <w:pStyle w:val="ListNumber"/>
        <w:spacing w:line="240" w:lineRule="auto"/>
        <w:ind w:left="720"/>
      </w:pPr>
      <w:r/>
      <w:hyperlink r:id="rId11">
        <w:r>
          <w:rPr>
            <w:color w:val="0000EE"/>
            <w:u w:val="single"/>
          </w:rPr>
          <w:t>https://theoxfordmagazine.com/news/oxford-bus-company-supports-thame-pride-as-community-celebration-returns/</w:t>
        </w:r>
      </w:hyperlink>
      <w:r>
        <w:t xml:space="preserve"> - Oxford Bus Company, as a Gold sponsor, supported Thame Pride by bringing its distinctive rainbow-branded electric bus to the event. The bus was a popular attraction, with visitors stopping to take photographs. Representatives from the company were present on Thame High Street, engaging with residents, answering questions, and providing timetable information. The company also promoted the event through complimentary advertising across its bus network and social media channels. Managing Director Luke Marion emphasized the company's support for inclusion and its core values of diversity, equality, and inclusivity.</w:t>
      </w:r>
      <w:r/>
    </w:p>
    <w:p>
      <w:pPr>
        <w:pStyle w:val="ListNumber"/>
        <w:spacing w:line="240" w:lineRule="auto"/>
        <w:ind w:left="720"/>
      </w:pPr>
      <w:r/>
      <w:hyperlink r:id="rId12">
        <w:r>
          <w:rPr>
            <w:color w:val="0000EE"/>
            <w:u w:val="single"/>
          </w:rPr>
          <w:t>https://www.oxfordbus.co.uk/oxford-bus-company-celebrates-commitment-inclusion-and-community-engagement</w:t>
        </w:r>
      </w:hyperlink>
      <w:r>
        <w:t xml:space="preserve"> - Oxford Bus Company demonstrated its commitment to inclusion and community engagement by supporting Thame Pride with its rainbow-branded bus. The bus, a symbol of the company's dedication to creating an inclusive environment, was displayed throughout the event, attracting visitors who stopped for photos. A team from the company was also present on Thame High Street, sharing branded merchandise and timetable information. The company provided complimentary advertising for Thame Pride via its bus network and social media channels. Managing Director Luke Marion highlighted the company's core values of diversity, equality, and inclusivity.</w:t>
      </w:r>
      <w:r/>
    </w:p>
    <w:p>
      <w:pPr>
        <w:pStyle w:val="ListNumber"/>
        <w:spacing w:line="240" w:lineRule="auto"/>
        <w:ind w:left="720"/>
      </w:pPr>
      <w:r/>
      <w:hyperlink r:id="rId14">
        <w:r>
          <w:rPr>
            <w:color w:val="0000EE"/>
            <w:u w:val="single"/>
          </w:rPr>
          <w:t>https://www.oxfordbus.co.uk/community</w:t>
        </w:r>
      </w:hyperlink>
      <w:r>
        <w:t xml:space="preserve"> - Oxford Bus Company actively supports various community initiatives, including Oxford Pride, by branding its vehicles with community-based liveries. The company has been a long-term supporter of Oxford Pride, providing sponsorship and running buses to home games for Oxford United FC. Additionally, Oxford Bus Company supports Oxfordshire Community and Voluntary Action (OCVA) by sponsoring their annual awards night, recognizing individuals and organizations in the voluntary sector. The company's commitment to community engagement is evident through its support for these diverse organizations and events.</w:t>
      </w:r>
      <w:r/>
    </w:p>
    <w:p>
      <w:pPr>
        <w:pStyle w:val="ListNumber"/>
        <w:spacing w:line="240" w:lineRule="auto"/>
        <w:ind w:left="720"/>
      </w:pPr>
      <w:r/>
      <w:hyperlink r:id="rId15">
        <w:r>
          <w:rPr>
            <w:color w:val="0000EE"/>
            <w:u w:val="single"/>
          </w:rPr>
          <w:t>https://theoxfordmagazine.com/news/oxford-bus-company-unveils-rainbow-bus-to-celebrate-oxford-pride/</w:t>
        </w:r>
      </w:hyperlink>
      <w:r>
        <w:t xml:space="preserve"> - Oxford Bus Company unveiled a brightly coloured new addition to its fleet with a rainbow bus celebrating Oxford Pride. The bus was launched to coincide with Oxford Pride 2024, aiming to raise awareness of diversity, equality, and inclusion in the city. The company has been a founding local business supporting Oxford Pride since 2018, and the partnership has continued to strengthen over the years. The rainbow-branded bus took pride of place in leading the parade and went into regular service on city bus routes.</w:t>
      </w:r>
      <w:r/>
    </w:p>
    <w:p>
      <w:pPr>
        <w:pStyle w:val="ListNumber"/>
        <w:spacing w:line="240" w:lineRule="auto"/>
        <w:ind w:left="720"/>
      </w:pPr>
      <w:r/>
      <w:hyperlink r:id="rId13">
        <w:r>
          <w:rPr>
            <w:color w:val="0000EE"/>
            <w:u w:val="single"/>
          </w:rPr>
          <w:t>https://www.oxfordbus.co.uk/new-rainbow-bus-shows-pride-oxfordshires-diversity</w:t>
        </w:r>
      </w:hyperlink>
      <w:r>
        <w:t xml:space="preserve"> - Oxford Bus Company unveiled a new rainbow-branded bus to celebrate Oxford Pride, coinciding with Oxford Pride 2024. The bus aims to raise awareness of diversity, equality, and inclusion in the city. As a founding local business supporting Oxford Pride since 2018, the company continues to strengthen its partnership with the event. The rainbow-branded bus led the parade and entered regular service on city bus routes. The company also added artwork inside the bus displaying the history of the LGBTQIA+ community in the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xfordmail.co.uk/news/26249123.oxford-bus-companys-rainbow-bus-joins-thame-pride/?ref=rss" TargetMode="External"/><Relationship Id="rId10" Type="http://schemas.openxmlformats.org/officeDocument/2006/relationships/hyperlink" Target="https://www.route-one.net/news/oxford-bus-company-supports-thame-pride-with-rainbow-bus/" TargetMode="External"/><Relationship Id="rId11" Type="http://schemas.openxmlformats.org/officeDocument/2006/relationships/hyperlink" Target="https://theoxfordmagazine.com/news/oxford-bus-company-supports-thame-pride-as-community-celebration-returns/" TargetMode="External"/><Relationship Id="rId12" Type="http://schemas.openxmlformats.org/officeDocument/2006/relationships/hyperlink" Target="https://www.oxfordbus.co.uk/oxford-bus-company-celebrates-commitment-inclusion-and-community-engagement" TargetMode="External"/><Relationship Id="rId13" Type="http://schemas.openxmlformats.org/officeDocument/2006/relationships/hyperlink" Target="https://www.oxfordbus.co.uk/new-rainbow-bus-shows-pride-oxfordshires-diversity" TargetMode="External"/><Relationship Id="rId14" Type="http://schemas.openxmlformats.org/officeDocument/2006/relationships/hyperlink" Target="https://www.oxfordbus.co.uk/community" TargetMode="External"/><Relationship Id="rId15" Type="http://schemas.openxmlformats.org/officeDocument/2006/relationships/hyperlink" Target="https://theoxfordmagazine.com/news/oxford-bus-company-unveils-rainbow-bus-to-celebrate-oxfor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