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Afro‑Latin Dance Nights in Vancouver: Where Joy Meets the Dance Floor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Bursting with colour and chest‑to‑chest movement, Vancouver’s queer Afro‑Latin dance scene has become a must‑try for anyone looking for music, community and safer spaces to learn partner dancing, here’s who’s leading the parties, what to expect, and how to join in.</w:t>
      </w:r>
      <w:r/>
    </w:p>
    <w:p>
      <w:r/>
      <w:r>
        <w:t>Essential Takeaways</w:t>
      </w:r>
      <w:r/>
      <w:r/>
    </w:p>
    <w:p>
      <w:pPr>
        <w:pStyle w:val="ListBullet"/>
        <w:spacing w:line="240" w:lineRule="auto"/>
        <w:ind w:left="720"/>
      </w:pPr>
      <w:r/>
      <w:r>
        <w:rPr>
          <w:b/>
        </w:rPr>
        <w:t>Vibrant community:</w:t>
      </w:r>
      <w:r>
        <w:t xml:space="preserve"> Queer‑led groups are running sold‑out socials, outdoor classes and beginner courses that feel welcoming and upbeat.</w:t>
      </w:r>
      <w:r/>
    </w:p>
    <w:p>
      <w:pPr>
        <w:pStyle w:val="ListBullet"/>
        <w:spacing w:line="240" w:lineRule="auto"/>
        <w:ind w:left="720"/>
      </w:pPr>
      <w:r/>
      <w:r>
        <w:rPr>
          <w:b/>
        </w:rPr>
        <w:t>Consent‑focused:</w:t>
      </w:r>
      <w:r>
        <w:t xml:space="preserve"> Events prioritise clear consent practices, relaxed partner switching and inclusive signalling (wristbands or verbal asks).</w:t>
      </w:r>
      <w:r/>
    </w:p>
    <w:p>
      <w:pPr>
        <w:pStyle w:val="ListBullet"/>
        <w:spacing w:line="240" w:lineRule="auto"/>
        <w:ind w:left="720"/>
      </w:pPr>
      <w:r/>
      <w:r>
        <w:rPr>
          <w:b/>
        </w:rPr>
        <w:t>Range of styles:</w:t>
      </w:r>
      <w:r>
        <w:t xml:space="preserve"> From kizomba and bachata to cumbia and salsa‑inflected nights, there’s something for different tastes and tempos.</w:t>
      </w:r>
      <w:r/>
    </w:p>
    <w:p>
      <w:pPr>
        <w:pStyle w:val="ListBullet"/>
        <w:spacing w:line="240" w:lineRule="auto"/>
        <w:ind w:left="720"/>
      </w:pPr>
      <w:r/>
      <w:r>
        <w:rPr>
          <w:b/>
        </w:rPr>
        <w:t>Beginner friendly:</w:t>
      </w:r>
      <w:r>
        <w:t xml:space="preserve"> Many socials offer lessons before the social portion, expect approachable teaching, hands‑on demos and patient partners.</w:t>
      </w:r>
      <w:r/>
    </w:p>
    <w:p>
      <w:pPr>
        <w:pStyle w:val="ListBullet"/>
        <w:spacing w:line="240" w:lineRule="auto"/>
        <w:ind w:left="720"/>
      </w:pPr>
      <w:r/>
      <w:r>
        <w:rPr>
          <w:b/>
        </w:rPr>
        <w:t>Paid, sustainable practice:</w:t>
      </w:r>
      <w:r>
        <w:t xml:space="preserve"> Organisations are moving to non‑profit models to pay instructors and performers fairly.</w:t>
      </w:r>
      <w:r/>
      <w:r/>
    </w:p>
    <w:p>
      <w:pPr>
        <w:pStyle w:val="Heading2"/>
      </w:pPr>
      <w:r>
        <w:t>Why Vancouver’s queer Afro‑Latin nights feel different , and better</w:t>
      </w:r>
      <w:r/>
    </w:p>
    <w:p>
      <w:r/>
      <w:r>
        <w:t>Walk into one of these events and you’ll notice the room hums differently: people laugh loud, hug, and dance close with a softer eye on safety. According to organisers and participants, the scene deliberately flips the traditional gatekeeping of Latin partner dance, less patriarchal, more playful. That shift isn’t only cultural, it’s practical: organisers teach consent, encourage asking to switch leads and use simple wristband systems so everyone knows who’s up for leading, following or both.</w:t>
      </w:r>
      <w:r/>
    </w:p>
    <w:p>
      <w:r/>
      <w:r>
        <w:t>The result is a low‑pressure atmosphere where a nervous beginner can step in and find a patient partner, and seasoned dancers can relax into the music. If you felt excluded by mainstream salsa nights, these events are the kind of tweak that actually matters.</w:t>
      </w:r>
      <w:r/>
    </w:p>
    <w:p>
      <w:pPr>
        <w:pStyle w:val="Heading2"/>
      </w:pPr>
      <w:r>
        <w:t>Who’s running the nights and where to find them</w:t>
      </w:r>
      <w:r/>
    </w:p>
    <w:p>
      <w:r/>
      <w:r>
        <w:t>A handful of grassroots initiatives have popped up across the city: volunteer collectives, drag MCs hosting socials, and summer programmes in public plazas. Some groups began in small amenity rooms and now fill venues, while others run weekly outdoor bachata lessons by City Hall in summer months. Organisers are connecting the dots across Vancouver’s calendar so you can pick the vibe you want, sweaty kizomba close‑holds, upbeat cumbia sets, or a gentle bachata wind‑down.</w:t>
      </w:r>
      <w:r/>
    </w:p>
    <w:p>
      <w:r/>
      <w:r>
        <w:t>If you want to plan ahead, check event listings from community hubs and social pages to spot rotating styles and guest instructors.</w:t>
      </w:r>
      <w:r/>
    </w:p>
    <w:p>
      <w:pPr>
        <w:pStyle w:val="Heading2"/>
      </w:pPr>
      <w:r>
        <w:t>What to expect at your first queer Afro‑Latin social</w:t>
      </w:r>
      <w:r/>
    </w:p>
    <w:p>
      <w:r/>
      <w:r>
        <w:t>Expect a brief lesson, then a social, fast. Teachers usually lead a one‑hour beginner segment that focuses on connection, musicality and simple partnering. After that the lights go down and the DJs spin mixes that let people practise what they learned. Look for practical cues like wristband colours or MC announcements that make asking someone to dance easier. There’s also usually a quick consent primer before the social portion, so everyone knows boundaries are respected.</w:t>
      </w:r>
      <w:r/>
    </w:p>
    <w:p>
      <w:r/>
      <w:r>
        <w:t>Practical tip: wear comfortable shoes with some grip, bring water, and arrive early to pick a wristband or sign up for the lesson.</w:t>
      </w:r>
      <w:r/>
    </w:p>
    <w:p>
      <w:pPr>
        <w:pStyle w:val="Heading2"/>
      </w:pPr>
      <w:r>
        <w:t>Dance styles worth trying and why they matter</w:t>
      </w:r>
      <w:r/>
    </w:p>
    <w:p>
      <w:r/>
      <w:r>
        <w:t>Kizomba offers slow, intimate movement that teaches sensitivity to your partner’s frame; bachata is sensual and flowing with lots of hip and torso connection; cumbia and other Afro‑Latin rhythms bring playful, syncopated steps that get a crowd moving. Each style trains a different kind of listening, both to the music and to a partner, and all of them reward openness and a willingness to experiment.</w:t>
      </w:r>
      <w:r/>
    </w:p>
    <w:p>
      <w:r/>
      <w:r>
        <w:t>If you’re choosing your first class, pick the style that matches your comfort level: bachata or cumbia for more space and rhythmic play, kizomba if you want to explore close partnering.</w:t>
      </w:r>
      <w:r/>
    </w:p>
    <w:p>
      <w:pPr>
        <w:pStyle w:val="Heading2"/>
      </w:pPr>
      <w:r>
        <w:t>How the scene is growing responsibly</w:t>
      </w:r>
      <w:r/>
    </w:p>
    <w:p>
      <w:r/>
      <w:r>
        <w:t>Organisers are formalising efforts, some groups are incorporating as non‑profits to build sustainable operations and pay instructors, DJs and drag performers fairly. That professionalising move keeps events ethical and helps them scale without burning out volunteers. Community feedback has been glowing, with many nights selling out and returning participants citing the combination of skillful teaching and inclusive choreography.</w:t>
      </w:r>
      <w:r/>
    </w:p>
    <w:p>
      <w:r/>
      <w:r>
        <w:t>Looking ahead, expect more cross‑pollination: pop‑up collaborations, festival bookings and more outdoor series in summer.</w:t>
      </w:r>
      <w:r/>
    </w:p>
    <w:p>
      <w:r/>
      <w:r>
        <w:t>It’s a small change that can make every dance feel like a celebration.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2">
        <w:r>
          <w:rPr>
            <w:color w:val="0000EE"/>
            <w:u w:val="single"/>
          </w:rPr>
          <w:t>[3]</w:t>
        </w:r>
      </w:hyperlink>
      <w:r>
        <w:t xml:space="preserve">- Paragraph 6: </w:t>
      </w:r>
      <w:hyperlink r:id="rId15">
        <w:r>
          <w:rPr>
            <w:color w:val="0000EE"/>
            <w:u w:val="single"/>
          </w:rPr>
          <w:t>[5]</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https://www.straight.com/living/vancouvers-queer-afro-latin-dance-scene-brings-joy-to-dance-floor</w:t>
        </w:r>
      </w:hyperlink>
      <w:r>
        <w:t xml:space="preserve"> - Please view link - unable to able to access data</w:t>
      </w:r>
      <w:r/>
    </w:p>
    <w:p>
      <w:pPr>
        <w:pStyle w:val="ListNumber"/>
        <w:spacing w:line="240" w:lineRule="auto"/>
        <w:ind w:left="720"/>
      </w:pPr>
      <w:r/>
      <w:hyperlink r:id="rId10">
        <w:r>
          <w:rPr>
            <w:color w:val="0000EE"/>
            <w:u w:val="single"/>
          </w:rPr>
          <w:t>https://www.bazadance.org/</w:t>
        </w:r>
      </w:hyperlink>
      <w:r>
        <w:t xml:space="preserve"> - Baza Dance Society is a non-profit organisation in Vancouver dedicated to making Latin dance accessible and welcoming for everyone. They offer affordable social events and dance education for both youth and adults, including opportunities to learn from international dance artists. Their mission focuses on building community, providing education, and celebrating Latin dance culture through various events and classes.</w:t>
      </w:r>
      <w:r/>
    </w:p>
    <w:p>
      <w:pPr>
        <w:pStyle w:val="ListNumber"/>
        <w:spacing w:line="240" w:lineRule="auto"/>
        <w:ind w:left="720"/>
      </w:pPr>
      <w:r/>
      <w:hyperlink r:id="rId12">
        <w:r>
          <w:rPr>
            <w:color w:val="0000EE"/>
            <w:u w:val="single"/>
          </w:rPr>
          <w:t>https://www.carnavaldelsol.ca/artists/salseo/</w:t>
        </w:r>
      </w:hyperlink>
      <w:r>
        <w:t xml:space="preserve"> - SALSEO is a queer Latinx-led collective based in Vancouver, established in February 2024. The collective aims to build connection and joy through Afro-Latinx dance and community. They offer welcoming, culturally-rooted, and economically accessible spaces where everyone can dance freely, without judgment or financial barriers. SALSEO is inspired by the salsa and cumbia communities in Mexico and the open-to-all spirit of cumbia street dancing.</w:t>
      </w:r>
      <w:r/>
    </w:p>
    <w:p>
      <w:pPr>
        <w:pStyle w:val="ListNumber"/>
        <w:spacing w:line="240" w:lineRule="auto"/>
        <w:ind w:left="720"/>
      </w:pPr>
      <w:r/>
      <w:hyperlink r:id="rId11">
        <w:r>
          <w:rPr>
            <w:color w:val="0000EE"/>
            <w:u w:val="single"/>
          </w:rPr>
          <w:t>https://www.thegayagenda.fyi/vancouver/events/body-heat-jun-26-2026/</w:t>
        </w:r>
      </w:hyperlink>
      <w:r>
        <w:t xml:space="preserve"> - Body Heat is a sapphic, queer, and trans dance party held on June 26, 2026, at Skylight Warehouse in Vancouver. The event features DJs playing hip hop, pop, house remixes, R&amp;B, afrohouse, and hits. Attendees can enjoy performances by gogo and aerial artists, a wet T-shirt contest with a $150 prize, and an outdoor stage (weather permitting). Tickets are available at various price tiers, with pay-what-you-can options upon email request.</w:t>
      </w:r>
      <w:r/>
    </w:p>
    <w:p>
      <w:pPr>
        <w:pStyle w:val="ListNumber"/>
        <w:spacing w:line="240" w:lineRule="auto"/>
        <w:ind w:left="720"/>
      </w:pPr>
      <w:r/>
      <w:hyperlink r:id="rId15">
        <w:r>
          <w:rPr>
            <w:color w:val="0000EE"/>
            <w:u w:val="single"/>
          </w:rPr>
          <w:t>https://www.vancouverpride.ca/prideevents/afroqueer-bubly-davie-st-lounge</w:t>
        </w:r>
      </w:hyperlink>
      <w:r>
        <w:t xml:space="preserve"> - AfroQueer is a Black Queer event for self-identifying queer Afrodiaspora individuals, celebrating music, art, dance, and culture representative of Black queer creativity worldwide. The event features an all-Black lineup of DJs, dancers, vendors, security, and staff, creating an affirming Pride event that facilitates Black connection, healing, celebration, and liberation. It pays homage to Drag, Ballroom, Voguing, Dancehall, Afrobeats, Afrofunk, House, Drum and Bass, Hip Hop, and Caribbean sounds.</w:t>
      </w:r>
      <w:r/>
    </w:p>
    <w:p>
      <w:pPr>
        <w:pStyle w:val="ListNumber"/>
        <w:spacing w:line="240" w:lineRule="auto"/>
        <w:ind w:left="720"/>
      </w:pPr>
      <w:r/>
      <w:hyperlink r:id="rId14">
        <w:r>
          <w:rPr>
            <w:color w:val="0000EE"/>
            <w:u w:val="single"/>
          </w:rPr>
          <w:t>https://www.dancevancouver.ca/event-details/bersy-cortez-afromambo-intensive-training</w:t>
        </w:r>
      </w:hyperlink>
      <w:r>
        <w:t xml:space="preserve"> - Bersy Cortez, an international salsa icon from Caracas, Venezuela, offers a powerful night of dance with three high-energy solo workshops packed with Afro, Mambo, and body movement. Designed to challenge, inspire, and transform dancers, the event is scheduled for September 23, 2025, at Dance Vancouver Studio. Cortez has performed with salsa legends like Oscar D’León, El Gran Combo, and Eddie Torres, and is known for her powerful fusion of Afro and Latin styles.</w:t>
      </w:r>
      <w:r/>
    </w:p>
    <w:p>
      <w:pPr>
        <w:pStyle w:val="ListNumber"/>
        <w:spacing w:line="240" w:lineRule="auto"/>
        <w:ind w:left="720"/>
      </w:pPr>
      <w:r/>
      <w:hyperlink r:id="rId13">
        <w:r>
          <w:rPr>
            <w:color w:val="0000EE"/>
            <w:u w:val="single"/>
          </w:rPr>
          <w:t>https://salseoqueerdance.com/</w:t>
        </w:r>
      </w:hyperlink>
      <w:r>
        <w:t xml:space="preserve"> - Salseo is a queer Latinx-led collective based in Vancouver, established in February 2024. The collective aims to build connection and joy through Afro-Latinx dance and community. They offer welcoming, culturally-rooted, and economically accessible spaces where everyone can dance freely, without judgment or financial barriers. SALSEO is inspired by the salsa and cumbia communities in Mexico and the open-to-all spirit of cumbia street dancing.</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raight.com/living/vancouvers-queer-afro-latin-dance-scene-brings-joy-to-dance-floor" TargetMode="External"/><Relationship Id="rId10" Type="http://schemas.openxmlformats.org/officeDocument/2006/relationships/hyperlink" Target="https://www.bazadance.org/" TargetMode="External"/><Relationship Id="rId11" Type="http://schemas.openxmlformats.org/officeDocument/2006/relationships/hyperlink" Target="https://www.thegayagenda.fyi/vancouver/events/body-heat-jun-26-2026/" TargetMode="External"/><Relationship Id="rId12" Type="http://schemas.openxmlformats.org/officeDocument/2006/relationships/hyperlink" Target="https://www.carnavaldelsol.ca/artists/salseo/" TargetMode="External"/><Relationship Id="rId13" Type="http://schemas.openxmlformats.org/officeDocument/2006/relationships/hyperlink" Target="https://salseoqueerdance.com/" TargetMode="External"/><Relationship Id="rId14" Type="http://schemas.openxmlformats.org/officeDocument/2006/relationships/hyperlink" Target="https://www.dancevancouver.ca/event-details/bersy-cortez-afromambo-intensive-training" TargetMode="External"/><Relationship Id="rId15" Type="http://schemas.openxmlformats.org/officeDocument/2006/relationships/hyperlink" Target="https://www.vancouverpride.ca/prideevents/afroqueer-bubly-davie-st-loung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