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Musical at the National Theatre: Why the Dorfman Staging Feels Urgent and Joyful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theatre‑goers are flocking to the Dorfman Theatre where a reimagined Pride musical mixes 1980s nostalgia with present‑day urgency; the show’s songs, sharp humour and small but explosive cast make it a must‑see this Pride month in London.</w:t>
      </w:r>
      <w:r/>
    </w:p>
    <w:p>
      <w:r/>
      <w:r>
        <w:t>Essential Takeaways</w:t>
      </w:r>
      <w:r/>
      <w:r/>
    </w:p>
    <w:p>
      <w:pPr>
        <w:pStyle w:val="ListBullet"/>
        <w:spacing w:line="240" w:lineRule="auto"/>
        <w:ind w:left="720"/>
      </w:pPr>
      <w:r/>
      <w:r>
        <w:rPr>
          <w:b/>
        </w:rPr>
        <w:t>Striking atmosphere:</w:t>
      </w:r>
      <w:r>
        <w:t xml:space="preserve"> The Dorfman’s sepia lighting and an ’80s soundtrack instantly pull you into the era, with a lively, tactile set that shifts from Soho clubs to Welsh valleys. </w:t>
      </w:r>
      <w:r/>
    </w:p>
    <w:p>
      <w:pPr>
        <w:pStyle w:val="ListBullet"/>
        <w:spacing w:line="240" w:lineRule="auto"/>
        <w:ind w:left="720"/>
      </w:pPr>
      <w:r/>
      <w:r>
        <w:rPr>
          <w:b/>
        </w:rPr>
        <w:t>Balanced tone:</w:t>
      </w:r>
      <w:r>
        <w:t xml:space="preserve"> The production blends real heartbreak , AIDS, miners’ struggles , with irreverent comedy and camp, creating emotional highs and cathartic laughter. </w:t>
      </w:r>
      <w:r/>
    </w:p>
    <w:p>
      <w:pPr>
        <w:pStyle w:val="ListBullet"/>
        <w:spacing w:line="240" w:lineRule="auto"/>
        <w:ind w:left="720"/>
      </w:pPr>
      <w:r/>
      <w:r>
        <w:rPr>
          <w:b/>
        </w:rPr>
        <w:t>Standout performances:</w:t>
      </w:r>
      <w:r>
        <w:t xml:space="preserve"> Jhon Lumsden and Samuel Barnett bring charisma and a fierce, show‑stopping energy; the ensemble feels tight and committed. </w:t>
      </w:r>
      <w:r/>
    </w:p>
    <w:p>
      <w:pPr>
        <w:pStyle w:val="ListBullet"/>
        <w:spacing w:line="240" w:lineRule="auto"/>
        <w:ind w:left="720"/>
      </w:pPr>
      <w:r/>
      <w:r>
        <w:rPr>
          <w:b/>
        </w:rPr>
        <w:t>Smart staging:</w:t>
      </w:r>
      <w:r>
        <w:t xml:space="preserve"> Simple scenery is used inventively, while the music drives both narrative and humour; it never feels like a typical musical. </w:t>
      </w:r>
      <w:r/>
    </w:p>
    <w:p>
      <w:pPr>
        <w:pStyle w:val="ListBullet"/>
        <w:spacing w:line="240" w:lineRule="auto"/>
        <w:ind w:left="720"/>
      </w:pPr>
      <w:r/>
      <w:r>
        <w:rPr>
          <w:b/>
        </w:rPr>
        <w:t>Community pulse:</w:t>
      </w:r>
      <w:r>
        <w:t xml:space="preserve"> The show reframes history as a call to action, leaving audiences energised and reflective as they exit.</w:t>
      </w:r>
      <w:r/>
      <w:r/>
    </w:p>
    <w:p>
      <w:pPr>
        <w:pStyle w:val="Heading2"/>
      </w:pPr>
      <w:r>
        <w:t>A time machine of light and sound that feels eerily timely</w:t>
      </w:r>
      <w:r/>
    </w:p>
    <w:p>
      <w:r/>
      <w:r>
        <w:t>Step into the Dorfman and you’re hit with a wash of sepia and an ’80s soundtrack that feels deliciously loud and familiar; Wham!, Pet Shop Boys and Madonna set a playful, nostalgic seam through the show. According to reviews, that audiovisual cocktail does more than evoke an era , it also throws the audience into a mirror of today’s politics, which is both chilling and catalytic. The production uses sensory detail to hook you immediately, and then keeps pulling you through a story that matters.</w:t>
      </w:r>
      <w:r/>
    </w:p>
    <w:p>
      <w:pPr>
        <w:pStyle w:val="Heading2"/>
      </w:pPr>
      <w:r>
        <w:t>Why music and humour lift heavy truths</w:t>
      </w:r>
      <w:r/>
    </w:p>
    <w:p>
      <w:r/>
      <w:r>
        <w:t>This is a musical that refuses to be mawkish. Music doesn’t just score moments, it punctures them for comedy and catharsis. Critics note how numbers in the show turn prejudice into absurdity , a conservative mob sings reassurances that reveal every lie they believe , and still find room for tender songs about love, fear and resilience. The result is theatrical alchemy: grief and joy living cheek by jowl, which makes the emotional payoff hit harder.</w:t>
      </w:r>
      <w:r/>
    </w:p>
    <w:p>
      <w:pPr>
        <w:pStyle w:val="Heading2"/>
      </w:pPr>
      <w:r>
        <w:t>Characters you’ll cheer for , and remember</w:t>
      </w:r>
      <w:r/>
    </w:p>
    <w:p>
      <w:r/>
      <w:r>
        <w:t>The cast are compact but capacious: Jhon Lumsden’s Marc Ashton bursts with fundraising fervour, while Samuel Barnett’s Jonathan commands the stage in a red jumpsuit and a memorable monologue that breaks the fourth wall. Reviews praise the way the production dovetails several storylines , coming out, activism, community loss , without ever feeling overstuffed. The human details land: small gestures, confident comic timing and moments that let the audience lean in.</w:t>
      </w:r>
      <w:r/>
    </w:p>
    <w:p>
      <w:pPr>
        <w:pStyle w:val="Heading2"/>
      </w:pPr>
      <w:r>
        <w:t>Smart design and brisk storytelling keep it moving</w:t>
      </w:r>
      <w:r/>
    </w:p>
    <w:p>
      <w:r/>
      <w:r>
        <w:t>Design choices favour imagination over extravagance. A minimalist set changes tone at the flick of a switch, and yet the sound is big , the National Theatre’s intimacy lets every laugh and sob feel close up. Critics compare the piece to other ensemble shows that trade scale for warmth, and the comparison fits: you come away feeling involved, not lectured. For anyone choosing seats, aim for central stalls to catch the choreography and the faces that sell every line.</w:t>
      </w:r>
      <w:r/>
    </w:p>
    <w:p>
      <w:pPr>
        <w:pStyle w:val="Heading2"/>
      </w:pPr>
      <w:r>
        <w:t>A reminder that theatre can prod, comfort and mobilise</w:t>
      </w:r>
      <w:r/>
    </w:p>
    <w:p>
      <w:r/>
      <w:r>
        <w:t>What lifts this staging above a faithful adaptation is its insistence on relevance. Reviews describe the show as both a tribute to past solidarity and a prompt to act now , a timely companion to Pride month. Audiences reportedly leave laughing, crying and a little fired up. If theatre’s job is to make you feel part of something, this Pride succeeds.</w:t>
      </w:r>
      <w:r/>
    </w:p>
    <w:p>
      <w:r/>
      <w:r>
        <w:t>It's a small theatrical shift that packs a crowd into both memory and momentum.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[6]</w:t>
        </w:r>
      </w:hyperlink>
      <w:r>
        <w:t xml:space="preserve">- Paragraph 2: </w:t>
      </w:r>
      <w:hyperlink r:id="rId11">
        <w:r>
          <w:rPr>
            <w:color w:val="0000EE"/>
            <w:u w:val="single"/>
          </w:rPr>
          <w:t>[4]</w:t>
        </w:r>
      </w:hyperlink>
      <w:r>
        <w:t xml:space="preserve">, </w:t>
      </w:r>
      <w:hyperlink r:id="rId12">
        <w:r>
          <w:rPr>
            <w:color w:val="0000EE"/>
            <w:u w:val="single"/>
          </w:rPr>
          <w:t>[5]</w:t>
        </w:r>
      </w:hyperlink>
      <w:r>
        <w:t xml:space="preserve">- Paragraph 3: </w:t>
      </w:r>
      <w:hyperlink r:id="rId13">
        <w:r>
          <w:rPr>
            <w:color w:val="0000EE"/>
            <w:u w:val="single"/>
          </w:rPr>
          <w:t>[7]</w:t>
        </w:r>
      </w:hyperlink>
      <w:r>
        <w:t xml:space="preserve">, </w:t>
      </w:r>
      <w:hyperlink r:id="rId14">
        <w:r>
          <w:rPr>
            <w:color w:val="0000EE"/>
            <w:u w:val="single"/>
          </w:rPr>
          <w:t>[3]</w:t>
        </w:r>
      </w:hyperlink>
      <w:r>
        <w:t xml:space="preserve">- Paragraph 4: </w:t>
      </w:r>
      <w:hyperlink r:id="rId12">
        <w:r>
          <w:rPr>
            <w:color w:val="0000EE"/>
            <w:u w:val="single"/>
          </w:rPr>
          <w:t>[5]</w:t>
        </w:r>
      </w:hyperlink>
      <w:r>
        <w:t xml:space="preserve">, </w:t>
      </w:r>
      <w:hyperlink r:id="rId10">
        <w:r>
          <w:rPr>
            <w:color w:val="0000EE"/>
            <w:u w:val="single"/>
          </w:rPr>
          <w:t>[6]</w:t>
        </w:r>
      </w:hyperlink>
      <w:r>
        <w:t xml:space="preserve">- Paragraph 5: </w:t>
      </w:r>
      <w:hyperlink r:id="rId9">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https://www.attitude.co.uk/culture/theatre/pride-at-national-theatre-in-london-review-528028/</w:t>
        </w:r>
      </w:hyperlink>
      <w:r>
        <w:t xml:space="preserve"> - Please view link - unable to able to access data</w:t>
      </w:r>
      <w:r/>
    </w:p>
    <w:p>
      <w:pPr>
        <w:pStyle w:val="ListNumber"/>
        <w:spacing w:line="240" w:lineRule="auto"/>
        <w:ind w:left="720"/>
      </w:pPr>
      <w:r/>
      <w:hyperlink r:id="rId9">
        <w:r>
          <w:rPr>
            <w:color w:val="0000EE"/>
            <w:u w:val="single"/>
          </w:rPr>
          <w:t>https://www.attitude.co.uk/culture/theatre/pride-at-national-theatre-in-london-review-528028/</w:t>
        </w:r>
      </w:hyperlink>
      <w:r>
        <w:t xml:space="preserve"> - This review of the 'Pride' musical at London's National Theatre highlights its 1980s setting, featuring a soundtrack of Wham!, Pet Shop Boys, and Madonna. The production effectively balances poignant moments with irreverent humour, addressing themes like the AIDS crisis, miners' strikes, and the early days of Pride. The cast delivers powerful performances, notably Jhon Lumsden as Marc Ashton, who energises the role with a rendition of 'Solidarity'. The set design transforms seamlessly from Soho clubs to Welsh rural settings, creating an immersive experience that resonates with contemporary audiences.</w:t>
      </w:r>
      <w:r/>
    </w:p>
    <w:p>
      <w:pPr>
        <w:pStyle w:val="ListNumber"/>
        <w:spacing w:line="240" w:lineRule="auto"/>
        <w:ind w:left="720"/>
      </w:pPr>
      <w:r/>
      <w:hyperlink r:id="rId14">
        <w:r>
          <w:rPr>
            <w:color w:val="0000EE"/>
            <w:u w:val="single"/>
          </w:rPr>
          <w:t>https://www.whatsonstage.com/news/pride-musical-at-the-national-theatre-review_1726254/</w:t>
        </w:r>
      </w:hyperlink>
      <w:r>
        <w:t xml:space="preserve"> - This review praises the 'Pride' musical for its uplifting portrayal of solidarity and community. It notes the adaptation's success in conveying the true story of Lesbians and Gays Support the Miners (LGSM) during the 1984 miners' strike. The production is commended for its emotional depth and timely message, resonating with current political climates. The performances, particularly Jhon Lumsden as Mark Ashton, are highlighted for their authenticity and energy, effectively bringing the historical narrative to life on stage.</w:t>
      </w:r>
      <w:r/>
    </w:p>
    <w:p>
      <w:pPr>
        <w:pStyle w:val="ListNumber"/>
        <w:spacing w:line="240" w:lineRule="auto"/>
        <w:ind w:left="720"/>
      </w:pPr>
      <w:r/>
      <w:hyperlink r:id="rId11">
        <w:r>
          <w:rPr>
            <w:color w:val="0000EE"/>
            <w:u w:val="single"/>
          </w:rPr>
          <w:t>https://www.the-independent.com/arts-entertainment/theatre-dance/reviews/pride-musical-review-national-theatre-b3003069.html</w:t>
        </w:r>
      </w:hyperlink>
      <w:r>
        <w:t xml:space="preserve"> - This review lauds the 'Pride' musical as a devastating yet uplifting adaptation that surpasses the original film. It focuses on the alliance between gay activists and Welsh miners during the 1980s strikes, highlighting the production's emotional resonance and depth. The performances, especially Jhon Lumsden's portrayal of Mark Ashton, are noted for their authenticity and impact. The review underscores the musical's ability to blend humour with serious themes, creating a compelling and timely narrative.</w:t>
      </w:r>
      <w:r/>
    </w:p>
    <w:p>
      <w:pPr>
        <w:pStyle w:val="ListNumber"/>
        <w:spacing w:line="240" w:lineRule="auto"/>
        <w:ind w:left="720"/>
      </w:pPr>
      <w:r/>
      <w:hyperlink r:id="rId12">
        <w:r>
          <w:rPr>
            <w:color w:val="0000EE"/>
            <w:u w:val="single"/>
          </w:rPr>
          <w:t>https://musicaltheatrereview.com/pride-dorfman-national-theatre/</w:t>
        </w:r>
      </w:hyperlink>
      <w:r>
        <w:t xml:space="preserve"> - This review describes the 'Pride' musical as a remarkable and true story brought to life with brilliance. It commends the direction by Matthew Warchus and the music by Christopher Nightingale, Josh Cohen, and DJ Walde. The production immerses the audience in the 1980s political and social landscape, effectively conveying the era's atmosphere. The performances, particularly Jhon Lumsden as Mark Ashton, are praised for their energy and authenticity, capturing the essence of the historical narrative.</w:t>
      </w:r>
      <w:r/>
    </w:p>
    <w:p>
      <w:pPr>
        <w:pStyle w:val="ListNumber"/>
        <w:spacing w:line="240" w:lineRule="auto"/>
        <w:ind w:left="720"/>
      </w:pPr>
      <w:r/>
      <w:hyperlink r:id="rId10">
        <w:r>
          <w:rPr>
            <w:color w:val="0000EE"/>
            <w:u w:val="single"/>
          </w:rPr>
          <w:t>https://www.timeout.com/london/news/review-pride-at-the-national-theatre-dorfman-062526</w:t>
        </w:r>
      </w:hyperlink>
      <w:r>
        <w:t xml:space="preserve"> - This review highlights the 'Pride' musical as a stunning adaptation of the classic LGBT film. It praises the creative team for their ability to balance humour and emotional depth, delivering a powerful and timely message about solidarity and community. The performances, especially Jhon Lumsden's portrayal of Mark Ashton, are noted for their authenticity and impact. The review underscores the musical's success in translating the film's essence to the stage, creating a compelling and resonant narrative.</w:t>
      </w:r>
      <w:r/>
    </w:p>
    <w:p>
      <w:pPr>
        <w:pStyle w:val="ListNumber"/>
        <w:spacing w:line="240" w:lineRule="auto"/>
        <w:ind w:left="720"/>
      </w:pPr>
      <w:r/>
      <w:hyperlink r:id="rId13">
        <w:r>
          <w:rPr>
            <w:color w:val="0000EE"/>
            <w:u w:val="single"/>
          </w:rPr>
          <w:t>https://www.theguardian.com/stage/2026/jun/26/pride-review-dorfman-theatre-london</w:t>
        </w:r>
      </w:hyperlink>
      <w:r>
        <w:t xml:space="preserve"> - This review describes the 'Pride' musical as a magnificent celebration of solidarity between gay activists and miners. It commends the direction and writing for delivering a stage adaptation that honours the original film while adding depth and resonance. The performances, particularly Jhon Lumsden as Mark Ashton, are praised for their authenticity and emotional impact. The review highlights the production's ability to blend joy and poignancy, creating a memorable and timely theatrical experience.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culture/theatre/pride-at-national-theatre-in-london-review-528028/" TargetMode="External"/><Relationship Id="rId10" Type="http://schemas.openxmlformats.org/officeDocument/2006/relationships/hyperlink" Target="https://www.timeout.com/london/news/review-pride-at-the-national-theatre-dorfman-062526" TargetMode="External"/><Relationship Id="rId11" Type="http://schemas.openxmlformats.org/officeDocument/2006/relationships/hyperlink" Target="https://www.the-independent.com/arts-entertainment/theatre-dance/reviews/pride-musical-review-national-theatre-b3003069.html" TargetMode="External"/><Relationship Id="rId12" Type="http://schemas.openxmlformats.org/officeDocument/2006/relationships/hyperlink" Target="https://musicaltheatrereview.com/pride-dorfman-national-theatre/" TargetMode="External"/><Relationship Id="rId13" Type="http://schemas.openxmlformats.org/officeDocument/2006/relationships/hyperlink" Target="https://www.theguardian.com/stage/2026/jun/26/pride-review-dorfman-theatre-london" TargetMode="External"/><Relationship Id="rId14" Type="http://schemas.openxmlformats.org/officeDocument/2006/relationships/hyperlink" Target="https://www.whatsonstage.com/news/pride-musical-at-the-national-theatre-review_17262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