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LGBTQ Books for July 2026: Heartstopper Finale and Fresh Queer Reads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 a stack of great new queer books this July , from the long-awaited Heartstopper Volume 6 to sapphic rom-coms, trans folktale retellings and queer horror. Readers are buying, re-reading and queuing up for the movie, so here’s what to add to your TBR now.</w:t>
      </w:r>
      <w:r/>
    </w:p>
    <w:p>
      <w:r/>
      <w:r>
        <w:t>Essential Takeaways</w:t>
      </w:r>
      <w:r/>
      <w:r/>
    </w:p>
    <w:p>
      <w:pPr>
        <w:pStyle w:val="ListBullet"/>
        <w:spacing w:line="240" w:lineRule="auto"/>
        <w:ind w:left="720"/>
      </w:pPr>
      <w:r/>
      <w:r>
        <w:rPr>
          <w:b/>
        </w:rPr>
        <w:t>Big release:</w:t>
      </w:r>
      <w:r>
        <w:t xml:space="preserve"> Heartstopper Volume 6 by Alice Oseman arrives in July as the concluding graphic novel to the beloved YA series, with the TV movie wrapping the adaptation. It feels celebratory and complete. </w:t>
      </w:r>
      <w:r/>
    </w:p>
    <w:p>
      <w:pPr>
        <w:pStyle w:val="ListBullet"/>
        <w:spacing w:line="240" w:lineRule="auto"/>
        <w:ind w:left="720"/>
      </w:pPr>
      <w:r/>
      <w:r>
        <w:rPr>
          <w:b/>
        </w:rPr>
        <w:t>Wide variety:</w:t>
      </w:r>
      <w:r>
        <w:t xml:space="preserve"> July’s list spans literary fiction, sapphic romance, paranormal and folk horror, plus short stories and folktale retellings , something cosy, spooky or tender for every mood. </w:t>
      </w:r>
      <w:r/>
    </w:p>
    <w:p>
      <w:pPr>
        <w:pStyle w:val="ListBullet"/>
        <w:spacing w:line="240" w:lineRule="auto"/>
        <w:ind w:left="720"/>
      </w:pPr>
      <w:r/>
      <w:r>
        <w:rPr>
          <w:b/>
        </w:rPr>
        <w:t>Emotional pull:</w:t>
      </w:r>
      <w:r>
        <w:t xml:space="preserve"> Several titles lean into messy friendships, unrequited love and political turmoil, offering both comfort reads and sharper, thought-provoking work. </w:t>
      </w:r>
      <w:r/>
    </w:p>
    <w:p>
      <w:pPr>
        <w:pStyle w:val="ListBullet"/>
        <w:spacing w:line="240" w:lineRule="auto"/>
        <w:ind w:left="720"/>
      </w:pPr>
      <w:r/>
      <w:r>
        <w:rPr>
          <w:b/>
        </w:rPr>
        <w:t>Collector-friendly:</w:t>
      </w:r>
      <w:r>
        <w:t xml:space="preserve"> New editions and international releases mean fans can hunt for translated or special-print copies, so check local sellers and publisher pages. </w:t>
      </w:r>
      <w:r/>
      <w:r/>
    </w:p>
    <w:p>
      <w:pPr>
        <w:pStyle w:val="Heading2"/>
      </w:pPr>
      <w:r>
        <w:t>Heartstopper’s big finish , what fans are buzzing about</w:t>
      </w:r>
      <w:r/>
    </w:p>
    <w:p>
      <w:r/>
      <w:r>
        <w:t>Alice Oseman’s Heartstopper has been a fixture on shelves and screens, and Volume 6 lands as the long-awaited finale that readers have been hyping for months. The graphic-novel format keeps that warm, tactile feel , the panels, the colour, the small gestures , which is partly why fans keep re-reading. According to publisher listings and the author’s site, the July release completes Charlie and Nick’s story on the page just as the TV adaptation heads into its movie finale. If you’ve kept a nostalgic corner on your shelf for this series, Volume 6 is the natural capstone and a likely emotional read.</w:t>
      </w:r>
      <w:r/>
    </w:p>
    <w:p>
      <w:r/>
      <w:r>
        <w:t>Practical tip: if you love boxed sets or matching covers, watch for simultaneous international editions and translations from regional publishers to match your collection.</w:t>
      </w:r>
      <w:r/>
    </w:p>
    <w:p>
      <w:pPr>
        <w:pStyle w:val="Heading2"/>
      </w:pPr>
      <w:r>
        <w:t>Why the Heartstopper movie matters for the books</w:t>
      </w:r>
      <w:r/>
    </w:p>
    <w:p>
      <w:r/>
      <w:r>
        <w:t>The TV adaptation has driven a new wave of interest in the series, and the movie conclusion helps bridge screen and page in a satisfying way. Fans who discovered Heartstopper via streaming are now backtracking to the graphic novels, while longtime readers are revisiting scenes with fresh eyes. This cross-media momentum usually means stores sell out quickly at launch, so small independent bookshops and local libraries are good bets if you miss the first wave.</w:t>
      </w:r>
      <w:r/>
    </w:p>
    <w:p>
      <w:r/>
      <w:r>
        <w:t>Practical tip: set alerts with your local bookshop or online retailer for preorders , films often spike demand and create short supply.</w:t>
      </w:r>
      <w:r/>
    </w:p>
    <w:p>
      <w:pPr>
        <w:pStyle w:val="Heading2"/>
      </w:pPr>
      <w:r>
        <w:t>A diverse July list , more than just one big title</w:t>
      </w:r>
      <w:r/>
    </w:p>
    <w:p>
      <w:r/>
      <w:r>
        <w:t>Beyond the Heartstopper finale, editors have flagged a broad crop of queer books this month: gay literary fiction set against political upheaval, sapphic novels about messy relationships, queer short story collections, M/M cozy folk horror, and a trans retelling of a Portuguese folktale. That variety shows the market shifting from one standout bestseller to a vibrant ecosystem of queer voices. If you like exploring new authors, July’s list is a small queer buffet , sweet, spicy and sometimes haunting.</w:t>
      </w:r>
      <w:r/>
    </w:p>
    <w:p>
      <w:r/>
      <w:r>
        <w:t>Practical tip: sample short-story collections first if you want a quick route to new favourites without committing to full novels.</w:t>
      </w:r>
      <w:r/>
    </w:p>
    <w:p>
      <w:pPr>
        <w:pStyle w:val="Heading2"/>
      </w:pPr>
      <w:r>
        <w:t>Picking the right book for your mood</w:t>
      </w:r>
      <w:r/>
    </w:p>
    <w:p>
      <w:r/>
      <w:r>
        <w:t>Looking for comfort? Reach for gentle YA romance or cosy folk horror with warm, atmospheric writing. Craving something sharper? Political literary fiction or queer horror will punch up the stakes. Sapphic rom-coms are perfect for when you want messy, laugh-out-loud romance with emotional payoff. Think about pacing, tone and length before you buy , a graphic novel is naturally quicker to devour than a sprawling literary novel.</w:t>
      </w:r>
      <w:r/>
    </w:p>
    <w:p>
      <w:r/>
      <w:r>
        <w:t>Practical tip: read a few pages online or peek at table-of-contents and blurbs to match tone before committing.</w:t>
      </w:r>
      <w:r/>
    </w:p>
    <w:p>
      <w:pPr>
        <w:pStyle w:val="Heading2"/>
      </w:pPr>
      <w:r>
        <w:t>Collecting and international editions , what to watch</w:t>
      </w:r>
      <w:r/>
    </w:p>
    <w:p>
      <w:r/>
      <w:r>
        <w:t>Publishers and booksellers often stagger international editions, translations and special prints, so keep an eye on regional publisher sites and retailer listings if you’re after a particular cover or language edition. Collector editions frequently appear after initial demand, and some readers enjoy hunting for translated versions as gifts or to see how a story shifts in different markets.</w:t>
      </w:r>
      <w:r/>
    </w:p>
    <w:p>
      <w:r/>
      <w:r>
        <w:t>Practical tip: sign up for publisher newsletters or follow author pages to get release-date updates and information about foreign-language editions.</w:t>
      </w:r>
      <w:r/>
    </w:p>
    <w:p>
      <w:r/>
      <w:r>
        <w:t>It's a small month in calendar terms but a big one for queer readers , whether you want the comforting end of a favourite series or to discover a new voice, July’s TBR has you covered.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https://bookriot.com/new-lgbtq-books-july-2026/</w:t>
        </w:r>
      </w:hyperlink>
      <w:r>
        <w:t xml:space="preserve"> - Please view link - unable to able to access data</w:t>
      </w:r>
      <w:r/>
    </w:p>
    <w:p>
      <w:pPr>
        <w:pStyle w:val="ListNumber"/>
        <w:spacing w:line="240" w:lineRule="auto"/>
        <w:ind w:left="720"/>
      </w:pPr>
      <w:r/>
      <w:hyperlink r:id="rId10">
        <w:r>
          <w:rPr>
            <w:color w:val="0000EE"/>
            <w:u w:val="single"/>
          </w:rPr>
          <w:t>https://www.marieclaire.com/culture/tv-shows/heartstopper-season-4/</w:t>
        </w:r>
      </w:hyperlink>
      <w:r>
        <w:t xml:space="preserve"> - This article provides comprehensive details about 'Heartstopper Forever,' the concluding film of the Netflix series based on Alice Oseman's graphic novels. It discusses the film's release date, July 17, 2026, and its focus on Nick and Charlie's long-distance relationship as Nick prepares for university. The piece also highlights returning cast members and the film's exploration of themes like love, growth, and transitions into adulthood. Additionally, it mentions the trailer featuring Olivia Rodrigo's 'stupid song,' which teases emotional moments in the film.</w:t>
      </w:r>
      <w:r/>
    </w:p>
    <w:p>
      <w:pPr>
        <w:pStyle w:val="ListNumber"/>
        <w:spacing w:line="240" w:lineRule="auto"/>
        <w:ind w:left="720"/>
      </w:pPr>
      <w:r/>
      <w:hyperlink r:id="rId12">
        <w:r>
          <w:rPr>
            <w:color w:val="0000EE"/>
            <w:u w:val="single"/>
          </w:rPr>
          <w:t>https://aliceoseman.com/graphic-novel/heartstopper-volume-six/</w:t>
        </w:r>
      </w:hyperlink>
      <w:r>
        <w:t xml:space="preserve"> - This official page from Alice Oseman's website details 'Heartstopper Volume Six,' the final installment in the bestselling LGBTQ+ graphic novel series. It provides information about the book's release date, July 2, 2026, and its availability in the UK and Ireland. The page includes a synopsis of the story, which follows Nick and Charlie as they navigate their relationship amidst personal challenges and transitions. It also offers purchasing options through various retailers and mentions the upcoming 'Heartstopper Forever' movie adaptation.</w:t>
      </w:r>
      <w:r/>
    </w:p>
    <w:p>
      <w:pPr>
        <w:pStyle w:val="ListNumber"/>
        <w:spacing w:line="240" w:lineRule="auto"/>
        <w:ind w:left="720"/>
      </w:pPr>
      <w:r/>
      <w:hyperlink r:id="rId11">
        <w:r>
          <w:rPr>
            <w:color w:val="0000EE"/>
            <w:u w:val="single"/>
          </w:rPr>
          <w:t>https://www.attitude.co.uk/culture/heartstopper-author-alice-oseman-release-date-volume-6-496578/</w:t>
        </w:r>
      </w:hyperlink>
      <w:r>
        <w:t xml:space="preserve"> - This article announces the release date of 'Heartstopper Volume 6,' the final book in Alice Oseman's series. It highlights the significance of this release as the conclusion of a globally renowned love story. The piece includes insights from the author, Alice Oseman, who reflects on the journey of creating the series and the emotions tied to its conclusion. It also touches upon the impact of the 'Heartstopper' series on LGBTQ+ representation in literature and media.</w:t>
      </w:r>
      <w:r/>
    </w:p>
    <w:p>
      <w:pPr>
        <w:pStyle w:val="ListNumber"/>
        <w:spacing w:line="240" w:lineRule="auto"/>
        <w:ind w:left="720"/>
      </w:pPr>
      <w:r/>
      <w:hyperlink r:id="rId14">
        <w:r>
          <w:rPr>
            <w:color w:val="0000EE"/>
            <w:u w:val="single"/>
          </w:rPr>
          <w:t>https://www.casadellibro.com/libro-heartstopper-6-entrelazados/9788408323075/18175491</w:t>
        </w:r>
      </w:hyperlink>
      <w:r>
        <w:t xml:space="preserve"> - This page from Casa del Libro provides information about the Spanish edition of 'Heartstopper Volume 6,' titled 'Entrelazados.' It details the book's release date, July 15, 2026, and offers a synopsis of the story, focusing on Nick and Charlie's enduring relationship. The page includes purchasing options and highlights the book's significance as the final chapter in the 'Heartstopper' series, emphasizing its popularity and impact within the LGBTQ+ community.</w:t>
      </w:r>
      <w:r/>
    </w:p>
    <w:p>
      <w:pPr>
        <w:pStyle w:val="ListNumber"/>
        <w:spacing w:line="240" w:lineRule="auto"/>
        <w:ind w:left="720"/>
      </w:pPr>
      <w:r/>
      <w:hyperlink r:id="rId13">
        <w:r>
          <w:rPr>
            <w:color w:val="0000EE"/>
            <w:u w:val="single"/>
          </w:rPr>
          <w:t>https://heartstopper.hypnoweb.net/heartstopper/news.305.1/heartstopper-volume-6-sortira-en-juillet-2026-120.html</w:t>
        </w:r>
      </w:hyperlink>
      <w:r>
        <w:t xml:space="preserve"> - This article announces the release date of 'Heartstopper Volume 6' in French-speaking regions, set for July 2, 2026. It provides insights into the author's announcement and the anticipation surrounding the final volume of the series. The piece includes a synopsis of the story, focusing on Nick and Charlie's relationship as they face new challenges and transitions. It also discusses the significance of the 'Heartstopper' series in LGBTQ+ literature and its impact on readers worldwide.</w:t>
      </w:r>
      <w:r/>
    </w:p>
    <w:p>
      <w:pPr>
        <w:pStyle w:val="ListNumber"/>
        <w:spacing w:line="240" w:lineRule="auto"/>
        <w:ind w:left="720"/>
      </w:pPr>
      <w:r/>
      <w:hyperlink r:id="rId15">
        <w:r>
          <w:rPr>
            <w:color w:val="0000EE"/>
            <w:u w:val="single"/>
          </w:rPr>
          <w:t>https://www.loewe-verlag.de/heartstopper-volume-6-deutsche-ausgabe/39759</w:t>
        </w:r>
      </w:hyperlink>
      <w:r>
        <w:t xml:space="preserve"> - This page from Loewe Verlag details the German edition of 'Heartstopper Volume 6,' set to release on July 23, 2026. It provides information about the book's content, focusing on the conclusion of Nick and Charlie's love story. The page includes purchasing options and highlights the book's appeal to fans of queer literature and graphic novels. It also features a brief biography of Alice Oseman, the author, and discusses her previous works and contributions to LGBTQ+ literature.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okriot.com/new-lgbtq-books-july-2026/" TargetMode="External"/><Relationship Id="rId10" Type="http://schemas.openxmlformats.org/officeDocument/2006/relationships/hyperlink" Target="https://www.marieclaire.com/culture/tv-shows/heartstopper-season-4/" TargetMode="External"/><Relationship Id="rId11" Type="http://schemas.openxmlformats.org/officeDocument/2006/relationships/hyperlink" Target="https://www.attitude.co.uk/culture/heartstopper-author-alice-oseman-release-date-volume-6-496578/" TargetMode="External"/><Relationship Id="rId12" Type="http://schemas.openxmlformats.org/officeDocument/2006/relationships/hyperlink" Target="https://aliceoseman.com/graphic-novel/heartstopper-volume-six/" TargetMode="External"/><Relationship Id="rId13" Type="http://schemas.openxmlformats.org/officeDocument/2006/relationships/hyperlink" Target="https://heartstopper.hypnoweb.net/heartstopper/news.305.1/heartstopper-volume-6-sortira-en-juillet-2026-120.html" TargetMode="External"/><Relationship Id="rId14" Type="http://schemas.openxmlformats.org/officeDocument/2006/relationships/hyperlink" Target="https://www.casadellibro.com/libro-heartstopper-6-entrelazados/9788408323075/18175491" TargetMode="External"/><Relationship Id="rId15" Type="http://schemas.openxmlformats.org/officeDocument/2006/relationships/hyperlink" Target="https://www.loewe-verlag.de/heartstopper-volume-6-deutsche-ausgabe/397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