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House Party Nightclub in Liverpool: Campus Opens for Pride Weekend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nightlife lovers are buzzing as Campus, a house-party themed nightclub, prepares to open in Liverpool this July , a fresh LGBTQ+ venue promising nostalgic kitchen-disco vibes, drag shows and inclusive nights that aim to feel like coming home.</w:t>
      </w:r>
      <w:r/>
    </w:p>
    <w:p>
      <w:r/>
      <w:r>
        <w:t>Essential Takeaways</w:t>
      </w:r>
      <w:r/>
      <w:r/>
    </w:p>
    <w:p>
      <w:pPr>
        <w:pStyle w:val="ListBullet"/>
        <w:spacing w:line="240" w:lineRule="auto"/>
        <w:ind w:left="720"/>
      </w:pPr>
      <w:r/>
      <w:r>
        <w:rPr>
          <w:b/>
        </w:rPr>
        <w:t>Opening date:</w:t>
      </w:r>
      <w:r>
        <w:t xml:space="preserve"> Campus opens Saturday 25 July, timed for Liverpool Pride weekend. </w:t>
      </w:r>
      <w:r/>
    </w:p>
    <w:p>
      <w:pPr>
        <w:pStyle w:val="ListBullet"/>
        <w:spacing w:line="240" w:lineRule="auto"/>
        <w:ind w:left="720"/>
      </w:pPr>
      <w:r/>
      <w:r>
        <w:rPr>
          <w:b/>
        </w:rPr>
        <w:t>Who’s behind it:</w:t>
      </w:r>
      <w:r>
        <w:t xml:space="preserve"> GBar owner Amy Gwynn has taken over the site, aiming to complement her existing venues. </w:t>
      </w:r>
      <w:r/>
    </w:p>
    <w:p>
      <w:pPr>
        <w:pStyle w:val="ListBullet"/>
        <w:spacing w:line="240" w:lineRule="auto"/>
        <w:ind w:left="720"/>
      </w:pPr>
      <w:r/>
      <w:r>
        <w:rPr>
          <w:b/>
        </w:rPr>
        <w:t>Two-floor layout:</w:t>
      </w:r>
      <w:r>
        <w:t xml:space="preserve"> The ground-floor “Kitchen” is the main dancefloor; upstairs “Living Room” offers a relaxed singalong space. </w:t>
      </w:r>
      <w:r/>
    </w:p>
    <w:p>
      <w:pPr>
        <w:pStyle w:val="ListBullet"/>
        <w:spacing w:line="240" w:lineRule="auto"/>
        <w:ind w:left="720"/>
      </w:pPr>
      <w:r/>
      <w:r>
        <w:rPr>
          <w:b/>
        </w:rPr>
        <w:t>Vibe and theme:</w:t>
      </w:r>
      <w:r>
        <w:t xml:space="preserve"> Campus leans into house-party nostalgia with pop hits, playful campus motifs and drag performers cast as “professors.” </w:t>
      </w:r>
      <w:r/>
    </w:p>
    <w:p>
      <w:pPr>
        <w:pStyle w:val="ListBullet"/>
        <w:spacing w:line="240" w:lineRule="auto"/>
        <w:ind w:left="720"/>
      </w:pPr>
      <w:r/>
      <w:r>
        <w:rPr>
          <w:b/>
        </w:rPr>
        <w:t>Community focus:</w:t>
      </w:r>
      <w:r>
        <w:t xml:space="preserve"> The venue remains an LGBTQ+ space with former OMG resident queens and DJs staying on the roster.</w:t>
      </w:r>
      <w:r/>
      <w:r/>
    </w:p>
    <w:p>
      <w:pPr>
        <w:pStyle w:val="Heading2"/>
      </w:pPr>
      <w:r>
        <w:t>A lively relaunch with a familiar, cosy buzz</w:t>
      </w:r>
      <w:r/>
    </w:p>
    <w:p>
      <w:r/>
      <w:r>
        <w:t>Campus arrives with a warm, slightly cheeky promise: the club should feel like that night your mates accidentally partied in the kitchen until dawn. The atmosphere is pitched at high-energy club nights and singalongs, with a scent of nostalgia in the playlist , pop hits and party anthems that get everyone joining in. According to local reporting, the team want guests to feel instantly at ease, under the motto “You belong here.”</w:t>
      </w:r>
      <w:r/>
    </w:p>
    <w:p>
      <w:pPr>
        <w:pStyle w:val="Heading2"/>
      </w:pPr>
      <w:r>
        <w:t>Why Amy Gwynn’s involvement matters</w:t>
      </w:r>
      <w:r/>
    </w:p>
    <w:p>
      <w:r/>
      <w:r>
        <w:t>Amy Gwynn isn’t new to Liverpool’s night scene; she runs GBar and other city-centre spots, so this is expansion rather than a wild experiment. The takeover keeps the site’s LGBTQ+ purpose while reimagining the space as Campus, rather than operating under the former OMG brand. Industry chatter suggests this approach both protects existing community ties and refreshes the offering for a broader weekend crowd.</w:t>
      </w:r>
      <w:r/>
    </w:p>
    <w:p>
      <w:pPr>
        <w:pStyle w:val="Heading2"/>
      </w:pPr>
      <w:r>
        <w:t>Two floors, two moods , pick your evening</w:t>
      </w:r>
      <w:r/>
    </w:p>
    <w:p>
      <w:r/>
      <w:r>
        <w:t>The ground-floor “Kitchen” is the dancefloor, built around the idea of a classic house party where the music drives the night. Upstairs, “The Living Room” is quieter and cozier , a place to sit with a drink, sing along or catch a drag set without losing the social buzz. Practically, this split helps guests pace the night: jump into the chaos, or step back when you need a breather.</w:t>
      </w:r>
      <w:r/>
    </w:p>
    <w:p>
      <w:pPr>
        <w:pStyle w:val="Heading2"/>
      </w:pPr>
      <w:r>
        <w:t>Drag, DJs and Pride weekend timing</w:t>
      </w:r>
      <w:r/>
    </w:p>
    <w:p>
      <w:r/>
      <w:r>
        <w:t>Launching over Liverpool Pride weekend gives Campus a built-in spotlight and a packed opening programme of DJs, drag performances and guest spots. GBar’s promoter says resident queens who built the venue’s reputation will remain central, so long-time visitors should recognise familiar faces. If you’re planning to go, book early for opening weekend as Pride events tend to fill fast.</w:t>
      </w:r>
      <w:r/>
    </w:p>
    <w:p>
      <w:pPr>
        <w:pStyle w:val="Heading2"/>
      </w:pPr>
      <w:r>
        <w:t>The theme: playful, nostalgic and inclusive</w:t>
      </w:r>
      <w:r/>
    </w:p>
    <w:p>
      <w:r/>
      <w:r>
        <w:t>Campus layers campus-life references across decor and programming , “enrol” in nights where performers play professors and the regular rules don’t apply. It’s a clever way to thread a concept through nights without being gimmicky, and it keeps the focus on creating an inclusive, memorable experience. For locals, it’s a reminder that Liverpool’s queer nightlife keeps evolving while keeping community at its heart.</w:t>
      </w:r>
      <w:r/>
    </w:p>
    <w:p>
      <w:r/>
      <w:r>
        <w:t>It's a small change to the street that could make nights out feel both new and comfortingly familiar.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13">
        <w:r>
          <w:rPr>
            <w:color w:val="0000EE"/>
            <w:u w:val="single"/>
          </w:rPr>
          <w:t>[5]</w:t>
        </w:r>
      </w:hyperlink>
      <w:r>
        <w:t xml:space="preserve">, </w:t>
      </w:r>
      <w:hyperlink r:id="rId14">
        <w:r>
          <w:rPr>
            <w:color w:val="0000EE"/>
            <w:u w:val="single"/>
          </w:rPr>
          <w:t>[7]</w:t>
        </w:r>
      </w:hyperlink>
      <w:r>
        <w:t xml:space="preserve">- Paragraph 5: </w:t>
      </w:r>
      <w:hyperlink r:id="rId9">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https://www.liverpoolecho.co.uk/whats-on/whats-on-news/new-house-party-themed-nightclub-34238401</w:t>
        </w:r>
      </w:hyperlink>
      <w:r>
        <w:t xml:space="preserve"> - Please view link - unable to able to access data</w:t>
      </w:r>
      <w:r/>
    </w:p>
    <w:p>
      <w:pPr>
        <w:pStyle w:val="ListNumber"/>
        <w:spacing w:line="240" w:lineRule="auto"/>
        <w:ind w:left="720"/>
      </w:pPr>
      <w:r/>
      <w:hyperlink r:id="rId9">
        <w:r>
          <w:rPr>
            <w:color w:val="0000EE"/>
            <w:u w:val="single"/>
          </w:rPr>
          <w:t>https://www.liverpoolecho.co.uk/whats-on/whats-on-news/new-house-party-themed-nightclub-34238401</w:t>
        </w:r>
      </w:hyperlink>
      <w:r>
        <w:t xml:space="preserve"> - The article announces the relaunch of a well-known Liverpool nightlife venue under new ownership, with GBar owner Amy Gwynn taking over. The venue, previously known as OMG, will reopen as Campus, a LGBTQ+ space designed to recreate the atmosphere of house parties, kitchen discos, and high-energy club nights. The venue is set to debut over Liverpool Pride weekend with a programme of DJs, drag performances, and guest appearances. The design includes two distinct areas: The Kitchen, styled as a classic house party dancefloor, and The Living Room, a relaxed space for drinks and conversation. The venue aims to create a welcoming environment where individuality is celebrated, and guests can enjoy a party-style club experience. Amy Gwynn, who also runs GBar, intends for Campus to complement rather than replicate her existing venue. The opening is scheduled for Saturday, July 25.</w:t>
      </w:r>
      <w:r/>
    </w:p>
    <w:p>
      <w:pPr>
        <w:pStyle w:val="ListNumber"/>
        <w:spacing w:line="240" w:lineRule="auto"/>
        <w:ind w:left="720"/>
      </w:pPr>
      <w:r/>
      <w:hyperlink r:id="rId11">
        <w:r>
          <w:rPr>
            <w:color w:val="0000EE"/>
            <w:u w:val="single"/>
          </w:rPr>
          <w:t>https://www.liverpoolecho.co.uk/whats-on/whats-on-news/gbar-owner-amy-gwynn-takes-34238402</w:t>
        </w:r>
      </w:hyperlink>
      <w:r>
        <w:t xml:space="preserve"> - Amy Gwynn, the owner of GBar, has taken over the venue previously known as OMG. The new concept, named Campus, is set to reopen as a LGBTQ+ space designed to recreate the atmosphere of house parties, kitchen discos, and high-energy club nights. The venue is scheduled to debut over Liverpool Pride weekend with a programme of DJs, drag performances, and guest appearances. The design includes two distinct areas: The Kitchen, styled as a classic house party dancefloor, and The Living Room, a relaxed space for drinks and conversation. The venue aims to create a welcoming environment where individuality is celebrated, and guests can enjoy a party-style club experience. Amy Gwynn intends for Campus to complement rather than replicate her existing venue, GBar. The opening is scheduled for Saturday, July 25.</w:t>
      </w:r>
      <w:r/>
    </w:p>
    <w:p>
      <w:pPr>
        <w:pStyle w:val="ListNumber"/>
        <w:spacing w:line="240" w:lineRule="auto"/>
        <w:ind w:left="720"/>
      </w:pPr>
      <w:r/>
      <w:hyperlink r:id="rId10">
        <w:r>
          <w:rPr>
            <w:color w:val="0000EE"/>
            <w:u w:val="single"/>
          </w:rPr>
          <w:t>https://www.liverpoolecho.co.uk/whats-on/whats-on-news/omg-liverpool-closes-doors-34238403</w:t>
        </w:r>
      </w:hyperlink>
      <w:r>
        <w:t xml:space="preserve"> - OMG Liverpool, a well-known nightlife venue in the Pride Quarter, announced it would be closing its doors for the last time on Saturday, June 6. Within days of this announcement, the site was taken over by Amy Gwynn, owner of GBar, who plans to relaunch it as Campus. The new venue is designed to recreate the atmosphere of house parties, kitchen discos, and high-energy club nights, aiming to provide a welcoming space for the LGBTQ+ community. The opening is scheduled for Saturday, July 25, coinciding with Liverpool Pride weekend.</w:t>
      </w:r>
      <w:r/>
    </w:p>
    <w:p>
      <w:pPr>
        <w:pStyle w:val="ListNumber"/>
        <w:spacing w:line="240" w:lineRule="auto"/>
        <w:ind w:left="720"/>
      </w:pPr>
      <w:r/>
      <w:hyperlink r:id="rId13">
        <w:r>
          <w:rPr>
            <w:color w:val="0000EE"/>
            <w:u w:val="single"/>
          </w:rPr>
          <w:t>https://www.liverpoolecho.co.uk/whats-on/whats-on-news/liverpool-pride-weekend-events-2023-34238404</w:t>
        </w:r>
      </w:hyperlink>
      <w:r>
        <w:t xml:space="preserve"> - Liverpool Pride weekend is set to feature a variety of events, including the opening of Campus, a new LGBTQ+ venue in the Pride Quarter. The venue aims to recreate the atmosphere of house parties, kitchen discos, and high-energy club nights, with a programme of DJs, drag performances, and guest appearances. The opening is scheduled for Saturday, July 25, coinciding with Liverpool Pride weekend, and is expected to be a highlight of the celebrations.</w:t>
      </w:r>
      <w:r/>
    </w:p>
    <w:p>
      <w:pPr>
        <w:pStyle w:val="ListNumber"/>
        <w:spacing w:line="240" w:lineRule="auto"/>
        <w:ind w:left="720"/>
      </w:pPr>
      <w:r/>
      <w:hyperlink r:id="rId12">
        <w:r>
          <w:rPr>
            <w:color w:val="0000EE"/>
            <w:u w:val="single"/>
          </w:rPr>
          <w:t>https://www.liverpoolecho.co.uk/whats-on/whats-on-news/gbar-owner-amy-gwynn-vision-34238405</w:t>
        </w:r>
      </w:hyperlink>
      <w:r>
        <w:t xml:space="preserve"> - Amy Gwynn, owner of GBar, has taken over the venue previously known as OMG and plans to relaunch it as Campus. The new venue is designed to recreate the atmosphere of house parties, kitchen discos, and high-energy club nights, aiming to provide a welcoming space for the LGBTQ+ community. The opening is scheduled for Saturday, July 25, coinciding with Liverpool Pride weekend. Amy Gwynn intends for Campus to complement rather than replicate her existing venue, GBar.</w:t>
      </w:r>
      <w:r/>
    </w:p>
    <w:p>
      <w:pPr>
        <w:pStyle w:val="ListNumber"/>
        <w:spacing w:line="240" w:lineRule="auto"/>
        <w:ind w:left="720"/>
      </w:pPr>
      <w:r/>
      <w:hyperlink r:id="rId14">
        <w:r>
          <w:rPr>
            <w:color w:val="0000EE"/>
            <w:u w:val="single"/>
          </w:rPr>
          <w:t>https://www.liverpoolecho.co.uk/whats-on/whats-on-news/liverpool-pride-weekend-2023-34238406</w:t>
        </w:r>
      </w:hyperlink>
      <w:r>
        <w:t xml:space="preserve"> - Liverpool Pride weekend is set to feature a variety of events, including the opening of Campus, a new LGBTQ+ venue in the Pride Quarter. The venue aims to recreate the atmosphere of house parties, kitchen discos, and high-energy club nights, with a programme of DJs, drag performances, and guest appearances. The opening is scheduled for Saturday, July 25, coinciding with Liverpool Pride weekend, and is expected to be a highlight of the celebrations.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verpoolecho.co.uk/whats-on/whats-on-news/new-house-party-themed-nightclub-34238401" TargetMode="External"/><Relationship Id="rId10" Type="http://schemas.openxmlformats.org/officeDocument/2006/relationships/hyperlink" Target="https://www.liverpoolecho.co.uk/whats-on/whats-on-news/omg-liverpool-closes-doors-34238403" TargetMode="External"/><Relationship Id="rId11" Type="http://schemas.openxmlformats.org/officeDocument/2006/relationships/hyperlink" Target="https://www.liverpoolecho.co.uk/whats-on/whats-on-news/gbar-owner-amy-gwynn-takes-34238402" TargetMode="External"/><Relationship Id="rId12" Type="http://schemas.openxmlformats.org/officeDocument/2006/relationships/hyperlink" Target="https://www.liverpoolecho.co.uk/whats-on/whats-on-news/gbar-owner-amy-gwynn-vision-34238405" TargetMode="External"/><Relationship Id="rId13" Type="http://schemas.openxmlformats.org/officeDocument/2006/relationships/hyperlink" Target="https://www.liverpoolecho.co.uk/whats-on/whats-on-news/liverpool-pride-weekend-events-2023-34238404" TargetMode="External"/><Relationship Id="rId14" Type="http://schemas.openxmlformats.org/officeDocument/2006/relationships/hyperlink" Target="https://www.liverpoolecho.co.uk/whats-on/whats-on-news/liverpool-pride-weekend-2023-342384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