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London Pride 2026 Travel Guide: Planning, Picks and Practical Tips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sightseers and Pride-goers are gearing up for London Pride 2026 , a citywide festival expected to draw more than 1.5 million visitors on 4 July. This free, colourful parade and cultural programme transforms central London and matters to travellers because it reshapes transport, bookings and how you’ll actually see the capital that weekend.</w:t>
      </w:r>
      <w:r/>
    </w:p>
    <w:p>
      <w:r/>
      <w:r>
        <w:t>Essential Takeaways</w:t>
      </w:r>
      <w:r/>
      <w:r/>
    </w:p>
    <w:p>
      <w:pPr>
        <w:pStyle w:val="ListBullet"/>
        <w:spacing w:line="240" w:lineRule="auto"/>
        <w:ind w:left="720"/>
      </w:pPr>
      <w:r/>
      <w:r>
        <w:rPr>
          <w:b/>
        </w:rPr>
        <w:t>When and where:</w:t>
      </w:r>
      <w:r>
        <w:t xml:space="preserve"> Parade starts 12:00 from Green Park, travels via Piccadilly and Trafalgar Square, and finishes around 18:00 , expect crowds and switched routes. </w:t>
      </w:r>
      <w:r/>
    </w:p>
    <w:p>
      <w:pPr>
        <w:pStyle w:val="ListBullet"/>
        <w:spacing w:line="240" w:lineRule="auto"/>
        <w:ind w:left="720"/>
      </w:pPr>
      <w:r/>
      <w:r>
        <w:rPr>
          <w:b/>
        </w:rPr>
        <w:t>Crowd scale:</w:t>
      </w:r>
      <w:r>
        <w:t xml:space="preserve"> More than 1.5 million attendees expected, making it one of Europe’s biggest Pride events. </w:t>
      </w:r>
      <w:r/>
    </w:p>
    <w:p>
      <w:pPr>
        <w:pStyle w:val="ListBullet"/>
        <w:spacing w:line="240" w:lineRule="auto"/>
        <w:ind w:left="720"/>
      </w:pPr>
      <w:r/>
      <w:r>
        <w:rPr>
          <w:b/>
        </w:rPr>
        <w:t>Transport tip:</w:t>
      </w:r>
      <w:r>
        <w:t xml:space="preserve"> Tube and rail run but stations near the route will be extremely busy; contactless payment and extra journey time recommended. </w:t>
      </w:r>
      <w:r/>
    </w:p>
    <w:p>
      <w:pPr>
        <w:pStyle w:val="ListBullet"/>
        <w:spacing w:line="240" w:lineRule="auto"/>
        <w:ind w:left="720"/>
      </w:pPr>
      <w:r/>
      <w:r>
        <w:rPr>
          <w:b/>
        </w:rPr>
        <w:t>Booking advice:</w:t>
      </w:r>
      <w:r>
        <w:t xml:space="preserve"> Hotels in Soho, Covent Garden, Westminster and the West End usually sell out; book in advance and prioritise stations over parade-adjacent stays. </w:t>
      </w:r>
      <w:r/>
    </w:p>
    <w:p>
      <w:pPr>
        <w:pStyle w:val="ListBullet"/>
        <w:spacing w:line="240" w:lineRule="auto"/>
        <w:ind w:left="720"/>
      </w:pPr>
      <w:r/>
      <w:r>
        <w:rPr>
          <w:b/>
        </w:rPr>
        <w:t>Pack for comfort:</w:t>
      </w:r>
      <w:r>
        <w:t xml:space="preserve"> Comfortable shoes, water bottle, power bank and weather layers will make long outdoor days manageable.</w:t>
      </w:r>
      <w:r/>
      <w:r/>
    </w:p>
    <w:p>
      <w:pPr>
        <w:pStyle w:val="Heading2"/>
      </w:pPr>
      <w:r>
        <w:t>Why London Pride 2026 is a big deal for travellers and the city</w:t>
      </w:r>
      <w:r/>
    </w:p>
    <w:p>
      <w:r/>
      <w:r>
        <w:t>London Pride is more than a parade; it turns the city into a day-long festival of music, speeches and community activity, with Trafalgar Square as a principal hub. The scale is immediately sensory , think dense, buzzing crowds and a steady hum of live stages and performances. The impact goes further than spectacle; hotels, restaurants and attractions expect a big weekend boost, and airlines often see higher demand around major summer events. That means you’ll feel the festival in prices, availability and the atmosphere across central London. (Sources: travelinpride, Lonely Planet)</w:t>
      </w:r>
      <w:r/>
    </w:p>
    <w:p>
      <w:pPr>
        <w:pStyle w:val="Heading2"/>
      </w:pPr>
      <w:r>
        <w:t>Timeline and parade route , plan your day around the flow</w:t>
      </w:r>
      <w:r/>
    </w:p>
    <w:p>
      <w:r/>
      <w:r>
        <w:t>The procession kicks off at midday from Green Park and moves through Piccadilly, Piccadilly Circus, Haymarket and Trafalgar Square before finishing near Whitehall around early evening. Expect the route to be pedestrian-focussed for hours, with walking times of two to three hours if you linger. If you want good views, arrive early and pick a spot with a clear escape route. For those combining Pride with sightseeing, build in generous travel buffers between stops , Trafalgar Square will be one of the busiest points. (Sources: Londonist, Travel in Pride)</w:t>
      </w:r>
      <w:r/>
    </w:p>
    <w:p>
      <w:pPr>
        <w:pStyle w:val="Heading2"/>
      </w:pPr>
      <w:r>
        <w:t>Getting around: transport realities and practical hacks</w:t>
      </w:r>
      <w:r/>
    </w:p>
    <w:p>
      <w:r/>
      <w:r>
        <w:t>Underground and rail services generally operate, but stations like Green Park, Piccadilly Circus, Charing Cross, Leicester Square and Westminster will be very crowded. Contactless cards speed things up and reduce queuing, and you should allow considerably longer for journeys than usual. If you rely on buses, expect diversions and delays; taxis and private cars face restricted access near the parade corridor. Consider staying near a major Tube interchange rather than beside the route itself to keep options open. (Sources: Londonist, ITV)</w:t>
      </w:r>
      <w:r/>
    </w:p>
    <w:p>
      <w:pPr>
        <w:pStyle w:val="Heading2"/>
      </w:pPr>
      <w:r>
        <w:t>Accommodation and spending , where demand will bite and where to book</w:t>
      </w:r>
      <w:r/>
    </w:p>
    <w:p>
      <w:r/>
      <w:r>
        <w:t>Central neighbourhoods such as Soho, Covent Garden, Westminster, Mayfair and the South Bank usually show high occupancy during Pride weekend. That’s great if you want to be in the thick of it, but it also means elevated rates and limited choices. If you prefer quieter evenings, look for hotels a short Tube ride away and book refundable rates early. Restaurants and nightlife venues will be busy , reserve ahead for brunch or dinner, especially in gay-friendly neighbourhoods. (Sources: Travel in Pride, Lonely Planet)</w:t>
      </w:r>
      <w:r/>
    </w:p>
    <w:p>
      <w:pPr>
        <w:pStyle w:val="Heading2"/>
      </w:pPr>
      <w:r>
        <w:t>What’s on beyond the parade , music, speakers and cultural programming</w:t>
      </w:r>
      <w:r/>
    </w:p>
    <w:p>
      <w:r/>
      <w:r>
        <w:t>Trafalgar Square hosts headline performances and a packed schedule of artists and community speakers; meanwhile, multiple stages across central London deliver drag sets, spoken word, and local showcases. The festival’s mix of activism and entertainment means there’s something for every mood, whether you want to dance, listen or join a discussion. For visitors, that variety makes Pride a full-day cultural proposition rather than a single event , and it’s one reason international visitors include Pride in longer London stays. (Sources: The Independent, Travel in Pride)</w:t>
      </w:r>
      <w:r/>
    </w:p>
    <w:p>
      <w:pPr>
        <w:pStyle w:val="Heading2"/>
      </w:pPr>
      <w:r>
        <w:t>Safety, etiquette and a few do’s and don’ts</w:t>
      </w:r>
      <w:r/>
    </w:p>
    <w:p>
      <w:r/>
      <w:r>
        <w:t>Large crowds need calm minds: keep your valuables secure, charge your phone, and agree on meeting points with companions in case you get separated. Be respectful of participants and community groups , Pride is both celebration and protest for many people. If you have mobility needs, check accessibility information in advance; organisers and venues usually publish guidance for those requiring extra support. (Sources: ITV, Londonist)</w:t>
      </w:r>
      <w:r/>
    </w:p>
    <w:p>
      <w:r/>
      <w:r>
        <w:t>It's a small change to your packing list or booking strategy that can make every Pride experience smoother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2">
        <w:r>
          <w:rPr>
            <w:color w:val="0000EE"/>
            <w:u w:val="single"/>
          </w:rPr>
          <w:t>[6]</w:t>
        </w:r>
      </w:hyperlink>
      <w:r>
        <w:t xml:space="preserve">, </w:t>
      </w:r>
      <w:hyperlink r:id="rId10">
        <w:r>
          <w:rPr>
            <w:color w:val="0000EE"/>
            <w:u w:val="single"/>
          </w:rPr>
          <w:t>[2]</w:t>
        </w:r>
      </w:hyperlink>
      <w:r>
        <w:t xml:space="preserve">- Paragraph 4: </w:t>
      </w:r>
      <w:hyperlink r:id="rId12">
        <w:r>
          <w:rPr>
            <w:color w:val="0000EE"/>
            <w:u w:val="single"/>
          </w:rPr>
          <w:t>[6]</w:t>
        </w:r>
      </w:hyperlink>
      <w:r>
        <w:t xml:space="preserve">, </w:t>
      </w:r>
      <w:hyperlink r:id="rId13">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[5]</w:t>
        </w:r>
      </w:hyperlink>
      <w:r>
        <w:t xml:space="preserve">- Paragraph 6: </w:t>
      </w:r>
      <w:hyperlink r:id="rId14">
        <w:r>
          <w:rPr>
            <w:color w:val="0000EE"/>
            <w:u w:val="single"/>
          </w:rPr>
          <w:t>[4]</w:t>
        </w:r>
      </w:hyperlink>
      <w:r>
        <w:t xml:space="preserve">, </w:t>
      </w:r>
      <w:hyperlink r:id="rId10">
        <w:r>
          <w:rPr>
            <w:color w:val="0000EE"/>
            <w:u w:val="single"/>
          </w:rPr>
          <w:t>[2]</w:t>
        </w:r>
      </w:hyperlink>
      <w:r>
        <w:t xml:space="preserve">- Paragraph 7: </w:t>
      </w:r>
      <w:hyperlink r:id="rId13">
        <w:r>
          <w:rPr>
            <w:color w:val="0000EE"/>
            <w:u w:val="single"/>
          </w:rPr>
          <w:t>[7]</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https://www.travelandtourworld.com/news/article/mux1xpp1u5hu/</w:t>
        </w:r>
      </w:hyperlink>
      <w:r>
        <w:t xml:space="preserve"> - Please view link - unable to able to access data</w:t>
      </w:r>
      <w:r/>
    </w:p>
    <w:p>
      <w:pPr>
        <w:pStyle w:val="ListNumber"/>
        <w:spacing w:line="240" w:lineRule="auto"/>
        <w:ind w:left="720"/>
      </w:pPr>
      <w:r/>
      <w:hyperlink r:id="rId10">
        <w:r>
          <w:rPr>
            <w:color w:val="0000EE"/>
            <w:u w:val="single"/>
          </w:rPr>
          <w:t>https://www.travelinpride.com/london-pride/</w:t>
        </w:r>
      </w:hyperlink>
      <w:r>
        <w:t xml:space="preserve"> - London Pride, formally known as Pride in London, is the United Kingdom’s largest LGBTQ+ celebration, bringing together people from across the city and around the world to celebrate diversity, equality, and visibility. In 2026, the Pride in London Parade is scheduled for Saturday, July 4, 2026, filling central London’s streets with colour, music, and community spirit. The parade traditionally begins in central London and winds its way through iconic areas such as Hyde Park Corner, Piccadilly Circus, Haymarket, and Trafalgar Square before finishing around Whitehall Place. This major celebration draws tens of thousands of participants and up to a million spectators, making it one of Europe’s most vibrant Pride events. Alongside the parade itself, London Pride typically includes a festival atmosphere around Trafalgar Square, with stages hosting live performances, speeches, drag shows, and music into the afternoon and early evening.</w:t>
      </w:r>
      <w:r/>
    </w:p>
    <w:p>
      <w:pPr>
        <w:pStyle w:val="ListNumber"/>
        <w:spacing w:line="240" w:lineRule="auto"/>
        <w:ind w:left="720"/>
      </w:pPr>
      <w:r/>
      <w:hyperlink r:id="rId15">
        <w:r>
          <w:rPr>
            <w:color w:val="0000EE"/>
            <w:u w:val="single"/>
          </w:rPr>
          <w:t>https://www.gaydio.co.uk/london/events/the-guide/event/london-pride1/</w:t>
        </w:r>
      </w:hyperlink>
      <w:r>
        <w:t xml:space="preserve"> - Pride in London 2026 is on Saturday 4 July, with the parade from Hyde Park Corner to Whitehall and free stages across Trafalgar Square and Soho. The parade steps off at midday from Hyde Park Corner, snaking through Piccadilly Circus and down Haymarket before finishing at Whitehall Place. With over 30,000 marchers and 600-plus community groups taking part, expect the procession to take a good three to four hours to pass any single point, with Regent Street and Piccadilly the busiest viewing spots. Beyond the parade itself, free stages span Trafalgar Square, Leicester Square, Golden Square and Dean Street through to early evening, programming everything from headline pop and drag to spoken word, the LGBTQIA+ Women and Non-Binary Stage and the Cabaret Stage. Soho fills up independently from noon, with the bars and venues around Old Compton Street running their own events alongside the official programme. The 2026 line-up is yet to be announced and tends to land in the spring. The parade and all official stages are free, with grandstand seats on Haymarket available to book for those wanting a guaranteed view. Some affiliated club nights and parties are ticketed separately. Travelling in, expect heavy crowds across central London, TfL recommend Bond Street, Tottenham Court Road, Waterloo or Embankment for spectators. Check the Pride in London website nearer the date for confirmed timings, accessibility info and the full programme.</w:t>
      </w:r>
      <w:r/>
    </w:p>
    <w:p>
      <w:pPr>
        <w:pStyle w:val="ListNumber"/>
        <w:spacing w:line="240" w:lineRule="auto"/>
        <w:ind w:left="720"/>
      </w:pPr>
      <w:r/>
      <w:hyperlink r:id="rId14">
        <w:r>
          <w:rPr>
            <w:color w:val="0000EE"/>
            <w:u w:val="single"/>
          </w:rPr>
          <w:t>https://www.the-independent.com/news/uk/home-news/london-pride-2026-latest-uk-b3008662.html</w:t>
        </w:r>
      </w:hyperlink>
      <w:r>
        <w:t xml:space="preserve"> - Hundreds of thousands of people are set to flock to the streets of London in celebration of the city’s historic Pride parade. Following an iconic route through London landmarks including Trafalgar Square and Piccadilly Circus, the 35,000 marchers will be cheered on by crowds every step of the way. Based around the campaign ‘An Alliance of Defiance’, this year’s festivities will highlight the ways in which queer people stand together to support each other. As part of our campaign championing people in Pride Month, The Independent has again partnered with Pride in London and launched our iconic Pride List for 2026, which celebrates the LGBTQ+ community’s biggest trailblazers. London Pride was first held in 1972 and was organised by the Gay Liberation Front, who were inspired by the Stonewall Riots in New York City.</w:t>
      </w:r>
      <w:r/>
    </w:p>
    <w:p>
      <w:pPr>
        <w:pStyle w:val="ListNumber"/>
        <w:spacing w:line="240" w:lineRule="auto"/>
        <w:ind w:left="720"/>
      </w:pPr>
      <w:r/>
      <w:hyperlink r:id="rId11">
        <w:r>
          <w:rPr>
            <w:color w:val="0000EE"/>
            <w:u w:val="single"/>
          </w:rPr>
          <w:t>https://www.lonelyplanet.com/articles/most-gay-friendly-cities</w:t>
        </w:r>
      </w:hyperlink>
      <w:r>
        <w:t xml:space="preserve"> - Pride 2026: The biggest Pride celebration in the UK, and one of the largest in the world, London Pride takes place this year on July 4. Must-visit LGBTQ+ neighborhood: Soho in London’s West End has historically been the city’s epicenter of queer life. To this day, it remains a hub of the city's LGBTQ+ bars, shops and clubs. London has been a most prominent center of queer culture for hundreds of years, dating all the way back to the city’s 18th-century Molly Houses, meeting places for LGBTQ+ people. London remains a queer-friendly city and is known for a brimming underground scene that can be found at rotating parties. A must-visit for any LGBTQ+ traveler is the Admiral Duncan, a gay pub in Soho that was the site of a bombing perpetrated by a homophobic neo-Nazi in 1999.</w:t>
      </w:r>
      <w:r/>
    </w:p>
    <w:p>
      <w:pPr>
        <w:pStyle w:val="ListNumber"/>
        <w:spacing w:line="240" w:lineRule="auto"/>
        <w:ind w:left="720"/>
      </w:pPr>
      <w:r/>
      <w:hyperlink r:id="rId12">
        <w:r>
          <w:rPr>
            <w:color w:val="0000EE"/>
            <w:u w:val="single"/>
          </w:rPr>
          <w:t>https://londonist.com/london/things-to-do/pride-in-london-when-where</w:t>
        </w:r>
      </w:hyperlink>
      <w:r>
        <w:t xml:space="preserve"> - Pride in London itself is a non-profit organisation that promotes and supports the capital's LGBTQ+ communities. Each summer, it hosts the Pride in London event — a mammoth celebration, and huge platform for those who identify as lesbian, gay, bisexual, trans, queer, questioning, intersex, non-binary, asexual, polysexual, genderqueer or gender variant. Cue huge parties, fantastically fun events, and a parade to end all parades (until the one that happens the following year). Allies, of course, are welcome to join in too. A special Pride drag brunch at Between the Bridges on the South Bank features Ginger Johnson, Kate Butch and Miss Leigh-Ding — with an hour of bottomless prosecco to get the party started. Multiple rooms filled with DJs await at the Fire London Party in Vauxhall — "one of the UK's biggest &amp; wildest Pride parties" — which goes on till 'super late'! TfL always does something to celebrate, including Pride flag liveries on public transport, plus special Pride roundels and poster campaigns. For 2026, there's a new Pride audio tour, guiding you across five public artworks on the TfL network and beyond, and exploring how LGBTQ+ perspectives, identities and narratives inspired them. Other big Pride/LGBTQ+ events in London throughout the year include LGBT+ History Month (February), London Trans+ Pride (July), Croydon Pride (July), UK Black Pride (August), and Bi Pride UK (August). London also happens to have one of the buzziest LGBTQ+ scenes in the world, so you can get your fill of everything from bookclubs to bars on a daily basis. You could also celebrate Pride by going to see a show at London's dedicated queer comedy club, a film at its dedicated queer cinema, an exhibition at the Queer Britain museum, explore the British Museum's permanent Desire, love, identity: LGBTQ histories trail... the list goes on and on. London has also put in a bid to host WorldPride in 2030.</w:t>
      </w:r>
      <w:r/>
    </w:p>
    <w:p>
      <w:pPr>
        <w:pStyle w:val="ListNumber"/>
        <w:spacing w:line="240" w:lineRule="auto"/>
        <w:ind w:left="720"/>
      </w:pPr>
      <w:r/>
      <w:hyperlink r:id="rId13">
        <w:r>
          <w:rPr>
            <w:color w:val="0000EE"/>
            <w:u w:val="single"/>
          </w:rPr>
          <w:t>https://www.itv.com/news/london/2026-07-05/thousands-take-part-in-pride-in-london-parade</w:t>
        </w:r>
      </w:hyperlink>
      <w:r>
        <w:t xml:space="preserve"> - Thousands of activists have marched through London in the capital’s LGBT+ Pride parade as campaigners warned rights were “being taken away from trans people”. Mayor of London Sir Sadiq Khan was among those at the front of the Pride in London march on Saturday and led activists in a chant of “Happy Pride”. Organisers said pop superstar Madonna would not be attending Pride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ravelandtourworld.com/news/article/mux1xpp1u5hu/" TargetMode="External"/><Relationship Id="rId10" Type="http://schemas.openxmlformats.org/officeDocument/2006/relationships/hyperlink" Target="https://www.travelinpride.com/london-pride/" TargetMode="External"/><Relationship Id="rId11" Type="http://schemas.openxmlformats.org/officeDocument/2006/relationships/hyperlink" Target="https://www.lonelyplanet.com/articles/most-gay-friendly-cities" TargetMode="External"/><Relationship Id="rId12" Type="http://schemas.openxmlformats.org/officeDocument/2006/relationships/hyperlink" Target="https://londonist.com/london/things-to-do/pride-in-london-when-where" TargetMode="External"/><Relationship Id="rId13" Type="http://schemas.openxmlformats.org/officeDocument/2006/relationships/hyperlink" Target="https://www.itv.com/news/london/2026-07-05/thousands-take-part-in-pride-in-london-parade" TargetMode="External"/><Relationship Id="rId14" Type="http://schemas.openxmlformats.org/officeDocument/2006/relationships/hyperlink" Target="https://www.the-independent.com/news/uk/home-news/london-pride-2026-latest-uk-b3008662.html" TargetMode="External"/><Relationship Id="rId15" Type="http://schemas.openxmlformats.org/officeDocument/2006/relationships/hyperlink" Target="https://www.gaydio.co.uk/london/events/the-guide/event/london-prid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